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E3289" w14:textId="77777777" w:rsidR="00B627E2" w:rsidRDefault="00B627E2" w:rsidP="00B627E2">
      <w:pPr>
        <w:rPr>
          <w:rFonts w:ascii="Roboto" w:hAnsi="Roboto"/>
          <w:color w:val="000000"/>
          <w:sz w:val="32"/>
        </w:rPr>
      </w:pPr>
      <w:bookmarkStart w:id="0" w:name="_Toc208388223"/>
    </w:p>
    <w:p w14:paraId="6FF598A5" w14:textId="77777777" w:rsidR="00B627E2" w:rsidRDefault="00B627E2" w:rsidP="00B627E2">
      <w:pPr>
        <w:rPr>
          <w:rFonts w:ascii="Roboto" w:hAnsi="Roboto"/>
          <w:color w:val="000000"/>
          <w:sz w:val="32"/>
        </w:rPr>
      </w:pPr>
    </w:p>
    <w:p w14:paraId="3BEDDAD7" w14:textId="77777777" w:rsidR="00B627E2" w:rsidRDefault="00B627E2" w:rsidP="00B627E2">
      <w:pPr>
        <w:rPr>
          <w:rFonts w:ascii="Roboto" w:hAnsi="Roboto"/>
          <w:color w:val="000000"/>
          <w:sz w:val="32"/>
        </w:rPr>
      </w:pPr>
    </w:p>
    <w:p w14:paraId="2EF14F56" w14:textId="5925FFD3" w:rsidR="00B627E2" w:rsidRPr="00B627E2" w:rsidRDefault="00B627E2" w:rsidP="00B627E2">
      <w:pPr>
        <w:rPr>
          <w:rFonts w:ascii="Roboto" w:hAnsi="Roboto"/>
          <w:b/>
          <w:bCs/>
          <w:color w:val="000000"/>
          <w:sz w:val="32"/>
        </w:rPr>
      </w:pPr>
      <w:r w:rsidRPr="00B627E2">
        <w:rPr>
          <w:b/>
          <w:bCs/>
          <w:noProof/>
        </w:rPr>
        <mc:AlternateContent>
          <mc:Choice Requires="wpg">
            <w:drawing>
              <wp:anchor distT="0" distB="0" distL="114300" distR="114300" simplePos="0" relativeHeight="251658240" behindDoc="0" locked="0" layoutInCell="0" allowOverlap="1" wp14:anchorId="6B4C2C57" wp14:editId="644E0881">
                <wp:simplePos x="0" y="0"/>
                <wp:positionH relativeFrom="page">
                  <wp:posOffset>495300</wp:posOffset>
                </wp:positionH>
                <wp:positionV relativeFrom="page">
                  <wp:posOffset>590550</wp:posOffset>
                </wp:positionV>
                <wp:extent cx="6894195" cy="411480"/>
                <wp:effectExtent l="0" t="0" r="20955" b="26670"/>
                <wp:wrapNone/>
                <wp:docPr id="1" name="drawingObject1"/>
                <wp:cNvGraphicFramePr/>
                <a:graphic xmlns:a="http://schemas.openxmlformats.org/drawingml/2006/main">
                  <a:graphicData uri="http://schemas.microsoft.com/office/word/2010/wordprocessingGroup">
                    <wpg:wgp>
                      <wpg:cNvGrpSpPr/>
                      <wpg:grpSpPr>
                        <a:xfrm>
                          <a:off x="0" y="0"/>
                          <a:ext cx="6894195" cy="411480"/>
                          <a:chOff x="0" y="0"/>
                          <a:chExt cx="6894576" cy="411480"/>
                        </a:xfrm>
                        <a:noFill/>
                      </wpg:grpSpPr>
                      <wps:wsp>
                        <wps:cNvPr id="2" name="Shape 2"/>
                        <wps:cNvSpPr/>
                        <wps:spPr>
                          <a:xfrm>
                            <a:off x="0" y="411480"/>
                            <a:ext cx="6894576" cy="0"/>
                          </a:xfrm>
                          <a:custGeom>
                            <a:avLst/>
                            <a:gdLst/>
                            <a:ahLst/>
                            <a:cxnLst/>
                            <a:rect l="0" t="0" r="0" b="0"/>
                            <a:pathLst>
                              <a:path w="6894576">
                                <a:moveTo>
                                  <a:pt x="0" y="0"/>
                                </a:moveTo>
                                <a:lnTo>
                                  <a:pt x="6894576" y="0"/>
                                </a:lnTo>
                              </a:path>
                            </a:pathLst>
                          </a:custGeom>
                          <a:noFill/>
                          <a:ln w="18288" cap="flat">
                            <a:solidFill>
                              <a:srgbClr val="05793B"/>
                            </a:solidFill>
                            <a:prstDash val="solid"/>
                          </a:ln>
                        </wps:spPr>
                        <wps:bodyPr vertOverflow="overflow" horzOverflow="overflow" vert="horz" lIns="91440" tIns="45720" rIns="91440" bIns="45720" anchor="t"/>
                      </wps:wsp>
                      <pic:pic xmlns:pic="http://schemas.openxmlformats.org/drawingml/2006/picture">
                        <pic:nvPicPr>
                          <pic:cNvPr id="3" name="Picture 3"/>
                          <pic:cNvPicPr/>
                        </pic:nvPicPr>
                        <pic:blipFill>
                          <a:blip r:embed="rId8"/>
                          <a:stretch/>
                        </pic:blipFill>
                        <pic:spPr>
                          <a:xfrm>
                            <a:off x="13716" y="0"/>
                            <a:ext cx="1932431" cy="393192"/>
                          </a:xfrm>
                          <a:prstGeom prst="rect">
                            <a:avLst/>
                          </a:prstGeom>
                          <a:noFill/>
                        </pic:spPr>
                      </pic:pic>
                    </wpg:wgp>
                  </a:graphicData>
                </a:graphic>
                <wp14:sizeRelH relativeFrom="margin">
                  <wp14:pctWidth>0</wp14:pctWidth>
                </wp14:sizeRelH>
              </wp:anchor>
            </w:drawing>
          </mc:Choice>
          <mc:Fallback>
            <w:pict>
              <v:group w14:anchorId="1BE8DB43" id="drawingObject1" o:spid="_x0000_s1026" style="position:absolute;margin-left:39pt;margin-top:46.5pt;width:542.85pt;height:32.4pt;z-index:251658240;mso-position-horizontal-relative:page;mso-position-vertical-relative:page;mso-width-relative:margin" coordsize="68945,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" o:allowincell="f">
                <v:shape id="Shape 2" o:spid="_x0000_s1027" style="position:absolute;top:4114;width:68945;height:0;visibility:visible;mso-wrap-style:square;v-text-anchor:top" coordsize="689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" path="m,l6894576,e" filled="f" strokecolor="#05793b" strokeweight="1.44pt">
                  <v:path arrowok="t" textboxrect="0,0,689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7;width:1932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">
                  <v:imagedata r:id="rId9" o:title=""/>
                </v:shape>
                <w10:wrap anchorx="page" anchory="page"/>
              </v:group>
            </w:pict>
          </mc:Fallback>
        </mc:AlternateContent>
      </w:r>
      <w:r w:rsidRPr="00B627E2">
        <w:rPr>
          <w:rFonts w:ascii="Roboto" w:hAnsi="Roboto"/>
          <w:b/>
          <w:bCs/>
          <w:color w:val="000000"/>
          <w:sz w:val="32"/>
        </w:rPr>
        <w:t>SW-</w:t>
      </w:r>
      <w:r w:rsidR="005601CE">
        <w:rPr>
          <w:rFonts w:ascii="Roboto" w:hAnsi="Roboto"/>
          <w:b/>
          <w:bCs/>
          <w:color w:val="000000"/>
          <w:sz w:val="32"/>
        </w:rPr>
        <w:t>620</w:t>
      </w:r>
      <w:r w:rsidRPr="00B627E2">
        <w:rPr>
          <w:rFonts w:ascii="Roboto" w:hAnsi="Roboto"/>
          <w:b/>
          <w:bCs/>
          <w:color w:val="000000"/>
          <w:sz w:val="32"/>
        </w:rPr>
        <w:t>-TX-W</w:t>
      </w:r>
    </w:p>
    <w:p w14:paraId="7A7D58ED" w14:textId="77777777" w:rsidR="00B627E2" w:rsidRDefault="00B627E2" w:rsidP="00B627E2">
      <w:pPr>
        <w:rPr>
          <w:rFonts w:ascii="Roboto" w:hAnsi="Roboto"/>
          <w:color w:val="000000"/>
          <w:sz w:val="32"/>
        </w:rPr>
      </w:pPr>
    </w:p>
    <w:p w14:paraId="35C96F43" w14:textId="77777777" w:rsidR="00B627E2" w:rsidRDefault="00B627E2" w:rsidP="00B627E2">
      <w:pPr>
        <w:rPr>
          <w:rFonts w:ascii="Roboto" w:hAnsi="Roboto"/>
          <w:color w:val="000000"/>
          <w:sz w:val="32"/>
        </w:rPr>
      </w:pPr>
      <w:r>
        <w:rPr>
          <w:rFonts w:ascii="Roboto" w:hAnsi="Roboto"/>
          <w:color w:val="000000"/>
          <w:sz w:val="32"/>
        </w:rPr>
        <w:t>Application Programming Interface</w:t>
      </w:r>
    </w:p>
    <w:p w14:paraId="0BBE3E3A" w14:textId="77777777" w:rsidR="00B627E2" w:rsidRDefault="00B627E2" w:rsidP="00B627E2">
      <w:pPr>
        <w:rPr>
          <w:rFonts w:ascii="Roboto" w:hAnsi="Roboto"/>
          <w:color w:val="000000"/>
          <w:sz w:val="32"/>
        </w:rPr>
      </w:pPr>
    </w:p>
    <w:tbl>
      <w:tblPr>
        <w:tblStyle w:val="TableGrid"/>
        <w:tblW w:w="0" w:type="auto"/>
        <w:tblLook w:val="04A0" w:firstRow="1" w:lastRow="0" w:firstColumn="1" w:lastColumn="0" w:noHBand="0" w:noVBand="1"/>
      </w:tblPr>
      <w:tblGrid>
        <w:gridCol w:w="3330"/>
        <w:gridCol w:w="5958"/>
      </w:tblGrid>
      <w:tr w:rsidR="00B627E2" w14:paraId="7AA1F1EF" w14:textId="77777777" w:rsidTr="005601CE">
        <w:trPr>
          <w:trHeight w:val="519"/>
        </w:trPr>
        <w:tc>
          <w:tcPr>
            <w:tcW w:w="3330" w:type="dxa"/>
            <w:shd w:val="clear" w:color="auto" w:fill="D9D9D9" w:themeFill="background1" w:themeFillShade="D9"/>
            <w:vAlign w:val="center"/>
          </w:tcPr>
          <w:p w14:paraId="1C65E53B" w14:textId="77777777" w:rsidR="00B627E2" w:rsidRPr="00283224" w:rsidRDefault="00B627E2" w:rsidP="00327168">
            <w:pPr>
              <w:rPr>
                <w:rFonts w:ascii="Roboto" w:hAnsi="Roboto"/>
                <w:color w:val="000000"/>
              </w:rPr>
            </w:pPr>
            <w:r w:rsidRPr="00283224">
              <w:rPr>
                <w:rFonts w:ascii="Roboto" w:hAnsi="Roboto"/>
                <w:color w:val="000000"/>
              </w:rPr>
              <w:t>Document</w:t>
            </w:r>
          </w:p>
          <w:p w14:paraId="0C17B7B8" w14:textId="77777777" w:rsidR="00B627E2" w:rsidRPr="00283224" w:rsidRDefault="00B627E2" w:rsidP="00327168">
            <w:pPr>
              <w:rPr>
                <w:rFonts w:ascii="Roboto" w:hAnsi="Roboto"/>
                <w:color w:val="000000"/>
              </w:rPr>
            </w:pPr>
            <w:r w:rsidRPr="00283224">
              <w:rPr>
                <w:rFonts w:ascii="Roboto" w:hAnsi="Roboto"/>
                <w:color w:val="000000"/>
              </w:rPr>
              <w:t>Revision</w:t>
            </w:r>
          </w:p>
        </w:tc>
        <w:tc>
          <w:tcPr>
            <w:tcW w:w="5958" w:type="dxa"/>
            <w:vAlign w:val="center"/>
          </w:tcPr>
          <w:p w14:paraId="04EFB290" w14:textId="792A5C75" w:rsidR="00B627E2" w:rsidRPr="00283224" w:rsidRDefault="00B627E2" w:rsidP="00327168">
            <w:pPr>
              <w:rPr>
                <w:rFonts w:ascii="Roboto" w:hAnsi="Roboto"/>
                <w:color w:val="000000"/>
              </w:rPr>
            </w:pPr>
            <w:r>
              <w:rPr>
                <w:rFonts w:ascii="Roboto" w:hAnsi="Roboto"/>
                <w:color w:val="000000"/>
              </w:rPr>
              <w:t>v</w:t>
            </w:r>
            <w:r w:rsidRPr="00283224">
              <w:rPr>
                <w:rFonts w:ascii="Roboto" w:hAnsi="Roboto"/>
                <w:color w:val="000000"/>
              </w:rPr>
              <w:t>1.</w:t>
            </w:r>
            <w:r w:rsidR="00800BC3">
              <w:rPr>
                <w:rFonts w:ascii="Roboto" w:hAnsi="Roboto"/>
                <w:color w:val="000000"/>
              </w:rPr>
              <w:t>8</w:t>
            </w:r>
          </w:p>
        </w:tc>
      </w:tr>
      <w:tr w:rsidR="00B627E2" w14:paraId="085364F4" w14:textId="77777777" w:rsidTr="005601CE">
        <w:trPr>
          <w:trHeight w:val="368"/>
        </w:trPr>
        <w:tc>
          <w:tcPr>
            <w:tcW w:w="3330" w:type="dxa"/>
            <w:shd w:val="clear" w:color="auto" w:fill="D9D9D9" w:themeFill="background1" w:themeFillShade="D9"/>
            <w:vAlign w:val="center"/>
          </w:tcPr>
          <w:p w14:paraId="31CB63CC" w14:textId="77777777" w:rsidR="00B627E2" w:rsidRPr="00283224" w:rsidRDefault="00B627E2" w:rsidP="00327168">
            <w:pPr>
              <w:rPr>
                <w:rFonts w:ascii="Roboto" w:hAnsi="Roboto"/>
                <w:color w:val="000000"/>
              </w:rPr>
            </w:pPr>
            <w:r w:rsidRPr="00283224">
              <w:rPr>
                <w:rFonts w:ascii="Roboto" w:hAnsi="Roboto"/>
                <w:color w:val="000000"/>
              </w:rPr>
              <w:t>Document Date</w:t>
            </w:r>
          </w:p>
        </w:tc>
        <w:tc>
          <w:tcPr>
            <w:tcW w:w="5958" w:type="dxa"/>
            <w:vAlign w:val="center"/>
          </w:tcPr>
          <w:p w14:paraId="62C05A41" w14:textId="0B82FC25" w:rsidR="00B627E2" w:rsidRPr="00283224" w:rsidRDefault="00800BC3" w:rsidP="00327168">
            <w:pPr>
              <w:rPr>
                <w:rFonts w:ascii="Roboto" w:hAnsi="Roboto"/>
                <w:color w:val="000000"/>
              </w:rPr>
            </w:pPr>
            <w:r>
              <w:rPr>
                <w:rFonts w:ascii="Roboto" w:hAnsi="Roboto"/>
                <w:color w:val="000000"/>
              </w:rPr>
              <w:t>January</w:t>
            </w:r>
            <w:r w:rsidR="00B627E2" w:rsidRPr="00283224">
              <w:rPr>
                <w:rFonts w:ascii="Roboto" w:hAnsi="Roboto"/>
                <w:color w:val="000000"/>
              </w:rPr>
              <w:t xml:space="preserve"> 202</w:t>
            </w:r>
            <w:r>
              <w:rPr>
                <w:rFonts w:ascii="Roboto" w:hAnsi="Roboto"/>
                <w:color w:val="000000"/>
              </w:rPr>
              <w:t>6</w:t>
            </w:r>
          </w:p>
        </w:tc>
      </w:tr>
      <w:tr w:rsidR="00B627E2" w14:paraId="46334549" w14:textId="77777777" w:rsidTr="005601CE">
        <w:trPr>
          <w:trHeight w:val="498"/>
        </w:trPr>
        <w:tc>
          <w:tcPr>
            <w:tcW w:w="3330" w:type="dxa"/>
            <w:shd w:val="clear" w:color="auto" w:fill="D9D9D9" w:themeFill="background1" w:themeFillShade="D9"/>
            <w:vAlign w:val="center"/>
          </w:tcPr>
          <w:p w14:paraId="0254A95B" w14:textId="77777777" w:rsidR="00B627E2" w:rsidRPr="00283224" w:rsidRDefault="00B627E2" w:rsidP="00327168">
            <w:pPr>
              <w:rPr>
                <w:rFonts w:ascii="Roboto" w:hAnsi="Roboto"/>
                <w:color w:val="000000"/>
              </w:rPr>
            </w:pPr>
            <w:r w:rsidRPr="00283224">
              <w:rPr>
                <w:rFonts w:ascii="Roboto" w:hAnsi="Roboto"/>
                <w:color w:val="000000"/>
              </w:rPr>
              <w:t>Supported Firmware</w:t>
            </w:r>
          </w:p>
        </w:tc>
        <w:tc>
          <w:tcPr>
            <w:tcW w:w="5958" w:type="dxa"/>
            <w:vAlign w:val="center"/>
          </w:tcPr>
          <w:p w14:paraId="04F1AAD4" w14:textId="77777777" w:rsidR="00B627E2" w:rsidRPr="00283224" w:rsidRDefault="00B627E2" w:rsidP="00327168">
            <w:pPr>
              <w:rPr>
                <w:rFonts w:ascii="Roboto" w:hAnsi="Roboto"/>
                <w:color w:val="000000"/>
              </w:rPr>
            </w:pPr>
            <w:r>
              <w:rPr>
                <w:rFonts w:ascii="Roboto" w:hAnsi="Roboto"/>
                <w:color w:val="000000"/>
              </w:rPr>
              <w:t xml:space="preserve">Refer to supported product firmware/software for details </w:t>
            </w:r>
          </w:p>
        </w:tc>
      </w:tr>
    </w:tbl>
    <w:p w14:paraId="46F3E910" w14:textId="77777777" w:rsidR="002444BB" w:rsidRDefault="002444BB" w:rsidP="00B627E2">
      <w:pPr>
        <w:rPr>
          <w:rFonts w:ascii="Roboto" w:hAnsi="Roboto"/>
          <w:color w:val="000000"/>
          <w:sz w:val="32"/>
        </w:rPr>
      </w:pPr>
    </w:p>
    <w:p w14:paraId="0F6BB1B1" w14:textId="58015A59" w:rsidR="002444BB" w:rsidRDefault="002444BB" w:rsidP="00B627E2">
      <w:pPr>
        <w:rPr>
          <w:rFonts w:ascii="Roboto" w:hAnsi="Roboto"/>
          <w:color w:val="000000"/>
          <w:sz w:val="32"/>
        </w:rPr>
      </w:pPr>
      <w:r w:rsidRPr="002444BB">
        <w:rPr>
          <w:rFonts w:ascii="Roboto" w:hAnsi="Roboto"/>
          <w:noProof/>
          <w:color w:val="000000"/>
          <w:sz w:val="32"/>
        </w:rPr>
        <w:drawing>
          <wp:anchor distT="0" distB="0" distL="114300" distR="114300" simplePos="0" relativeHeight="251660288" behindDoc="1" locked="0" layoutInCell="1" allowOverlap="1" wp14:anchorId="07E42430" wp14:editId="2AC51330">
            <wp:simplePos x="0" y="0"/>
            <wp:positionH relativeFrom="column">
              <wp:posOffset>0</wp:posOffset>
            </wp:positionH>
            <wp:positionV relativeFrom="paragraph">
              <wp:posOffset>2028190</wp:posOffset>
            </wp:positionV>
            <wp:extent cx="5943600" cy="1795780"/>
            <wp:effectExtent l="0" t="0" r="0" b="0"/>
            <wp:wrapNone/>
            <wp:docPr id="901847190"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47190" name="Picture 1" descr="A close up of a device&#10;&#10;AI-generated content may be incorrect."/>
                    <pic:cNvPicPr/>
                  </pic:nvPicPr>
                  <pic:blipFill>
                    <a:blip r:embed="rId10"/>
                    <a:stretch>
                      <a:fillRect/>
                    </a:stretch>
                  </pic:blipFill>
                  <pic:spPr>
                    <a:xfrm>
                      <a:off x="0" y="0"/>
                      <a:ext cx="5943600" cy="1795780"/>
                    </a:xfrm>
                    <a:prstGeom prst="rect">
                      <a:avLst/>
                    </a:prstGeom>
                  </pic:spPr>
                </pic:pic>
              </a:graphicData>
            </a:graphic>
          </wp:anchor>
        </w:drawing>
      </w:r>
      <w:r w:rsidRPr="002444BB">
        <w:rPr>
          <w:rFonts w:ascii="Roboto" w:hAnsi="Roboto"/>
          <w:noProof/>
          <w:color w:val="000000"/>
          <w:sz w:val="32"/>
        </w:rPr>
        <w:drawing>
          <wp:inline distT="0" distB="0" distL="0" distR="0" wp14:anchorId="2BF9D83E" wp14:editId="1FB21762">
            <wp:extent cx="5943600" cy="2348865"/>
            <wp:effectExtent l="0" t="0" r="0" b="0"/>
            <wp:docPr id="1752196428" name="Picture 1" descr="A black router with multiple 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6428" name="Picture 1" descr="A black router with multiple ports&#10;&#10;AI-generated content may be incorrect."/>
                    <pic:cNvPicPr/>
                  </pic:nvPicPr>
                  <pic:blipFill>
                    <a:blip r:embed="rId11"/>
                    <a:stretch>
                      <a:fillRect/>
                    </a:stretch>
                  </pic:blipFill>
                  <pic:spPr>
                    <a:xfrm>
                      <a:off x="0" y="0"/>
                      <a:ext cx="5943600" cy="2348865"/>
                    </a:xfrm>
                    <a:prstGeom prst="rect">
                      <a:avLst/>
                    </a:prstGeom>
                  </pic:spPr>
                </pic:pic>
              </a:graphicData>
            </a:graphic>
          </wp:inline>
        </w:drawing>
      </w:r>
    </w:p>
    <w:p w14:paraId="79F5711D" w14:textId="77777777" w:rsidR="002444BB" w:rsidRDefault="002444BB" w:rsidP="00B627E2">
      <w:pPr>
        <w:rPr>
          <w:rFonts w:ascii="Roboto" w:hAnsi="Roboto"/>
          <w:color w:val="000000"/>
          <w:sz w:val="32"/>
        </w:rPr>
      </w:pPr>
    </w:p>
    <w:p w14:paraId="37F5C9D1" w14:textId="318C99CF" w:rsidR="00B627E2" w:rsidRDefault="00B627E2" w:rsidP="00B627E2">
      <w:pPr>
        <w:rPr>
          <w:rFonts w:ascii="Roboto" w:hAnsi="Roboto"/>
          <w:color w:val="000000"/>
          <w:sz w:val="32"/>
        </w:rPr>
      </w:pPr>
      <w:r>
        <w:rPr>
          <w:rFonts w:ascii="Roboto" w:hAnsi="Roboto"/>
          <w:color w:val="000000"/>
          <w:sz w:val="32"/>
        </w:rPr>
        <w:br w:type="page"/>
      </w:r>
    </w:p>
    <w:sdt>
      <w:sdtPr>
        <w:rPr>
          <w:rFonts w:asciiTheme="minorHAnsi" w:eastAsiaTheme="minorEastAsia" w:hAnsiTheme="minorHAnsi" w:cstheme="minorBidi"/>
          <w:b w:val="0"/>
          <w:bCs w:val="0"/>
          <w:color w:val="auto"/>
          <w:sz w:val="22"/>
          <w:szCs w:val="22"/>
        </w:rPr>
        <w:id w:val="-2089378357"/>
        <w:docPartObj>
          <w:docPartGallery w:val="Table of Contents"/>
          <w:docPartUnique/>
        </w:docPartObj>
      </w:sdtPr>
      <w:sdtEndPr>
        <w:rPr>
          <w:noProof/>
        </w:rPr>
      </w:sdtEndPr>
      <w:sdtContent>
        <w:p w14:paraId="22E23FDA" w14:textId="1C59F291" w:rsidR="00B627E2" w:rsidRDefault="00B627E2">
          <w:pPr>
            <w:pStyle w:val="TOCHeading"/>
          </w:pPr>
          <w:r>
            <w:t>Contents</w:t>
          </w:r>
        </w:p>
        <w:p w14:paraId="3C3F8EF0" w14:textId="5C0E4B4C" w:rsidR="00800BC3" w:rsidRDefault="00B627E2">
          <w:pPr>
            <w:pStyle w:val="TOC1"/>
            <w:tabs>
              <w:tab w:val="right" w:leader="hyphen" w:pos="9350"/>
            </w:tabs>
            <w:rPr>
              <w:noProof/>
              <w:lang w:eastAsia="zh-CN"/>
            </w:rPr>
          </w:pPr>
          <w:r>
            <w:fldChar w:fldCharType="begin"/>
          </w:r>
          <w:r>
            <w:instrText xml:space="preserve"> TOC \o "1-3" \h \z \u </w:instrText>
          </w:r>
          <w:r>
            <w:fldChar w:fldCharType="separate"/>
          </w:r>
          <w:hyperlink w:anchor="_Toc218512767" w:history="1">
            <w:r w:rsidR="00800BC3" w:rsidRPr="00A36C15">
              <w:rPr>
                <w:rStyle w:val="Hyperlink"/>
                <w:rFonts w:ascii="Roboto" w:hAnsi="Roboto"/>
                <w:noProof/>
              </w:rPr>
              <w:t>0. Device Communication</w:t>
            </w:r>
            <w:r w:rsidR="00800BC3">
              <w:rPr>
                <w:noProof/>
                <w:webHidden/>
              </w:rPr>
              <w:tab/>
            </w:r>
            <w:r w:rsidR="00800BC3">
              <w:rPr>
                <w:noProof/>
                <w:webHidden/>
              </w:rPr>
              <w:fldChar w:fldCharType="begin"/>
            </w:r>
            <w:r w:rsidR="00800BC3">
              <w:rPr>
                <w:noProof/>
                <w:webHidden/>
              </w:rPr>
              <w:instrText xml:space="preserve"> PAGEREF _Toc218512767 \h </w:instrText>
            </w:r>
            <w:r w:rsidR="00800BC3">
              <w:rPr>
                <w:noProof/>
                <w:webHidden/>
              </w:rPr>
            </w:r>
            <w:r w:rsidR="00800BC3">
              <w:rPr>
                <w:noProof/>
                <w:webHidden/>
              </w:rPr>
              <w:fldChar w:fldCharType="separate"/>
            </w:r>
            <w:r w:rsidR="00800BC3">
              <w:rPr>
                <w:noProof/>
                <w:webHidden/>
              </w:rPr>
              <w:t>6</w:t>
            </w:r>
            <w:r w:rsidR="00800BC3">
              <w:rPr>
                <w:noProof/>
                <w:webHidden/>
              </w:rPr>
              <w:fldChar w:fldCharType="end"/>
            </w:r>
          </w:hyperlink>
        </w:p>
        <w:p w14:paraId="6D5B6826" w14:textId="589FF645" w:rsidR="00800BC3" w:rsidRDefault="00800BC3">
          <w:pPr>
            <w:pStyle w:val="TOC2"/>
            <w:tabs>
              <w:tab w:val="right" w:leader="hyphen" w:pos="9350"/>
            </w:tabs>
            <w:rPr>
              <w:noProof/>
              <w:kern w:val="2"/>
              <w:sz w:val="24"/>
              <w:szCs w:val="24"/>
              <w:lang w:eastAsia="zh-CN"/>
              <w14:ligatures w14:val="standardContextual"/>
            </w:rPr>
          </w:pPr>
          <w:hyperlink w:anchor="_Toc218512768" w:history="1">
            <w:r w:rsidRPr="00A36C15">
              <w:rPr>
                <w:rStyle w:val="Hyperlink"/>
                <w:rFonts w:ascii="Roboto" w:hAnsi="Roboto"/>
                <w:noProof/>
              </w:rPr>
              <w:t>0.1 Overview</w:t>
            </w:r>
            <w:r>
              <w:rPr>
                <w:noProof/>
                <w:webHidden/>
              </w:rPr>
              <w:tab/>
            </w:r>
            <w:r>
              <w:rPr>
                <w:noProof/>
                <w:webHidden/>
              </w:rPr>
              <w:fldChar w:fldCharType="begin"/>
            </w:r>
            <w:r>
              <w:rPr>
                <w:noProof/>
                <w:webHidden/>
              </w:rPr>
              <w:instrText xml:space="preserve"> PAGEREF _Toc218512768 \h </w:instrText>
            </w:r>
            <w:r>
              <w:rPr>
                <w:noProof/>
                <w:webHidden/>
              </w:rPr>
            </w:r>
            <w:r>
              <w:rPr>
                <w:noProof/>
                <w:webHidden/>
              </w:rPr>
              <w:fldChar w:fldCharType="separate"/>
            </w:r>
            <w:r>
              <w:rPr>
                <w:noProof/>
                <w:webHidden/>
              </w:rPr>
              <w:t>6</w:t>
            </w:r>
            <w:r>
              <w:rPr>
                <w:noProof/>
                <w:webHidden/>
              </w:rPr>
              <w:fldChar w:fldCharType="end"/>
            </w:r>
          </w:hyperlink>
        </w:p>
        <w:p w14:paraId="66B76746" w14:textId="205EB900" w:rsidR="00800BC3" w:rsidRDefault="00800BC3">
          <w:pPr>
            <w:pStyle w:val="TOC2"/>
            <w:tabs>
              <w:tab w:val="right" w:leader="hyphen" w:pos="9350"/>
            </w:tabs>
            <w:rPr>
              <w:noProof/>
              <w:kern w:val="2"/>
              <w:sz w:val="24"/>
              <w:szCs w:val="24"/>
              <w:lang w:eastAsia="zh-CN"/>
              <w14:ligatures w14:val="standardContextual"/>
            </w:rPr>
          </w:pPr>
          <w:hyperlink w:anchor="_Toc218512769" w:history="1">
            <w:r w:rsidRPr="00A36C15">
              <w:rPr>
                <w:rStyle w:val="Hyperlink"/>
                <w:rFonts w:ascii="Roboto" w:hAnsi="Roboto"/>
                <w:noProof/>
              </w:rPr>
              <w:t>0.2 Network Connection</w:t>
            </w:r>
            <w:r>
              <w:rPr>
                <w:noProof/>
                <w:webHidden/>
              </w:rPr>
              <w:tab/>
            </w:r>
            <w:r>
              <w:rPr>
                <w:noProof/>
                <w:webHidden/>
              </w:rPr>
              <w:fldChar w:fldCharType="begin"/>
            </w:r>
            <w:r>
              <w:rPr>
                <w:noProof/>
                <w:webHidden/>
              </w:rPr>
              <w:instrText xml:space="preserve"> PAGEREF _Toc218512769 \h </w:instrText>
            </w:r>
            <w:r>
              <w:rPr>
                <w:noProof/>
                <w:webHidden/>
              </w:rPr>
            </w:r>
            <w:r>
              <w:rPr>
                <w:noProof/>
                <w:webHidden/>
              </w:rPr>
              <w:fldChar w:fldCharType="separate"/>
            </w:r>
            <w:r>
              <w:rPr>
                <w:noProof/>
                <w:webHidden/>
              </w:rPr>
              <w:t>6</w:t>
            </w:r>
            <w:r>
              <w:rPr>
                <w:noProof/>
                <w:webHidden/>
              </w:rPr>
              <w:fldChar w:fldCharType="end"/>
            </w:r>
          </w:hyperlink>
        </w:p>
        <w:p w14:paraId="2501D0CF" w14:textId="3513B606" w:rsidR="00800BC3" w:rsidRDefault="00800BC3">
          <w:pPr>
            <w:pStyle w:val="TOC2"/>
            <w:tabs>
              <w:tab w:val="right" w:leader="hyphen" w:pos="9350"/>
            </w:tabs>
            <w:rPr>
              <w:noProof/>
              <w:kern w:val="2"/>
              <w:sz w:val="24"/>
              <w:szCs w:val="24"/>
              <w:lang w:eastAsia="zh-CN"/>
              <w14:ligatures w14:val="standardContextual"/>
            </w:rPr>
          </w:pPr>
          <w:hyperlink w:anchor="_Toc218512770" w:history="1">
            <w:r w:rsidRPr="00A36C15">
              <w:rPr>
                <w:rStyle w:val="Hyperlink"/>
                <w:rFonts w:ascii="Roboto" w:hAnsi="Roboto"/>
                <w:noProof/>
              </w:rPr>
              <w:t>0.3 Serial Connection</w:t>
            </w:r>
            <w:r>
              <w:rPr>
                <w:noProof/>
                <w:webHidden/>
              </w:rPr>
              <w:tab/>
            </w:r>
            <w:r>
              <w:rPr>
                <w:noProof/>
                <w:webHidden/>
              </w:rPr>
              <w:fldChar w:fldCharType="begin"/>
            </w:r>
            <w:r>
              <w:rPr>
                <w:noProof/>
                <w:webHidden/>
              </w:rPr>
              <w:instrText xml:space="preserve"> PAGEREF _Toc218512770 \h </w:instrText>
            </w:r>
            <w:r>
              <w:rPr>
                <w:noProof/>
                <w:webHidden/>
              </w:rPr>
            </w:r>
            <w:r>
              <w:rPr>
                <w:noProof/>
                <w:webHidden/>
              </w:rPr>
              <w:fldChar w:fldCharType="separate"/>
            </w:r>
            <w:r>
              <w:rPr>
                <w:noProof/>
                <w:webHidden/>
              </w:rPr>
              <w:t>6</w:t>
            </w:r>
            <w:r>
              <w:rPr>
                <w:noProof/>
                <w:webHidden/>
              </w:rPr>
              <w:fldChar w:fldCharType="end"/>
            </w:r>
          </w:hyperlink>
        </w:p>
        <w:p w14:paraId="51B449A6" w14:textId="7A565AA9" w:rsidR="00800BC3" w:rsidRDefault="00800BC3">
          <w:pPr>
            <w:pStyle w:val="TOC2"/>
            <w:tabs>
              <w:tab w:val="right" w:leader="hyphen" w:pos="9350"/>
            </w:tabs>
            <w:rPr>
              <w:noProof/>
              <w:kern w:val="2"/>
              <w:sz w:val="24"/>
              <w:szCs w:val="24"/>
              <w:lang w:eastAsia="zh-CN"/>
              <w14:ligatures w14:val="standardContextual"/>
            </w:rPr>
          </w:pPr>
          <w:hyperlink w:anchor="_Toc218512771" w:history="1">
            <w:r w:rsidRPr="00A36C15">
              <w:rPr>
                <w:rStyle w:val="Hyperlink"/>
                <w:rFonts w:ascii="Roboto" w:hAnsi="Roboto"/>
                <w:noProof/>
              </w:rPr>
              <w:t>0.4 Command Delimiters for Sent Commands</w:t>
            </w:r>
            <w:r>
              <w:rPr>
                <w:noProof/>
                <w:webHidden/>
              </w:rPr>
              <w:tab/>
            </w:r>
            <w:r>
              <w:rPr>
                <w:noProof/>
                <w:webHidden/>
              </w:rPr>
              <w:fldChar w:fldCharType="begin"/>
            </w:r>
            <w:r>
              <w:rPr>
                <w:noProof/>
                <w:webHidden/>
              </w:rPr>
              <w:instrText xml:space="preserve"> PAGEREF _Toc218512771 \h </w:instrText>
            </w:r>
            <w:r>
              <w:rPr>
                <w:noProof/>
                <w:webHidden/>
              </w:rPr>
            </w:r>
            <w:r>
              <w:rPr>
                <w:noProof/>
                <w:webHidden/>
              </w:rPr>
              <w:fldChar w:fldCharType="separate"/>
            </w:r>
            <w:r>
              <w:rPr>
                <w:noProof/>
                <w:webHidden/>
              </w:rPr>
              <w:t>6</w:t>
            </w:r>
            <w:r>
              <w:rPr>
                <w:noProof/>
                <w:webHidden/>
              </w:rPr>
              <w:fldChar w:fldCharType="end"/>
            </w:r>
          </w:hyperlink>
        </w:p>
        <w:p w14:paraId="0C7A44D7" w14:textId="1DD1429F" w:rsidR="00800BC3" w:rsidRDefault="00800BC3">
          <w:pPr>
            <w:pStyle w:val="TOC1"/>
            <w:tabs>
              <w:tab w:val="right" w:leader="hyphen" w:pos="9350"/>
            </w:tabs>
            <w:rPr>
              <w:noProof/>
              <w:lang w:eastAsia="zh-CN"/>
            </w:rPr>
          </w:pPr>
          <w:hyperlink w:anchor="_Toc218512772" w:history="1">
            <w:r w:rsidRPr="00A36C15">
              <w:rPr>
                <w:rStyle w:val="Hyperlink"/>
                <w:rFonts w:ascii="Roboto" w:hAnsi="Roboto"/>
                <w:noProof/>
              </w:rPr>
              <w:t>1. Device Management</w:t>
            </w:r>
            <w:r>
              <w:rPr>
                <w:noProof/>
                <w:webHidden/>
              </w:rPr>
              <w:tab/>
            </w:r>
            <w:r>
              <w:rPr>
                <w:noProof/>
                <w:webHidden/>
              </w:rPr>
              <w:fldChar w:fldCharType="begin"/>
            </w:r>
            <w:r>
              <w:rPr>
                <w:noProof/>
                <w:webHidden/>
              </w:rPr>
              <w:instrText xml:space="preserve"> PAGEREF _Toc218512772 \h </w:instrText>
            </w:r>
            <w:r>
              <w:rPr>
                <w:noProof/>
                <w:webHidden/>
              </w:rPr>
            </w:r>
            <w:r>
              <w:rPr>
                <w:noProof/>
                <w:webHidden/>
              </w:rPr>
              <w:fldChar w:fldCharType="separate"/>
            </w:r>
            <w:r>
              <w:rPr>
                <w:noProof/>
                <w:webHidden/>
              </w:rPr>
              <w:t>7</w:t>
            </w:r>
            <w:r>
              <w:rPr>
                <w:noProof/>
                <w:webHidden/>
              </w:rPr>
              <w:fldChar w:fldCharType="end"/>
            </w:r>
          </w:hyperlink>
        </w:p>
        <w:p w14:paraId="49AFB649" w14:textId="0CEC7EFA" w:rsidR="00800BC3" w:rsidRDefault="00800BC3">
          <w:pPr>
            <w:pStyle w:val="TOC2"/>
            <w:tabs>
              <w:tab w:val="right" w:leader="hyphen" w:pos="9350"/>
            </w:tabs>
            <w:rPr>
              <w:noProof/>
              <w:kern w:val="2"/>
              <w:sz w:val="24"/>
              <w:szCs w:val="24"/>
              <w:lang w:eastAsia="zh-CN"/>
              <w14:ligatures w14:val="standardContextual"/>
            </w:rPr>
          </w:pPr>
          <w:hyperlink w:anchor="_Toc218512773" w:history="1">
            <w:r w:rsidRPr="00A36C15">
              <w:rPr>
                <w:rStyle w:val="Hyperlink"/>
                <w:rFonts w:ascii="Roboto" w:hAnsi="Roboto"/>
                <w:noProof/>
              </w:rPr>
              <w:t>1.1 Set Device Alias</w:t>
            </w:r>
            <w:r>
              <w:rPr>
                <w:noProof/>
                <w:webHidden/>
              </w:rPr>
              <w:tab/>
            </w:r>
            <w:r>
              <w:rPr>
                <w:noProof/>
                <w:webHidden/>
              </w:rPr>
              <w:fldChar w:fldCharType="begin"/>
            </w:r>
            <w:r>
              <w:rPr>
                <w:noProof/>
                <w:webHidden/>
              </w:rPr>
              <w:instrText xml:space="preserve"> PAGEREF _Toc218512773 \h </w:instrText>
            </w:r>
            <w:r>
              <w:rPr>
                <w:noProof/>
                <w:webHidden/>
              </w:rPr>
            </w:r>
            <w:r>
              <w:rPr>
                <w:noProof/>
                <w:webHidden/>
              </w:rPr>
              <w:fldChar w:fldCharType="separate"/>
            </w:r>
            <w:r>
              <w:rPr>
                <w:noProof/>
                <w:webHidden/>
              </w:rPr>
              <w:t>7</w:t>
            </w:r>
            <w:r>
              <w:rPr>
                <w:noProof/>
                <w:webHidden/>
              </w:rPr>
              <w:fldChar w:fldCharType="end"/>
            </w:r>
          </w:hyperlink>
        </w:p>
        <w:p w14:paraId="74F0E19D" w14:textId="2EC3EAF9" w:rsidR="00800BC3" w:rsidRDefault="00800BC3">
          <w:pPr>
            <w:pStyle w:val="TOC2"/>
            <w:tabs>
              <w:tab w:val="right" w:leader="hyphen" w:pos="9350"/>
            </w:tabs>
            <w:rPr>
              <w:noProof/>
              <w:kern w:val="2"/>
              <w:sz w:val="24"/>
              <w:szCs w:val="24"/>
              <w:lang w:eastAsia="zh-CN"/>
              <w14:ligatures w14:val="standardContextual"/>
            </w:rPr>
          </w:pPr>
          <w:hyperlink w:anchor="_Toc218512774" w:history="1">
            <w:r w:rsidRPr="00A36C15">
              <w:rPr>
                <w:rStyle w:val="Hyperlink"/>
                <w:rFonts w:ascii="Roboto" w:hAnsi="Roboto"/>
                <w:noProof/>
              </w:rPr>
              <w:t>1.2 Get Device Alias</w:t>
            </w:r>
            <w:r>
              <w:rPr>
                <w:noProof/>
                <w:webHidden/>
              </w:rPr>
              <w:tab/>
            </w:r>
            <w:r>
              <w:rPr>
                <w:noProof/>
                <w:webHidden/>
              </w:rPr>
              <w:fldChar w:fldCharType="begin"/>
            </w:r>
            <w:r>
              <w:rPr>
                <w:noProof/>
                <w:webHidden/>
              </w:rPr>
              <w:instrText xml:space="preserve"> PAGEREF _Toc218512774 \h </w:instrText>
            </w:r>
            <w:r>
              <w:rPr>
                <w:noProof/>
                <w:webHidden/>
              </w:rPr>
            </w:r>
            <w:r>
              <w:rPr>
                <w:noProof/>
                <w:webHidden/>
              </w:rPr>
              <w:fldChar w:fldCharType="separate"/>
            </w:r>
            <w:r>
              <w:rPr>
                <w:noProof/>
                <w:webHidden/>
              </w:rPr>
              <w:t>7</w:t>
            </w:r>
            <w:r>
              <w:rPr>
                <w:noProof/>
                <w:webHidden/>
              </w:rPr>
              <w:fldChar w:fldCharType="end"/>
            </w:r>
          </w:hyperlink>
        </w:p>
        <w:p w14:paraId="580C2EBB" w14:textId="5E7E8429" w:rsidR="00800BC3" w:rsidRDefault="00800BC3">
          <w:pPr>
            <w:pStyle w:val="TOC2"/>
            <w:tabs>
              <w:tab w:val="right" w:leader="hyphen" w:pos="9350"/>
            </w:tabs>
            <w:rPr>
              <w:noProof/>
              <w:kern w:val="2"/>
              <w:sz w:val="24"/>
              <w:szCs w:val="24"/>
              <w:lang w:eastAsia="zh-CN"/>
              <w14:ligatures w14:val="standardContextual"/>
            </w:rPr>
          </w:pPr>
          <w:hyperlink w:anchor="_Toc218512775" w:history="1">
            <w:r w:rsidRPr="00A36C15">
              <w:rPr>
                <w:rStyle w:val="Hyperlink"/>
                <w:rFonts w:ascii="Roboto" w:hAnsi="Roboto"/>
                <w:noProof/>
              </w:rPr>
              <w:t>1.3 Get Device Version Information</w:t>
            </w:r>
            <w:r>
              <w:rPr>
                <w:noProof/>
                <w:webHidden/>
              </w:rPr>
              <w:tab/>
            </w:r>
            <w:r>
              <w:rPr>
                <w:noProof/>
                <w:webHidden/>
              </w:rPr>
              <w:fldChar w:fldCharType="begin"/>
            </w:r>
            <w:r>
              <w:rPr>
                <w:noProof/>
                <w:webHidden/>
              </w:rPr>
              <w:instrText xml:space="preserve"> PAGEREF _Toc218512775 \h </w:instrText>
            </w:r>
            <w:r>
              <w:rPr>
                <w:noProof/>
                <w:webHidden/>
              </w:rPr>
            </w:r>
            <w:r>
              <w:rPr>
                <w:noProof/>
                <w:webHidden/>
              </w:rPr>
              <w:fldChar w:fldCharType="separate"/>
            </w:r>
            <w:r>
              <w:rPr>
                <w:noProof/>
                <w:webHidden/>
              </w:rPr>
              <w:t>8</w:t>
            </w:r>
            <w:r>
              <w:rPr>
                <w:noProof/>
                <w:webHidden/>
              </w:rPr>
              <w:fldChar w:fldCharType="end"/>
            </w:r>
          </w:hyperlink>
        </w:p>
        <w:p w14:paraId="6669AEF2" w14:textId="5B69BB7B" w:rsidR="00800BC3" w:rsidRDefault="00800BC3">
          <w:pPr>
            <w:pStyle w:val="TOC2"/>
            <w:tabs>
              <w:tab w:val="right" w:leader="hyphen" w:pos="9350"/>
            </w:tabs>
            <w:rPr>
              <w:noProof/>
              <w:kern w:val="2"/>
              <w:sz w:val="24"/>
              <w:szCs w:val="24"/>
              <w:lang w:eastAsia="zh-CN"/>
              <w14:ligatures w14:val="standardContextual"/>
            </w:rPr>
          </w:pPr>
          <w:hyperlink w:anchor="_Toc218512776" w:history="1">
            <w:r w:rsidRPr="00A36C15">
              <w:rPr>
                <w:rStyle w:val="Hyperlink"/>
                <w:rFonts w:ascii="Roboto" w:hAnsi="Roboto"/>
                <w:noProof/>
              </w:rPr>
              <w:t>1.4 Device Reboot</w:t>
            </w:r>
            <w:r>
              <w:rPr>
                <w:noProof/>
                <w:webHidden/>
              </w:rPr>
              <w:tab/>
            </w:r>
            <w:r>
              <w:rPr>
                <w:noProof/>
                <w:webHidden/>
              </w:rPr>
              <w:fldChar w:fldCharType="begin"/>
            </w:r>
            <w:r>
              <w:rPr>
                <w:noProof/>
                <w:webHidden/>
              </w:rPr>
              <w:instrText xml:space="preserve"> PAGEREF _Toc218512776 \h </w:instrText>
            </w:r>
            <w:r>
              <w:rPr>
                <w:noProof/>
                <w:webHidden/>
              </w:rPr>
            </w:r>
            <w:r>
              <w:rPr>
                <w:noProof/>
                <w:webHidden/>
              </w:rPr>
              <w:fldChar w:fldCharType="separate"/>
            </w:r>
            <w:r>
              <w:rPr>
                <w:noProof/>
                <w:webHidden/>
              </w:rPr>
              <w:t>8</w:t>
            </w:r>
            <w:r>
              <w:rPr>
                <w:noProof/>
                <w:webHidden/>
              </w:rPr>
              <w:fldChar w:fldCharType="end"/>
            </w:r>
          </w:hyperlink>
        </w:p>
        <w:p w14:paraId="7F697325" w14:textId="74749F05" w:rsidR="00800BC3" w:rsidRDefault="00800BC3">
          <w:pPr>
            <w:pStyle w:val="TOC2"/>
            <w:tabs>
              <w:tab w:val="right" w:leader="hyphen" w:pos="9350"/>
            </w:tabs>
            <w:rPr>
              <w:noProof/>
              <w:kern w:val="2"/>
              <w:sz w:val="24"/>
              <w:szCs w:val="24"/>
              <w:lang w:eastAsia="zh-CN"/>
              <w14:ligatures w14:val="standardContextual"/>
            </w:rPr>
          </w:pPr>
          <w:hyperlink w:anchor="_Toc218512777" w:history="1">
            <w:r w:rsidRPr="00A36C15">
              <w:rPr>
                <w:rStyle w:val="Hyperlink"/>
                <w:rFonts w:ascii="Roboto" w:hAnsi="Roboto"/>
                <w:noProof/>
              </w:rPr>
              <w:t>1.5 Device Reset</w:t>
            </w:r>
            <w:r>
              <w:rPr>
                <w:noProof/>
                <w:webHidden/>
              </w:rPr>
              <w:tab/>
            </w:r>
            <w:r>
              <w:rPr>
                <w:noProof/>
                <w:webHidden/>
              </w:rPr>
              <w:fldChar w:fldCharType="begin"/>
            </w:r>
            <w:r>
              <w:rPr>
                <w:noProof/>
                <w:webHidden/>
              </w:rPr>
              <w:instrText xml:space="preserve"> PAGEREF _Toc218512777 \h </w:instrText>
            </w:r>
            <w:r>
              <w:rPr>
                <w:noProof/>
                <w:webHidden/>
              </w:rPr>
            </w:r>
            <w:r>
              <w:rPr>
                <w:noProof/>
                <w:webHidden/>
              </w:rPr>
              <w:fldChar w:fldCharType="separate"/>
            </w:r>
            <w:r>
              <w:rPr>
                <w:noProof/>
                <w:webHidden/>
              </w:rPr>
              <w:t>9</w:t>
            </w:r>
            <w:r>
              <w:rPr>
                <w:noProof/>
                <w:webHidden/>
              </w:rPr>
              <w:fldChar w:fldCharType="end"/>
            </w:r>
          </w:hyperlink>
        </w:p>
        <w:p w14:paraId="0B734E9A" w14:textId="23D0BBDF" w:rsidR="00800BC3" w:rsidRDefault="00800BC3">
          <w:pPr>
            <w:pStyle w:val="TOC2"/>
            <w:tabs>
              <w:tab w:val="right" w:leader="hyphen" w:pos="9350"/>
            </w:tabs>
            <w:rPr>
              <w:noProof/>
              <w:kern w:val="2"/>
              <w:sz w:val="24"/>
              <w:szCs w:val="24"/>
              <w:lang w:eastAsia="zh-CN"/>
              <w14:ligatures w14:val="standardContextual"/>
            </w:rPr>
          </w:pPr>
          <w:hyperlink w:anchor="_Toc218512778" w:history="1">
            <w:r w:rsidRPr="00A36C15">
              <w:rPr>
                <w:rStyle w:val="Hyperlink"/>
                <w:rFonts w:ascii="Roboto" w:hAnsi="Roboto"/>
                <w:noProof/>
              </w:rPr>
              <w:t>1.6 Show OSD Elements</w:t>
            </w:r>
            <w:r>
              <w:rPr>
                <w:noProof/>
                <w:webHidden/>
              </w:rPr>
              <w:tab/>
            </w:r>
            <w:r>
              <w:rPr>
                <w:noProof/>
                <w:webHidden/>
              </w:rPr>
              <w:fldChar w:fldCharType="begin"/>
            </w:r>
            <w:r>
              <w:rPr>
                <w:noProof/>
                <w:webHidden/>
              </w:rPr>
              <w:instrText xml:space="preserve"> PAGEREF _Toc218512778 \h </w:instrText>
            </w:r>
            <w:r>
              <w:rPr>
                <w:noProof/>
                <w:webHidden/>
              </w:rPr>
            </w:r>
            <w:r>
              <w:rPr>
                <w:noProof/>
                <w:webHidden/>
              </w:rPr>
              <w:fldChar w:fldCharType="separate"/>
            </w:r>
            <w:r>
              <w:rPr>
                <w:noProof/>
                <w:webHidden/>
              </w:rPr>
              <w:t>9</w:t>
            </w:r>
            <w:r>
              <w:rPr>
                <w:noProof/>
                <w:webHidden/>
              </w:rPr>
              <w:fldChar w:fldCharType="end"/>
            </w:r>
          </w:hyperlink>
        </w:p>
        <w:p w14:paraId="619B1CAC" w14:textId="158D74D0" w:rsidR="00800BC3" w:rsidRDefault="00800BC3">
          <w:pPr>
            <w:pStyle w:val="TOC2"/>
            <w:tabs>
              <w:tab w:val="right" w:leader="hyphen" w:pos="9350"/>
            </w:tabs>
            <w:rPr>
              <w:noProof/>
              <w:kern w:val="2"/>
              <w:sz w:val="24"/>
              <w:szCs w:val="24"/>
              <w:lang w:eastAsia="zh-CN"/>
              <w14:ligatures w14:val="standardContextual"/>
            </w:rPr>
          </w:pPr>
          <w:hyperlink w:anchor="_Toc218512779" w:history="1">
            <w:r w:rsidRPr="00A36C15">
              <w:rPr>
                <w:rStyle w:val="Hyperlink"/>
                <w:rFonts w:ascii="Roboto" w:hAnsi="Roboto"/>
                <w:noProof/>
              </w:rPr>
              <w:t>1.7 Set OSD Element Display</w:t>
            </w:r>
            <w:r>
              <w:rPr>
                <w:noProof/>
                <w:webHidden/>
              </w:rPr>
              <w:tab/>
            </w:r>
            <w:r>
              <w:rPr>
                <w:noProof/>
                <w:webHidden/>
              </w:rPr>
              <w:fldChar w:fldCharType="begin"/>
            </w:r>
            <w:r>
              <w:rPr>
                <w:noProof/>
                <w:webHidden/>
              </w:rPr>
              <w:instrText xml:space="preserve"> PAGEREF _Toc218512779 \h </w:instrText>
            </w:r>
            <w:r>
              <w:rPr>
                <w:noProof/>
                <w:webHidden/>
              </w:rPr>
            </w:r>
            <w:r>
              <w:rPr>
                <w:noProof/>
                <w:webHidden/>
              </w:rPr>
              <w:fldChar w:fldCharType="separate"/>
            </w:r>
            <w:r>
              <w:rPr>
                <w:noProof/>
                <w:webHidden/>
              </w:rPr>
              <w:t>10</w:t>
            </w:r>
            <w:r>
              <w:rPr>
                <w:noProof/>
                <w:webHidden/>
              </w:rPr>
              <w:fldChar w:fldCharType="end"/>
            </w:r>
          </w:hyperlink>
        </w:p>
        <w:p w14:paraId="16A7CB34" w14:textId="6425844B" w:rsidR="00800BC3" w:rsidRDefault="00800BC3">
          <w:pPr>
            <w:pStyle w:val="TOC2"/>
            <w:tabs>
              <w:tab w:val="right" w:leader="hyphen" w:pos="9350"/>
            </w:tabs>
            <w:rPr>
              <w:noProof/>
              <w:kern w:val="2"/>
              <w:sz w:val="24"/>
              <w:szCs w:val="24"/>
              <w:lang w:eastAsia="zh-CN"/>
              <w14:ligatures w14:val="standardContextual"/>
            </w:rPr>
          </w:pPr>
          <w:hyperlink w:anchor="_Toc218512780" w:history="1">
            <w:r w:rsidRPr="00A36C15">
              <w:rPr>
                <w:rStyle w:val="Hyperlink"/>
                <w:rFonts w:ascii="Roboto" w:hAnsi="Roboto"/>
                <w:noProof/>
              </w:rPr>
              <w:t>1.8 Get OSD Element Display</w:t>
            </w:r>
            <w:r>
              <w:rPr>
                <w:noProof/>
                <w:webHidden/>
              </w:rPr>
              <w:tab/>
            </w:r>
            <w:r>
              <w:rPr>
                <w:noProof/>
                <w:webHidden/>
              </w:rPr>
              <w:fldChar w:fldCharType="begin"/>
            </w:r>
            <w:r>
              <w:rPr>
                <w:noProof/>
                <w:webHidden/>
              </w:rPr>
              <w:instrText xml:space="preserve"> PAGEREF _Toc218512780 \h </w:instrText>
            </w:r>
            <w:r>
              <w:rPr>
                <w:noProof/>
                <w:webHidden/>
              </w:rPr>
            </w:r>
            <w:r>
              <w:rPr>
                <w:noProof/>
                <w:webHidden/>
              </w:rPr>
              <w:fldChar w:fldCharType="separate"/>
            </w:r>
            <w:r>
              <w:rPr>
                <w:noProof/>
                <w:webHidden/>
              </w:rPr>
              <w:t>10</w:t>
            </w:r>
            <w:r>
              <w:rPr>
                <w:noProof/>
                <w:webHidden/>
              </w:rPr>
              <w:fldChar w:fldCharType="end"/>
            </w:r>
          </w:hyperlink>
        </w:p>
        <w:p w14:paraId="3E2B3FC4" w14:textId="59EEB0F3" w:rsidR="00800BC3" w:rsidRDefault="00800BC3">
          <w:pPr>
            <w:pStyle w:val="TOC2"/>
            <w:tabs>
              <w:tab w:val="right" w:leader="hyphen" w:pos="9350"/>
            </w:tabs>
            <w:rPr>
              <w:noProof/>
              <w:kern w:val="2"/>
              <w:sz w:val="24"/>
              <w:szCs w:val="24"/>
              <w:lang w:eastAsia="zh-CN"/>
              <w14:ligatures w14:val="standardContextual"/>
            </w:rPr>
          </w:pPr>
          <w:hyperlink w:anchor="_Toc218512781" w:history="1">
            <w:r w:rsidRPr="00A36C15">
              <w:rPr>
                <w:rStyle w:val="Hyperlink"/>
                <w:rFonts w:ascii="Roboto" w:hAnsi="Roboto"/>
                <w:noProof/>
              </w:rPr>
              <w:t>1.9 Get MAC Address</w:t>
            </w:r>
            <w:r>
              <w:rPr>
                <w:noProof/>
                <w:webHidden/>
              </w:rPr>
              <w:tab/>
            </w:r>
            <w:r>
              <w:rPr>
                <w:noProof/>
                <w:webHidden/>
              </w:rPr>
              <w:fldChar w:fldCharType="begin"/>
            </w:r>
            <w:r>
              <w:rPr>
                <w:noProof/>
                <w:webHidden/>
              </w:rPr>
              <w:instrText xml:space="preserve"> PAGEREF _Toc218512781 \h </w:instrText>
            </w:r>
            <w:r>
              <w:rPr>
                <w:noProof/>
                <w:webHidden/>
              </w:rPr>
            </w:r>
            <w:r>
              <w:rPr>
                <w:noProof/>
                <w:webHidden/>
              </w:rPr>
              <w:fldChar w:fldCharType="separate"/>
            </w:r>
            <w:r>
              <w:rPr>
                <w:noProof/>
                <w:webHidden/>
              </w:rPr>
              <w:t>11</w:t>
            </w:r>
            <w:r>
              <w:rPr>
                <w:noProof/>
                <w:webHidden/>
              </w:rPr>
              <w:fldChar w:fldCharType="end"/>
            </w:r>
          </w:hyperlink>
        </w:p>
        <w:p w14:paraId="1C3A0CAF" w14:textId="744F8790" w:rsidR="00800BC3" w:rsidRDefault="00800BC3">
          <w:pPr>
            <w:pStyle w:val="TOC2"/>
            <w:tabs>
              <w:tab w:val="right" w:leader="hyphen" w:pos="9350"/>
            </w:tabs>
            <w:rPr>
              <w:noProof/>
              <w:kern w:val="2"/>
              <w:sz w:val="24"/>
              <w:szCs w:val="24"/>
              <w:lang w:eastAsia="zh-CN"/>
              <w14:ligatures w14:val="standardContextual"/>
            </w:rPr>
          </w:pPr>
          <w:hyperlink w:anchor="_Toc218512782" w:history="1">
            <w:r w:rsidRPr="00A36C15">
              <w:rPr>
                <w:rStyle w:val="Hyperlink"/>
                <w:rFonts w:ascii="Roboto" w:hAnsi="Roboto"/>
                <w:noProof/>
              </w:rPr>
              <w:t>1.10 Get Device Serial Number</w:t>
            </w:r>
            <w:r>
              <w:rPr>
                <w:noProof/>
                <w:webHidden/>
              </w:rPr>
              <w:tab/>
            </w:r>
            <w:r>
              <w:rPr>
                <w:noProof/>
                <w:webHidden/>
              </w:rPr>
              <w:fldChar w:fldCharType="begin"/>
            </w:r>
            <w:r>
              <w:rPr>
                <w:noProof/>
                <w:webHidden/>
              </w:rPr>
              <w:instrText xml:space="preserve"> PAGEREF _Toc218512782 \h </w:instrText>
            </w:r>
            <w:r>
              <w:rPr>
                <w:noProof/>
                <w:webHidden/>
              </w:rPr>
            </w:r>
            <w:r>
              <w:rPr>
                <w:noProof/>
                <w:webHidden/>
              </w:rPr>
              <w:fldChar w:fldCharType="separate"/>
            </w:r>
            <w:r>
              <w:rPr>
                <w:noProof/>
                <w:webHidden/>
              </w:rPr>
              <w:t>11</w:t>
            </w:r>
            <w:r>
              <w:rPr>
                <w:noProof/>
                <w:webHidden/>
              </w:rPr>
              <w:fldChar w:fldCharType="end"/>
            </w:r>
          </w:hyperlink>
        </w:p>
        <w:p w14:paraId="7A055E2D" w14:textId="587FB6D3" w:rsidR="00800BC3" w:rsidRDefault="00800BC3">
          <w:pPr>
            <w:pStyle w:val="TOC1"/>
            <w:tabs>
              <w:tab w:val="right" w:leader="hyphen" w:pos="9350"/>
            </w:tabs>
            <w:rPr>
              <w:noProof/>
              <w:lang w:eastAsia="zh-CN"/>
            </w:rPr>
          </w:pPr>
          <w:hyperlink w:anchor="_Toc218512783" w:history="1">
            <w:r w:rsidRPr="00A36C15">
              <w:rPr>
                <w:rStyle w:val="Hyperlink"/>
                <w:rFonts w:ascii="Roboto" w:hAnsi="Roboto"/>
                <w:noProof/>
              </w:rPr>
              <w:t>2. Input/Output Settings</w:t>
            </w:r>
            <w:r>
              <w:rPr>
                <w:noProof/>
                <w:webHidden/>
              </w:rPr>
              <w:tab/>
            </w:r>
            <w:r>
              <w:rPr>
                <w:noProof/>
                <w:webHidden/>
              </w:rPr>
              <w:fldChar w:fldCharType="begin"/>
            </w:r>
            <w:r>
              <w:rPr>
                <w:noProof/>
                <w:webHidden/>
              </w:rPr>
              <w:instrText xml:space="preserve"> PAGEREF _Toc218512783 \h </w:instrText>
            </w:r>
            <w:r>
              <w:rPr>
                <w:noProof/>
                <w:webHidden/>
              </w:rPr>
            </w:r>
            <w:r>
              <w:rPr>
                <w:noProof/>
                <w:webHidden/>
              </w:rPr>
              <w:fldChar w:fldCharType="separate"/>
            </w:r>
            <w:r>
              <w:rPr>
                <w:noProof/>
                <w:webHidden/>
              </w:rPr>
              <w:t>12</w:t>
            </w:r>
            <w:r>
              <w:rPr>
                <w:noProof/>
                <w:webHidden/>
              </w:rPr>
              <w:fldChar w:fldCharType="end"/>
            </w:r>
          </w:hyperlink>
        </w:p>
        <w:p w14:paraId="3AFAE4ED" w14:textId="22FA9A1D" w:rsidR="00800BC3" w:rsidRDefault="00800BC3">
          <w:pPr>
            <w:pStyle w:val="TOC2"/>
            <w:tabs>
              <w:tab w:val="right" w:leader="hyphen" w:pos="9350"/>
            </w:tabs>
            <w:rPr>
              <w:noProof/>
              <w:kern w:val="2"/>
              <w:sz w:val="24"/>
              <w:szCs w:val="24"/>
              <w:lang w:eastAsia="zh-CN"/>
              <w14:ligatures w14:val="standardContextual"/>
            </w:rPr>
          </w:pPr>
          <w:hyperlink w:anchor="_Toc218512784" w:history="1">
            <w:r w:rsidRPr="00A36C15">
              <w:rPr>
                <w:rStyle w:val="Hyperlink"/>
                <w:rFonts w:ascii="Roboto" w:hAnsi="Roboto"/>
                <w:noProof/>
              </w:rPr>
              <w:t>2.1 Set Output Resolution</w:t>
            </w:r>
            <w:r>
              <w:rPr>
                <w:noProof/>
                <w:webHidden/>
              </w:rPr>
              <w:tab/>
            </w:r>
            <w:r>
              <w:rPr>
                <w:noProof/>
                <w:webHidden/>
              </w:rPr>
              <w:fldChar w:fldCharType="begin"/>
            </w:r>
            <w:r>
              <w:rPr>
                <w:noProof/>
                <w:webHidden/>
              </w:rPr>
              <w:instrText xml:space="preserve"> PAGEREF _Toc218512784 \h </w:instrText>
            </w:r>
            <w:r>
              <w:rPr>
                <w:noProof/>
                <w:webHidden/>
              </w:rPr>
            </w:r>
            <w:r>
              <w:rPr>
                <w:noProof/>
                <w:webHidden/>
              </w:rPr>
              <w:fldChar w:fldCharType="separate"/>
            </w:r>
            <w:r>
              <w:rPr>
                <w:noProof/>
                <w:webHidden/>
              </w:rPr>
              <w:t>12</w:t>
            </w:r>
            <w:r>
              <w:rPr>
                <w:noProof/>
                <w:webHidden/>
              </w:rPr>
              <w:fldChar w:fldCharType="end"/>
            </w:r>
          </w:hyperlink>
        </w:p>
        <w:p w14:paraId="462D263F" w14:textId="598C9E79" w:rsidR="00800BC3" w:rsidRDefault="00800BC3">
          <w:pPr>
            <w:pStyle w:val="TOC2"/>
            <w:tabs>
              <w:tab w:val="right" w:leader="hyphen" w:pos="9350"/>
            </w:tabs>
            <w:rPr>
              <w:noProof/>
              <w:kern w:val="2"/>
              <w:sz w:val="24"/>
              <w:szCs w:val="24"/>
              <w:lang w:eastAsia="zh-CN"/>
              <w14:ligatures w14:val="standardContextual"/>
            </w:rPr>
          </w:pPr>
          <w:hyperlink w:anchor="_Toc218512785" w:history="1">
            <w:r w:rsidRPr="00A36C15">
              <w:rPr>
                <w:rStyle w:val="Hyperlink"/>
                <w:rFonts w:ascii="Roboto" w:hAnsi="Roboto"/>
                <w:noProof/>
              </w:rPr>
              <w:t>2.2 Get Output Resolution</w:t>
            </w:r>
            <w:r>
              <w:rPr>
                <w:noProof/>
                <w:webHidden/>
              </w:rPr>
              <w:tab/>
            </w:r>
            <w:r>
              <w:rPr>
                <w:noProof/>
                <w:webHidden/>
              </w:rPr>
              <w:fldChar w:fldCharType="begin"/>
            </w:r>
            <w:r>
              <w:rPr>
                <w:noProof/>
                <w:webHidden/>
              </w:rPr>
              <w:instrText xml:space="preserve"> PAGEREF _Toc218512785 \h </w:instrText>
            </w:r>
            <w:r>
              <w:rPr>
                <w:noProof/>
                <w:webHidden/>
              </w:rPr>
            </w:r>
            <w:r>
              <w:rPr>
                <w:noProof/>
                <w:webHidden/>
              </w:rPr>
              <w:fldChar w:fldCharType="separate"/>
            </w:r>
            <w:r>
              <w:rPr>
                <w:noProof/>
                <w:webHidden/>
              </w:rPr>
              <w:t>12</w:t>
            </w:r>
            <w:r>
              <w:rPr>
                <w:noProof/>
                <w:webHidden/>
              </w:rPr>
              <w:fldChar w:fldCharType="end"/>
            </w:r>
          </w:hyperlink>
        </w:p>
        <w:p w14:paraId="4D212A09" w14:textId="153D63ED" w:rsidR="00800BC3" w:rsidRDefault="00800BC3">
          <w:pPr>
            <w:pStyle w:val="TOC2"/>
            <w:tabs>
              <w:tab w:val="right" w:leader="hyphen" w:pos="9350"/>
            </w:tabs>
            <w:rPr>
              <w:noProof/>
              <w:kern w:val="2"/>
              <w:sz w:val="24"/>
              <w:szCs w:val="24"/>
              <w:lang w:eastAsia="zh-CN"/>
              <w14:ligatures w14:val="standardContextual"/>
            </w:rPr>
          </w:pPr>
          <w:hyperlink w:anchor="_Toc218512786" w:history="1">
            <w:r w:rsidRPr="00A36C15">
              <w:rPr>
                <w:rStyle w:val="Hyperlink"/>
                <w:rFonts w:ascii="Roboto" w:hAnsi="Roboto"/>
                <w:noProof/>
              </w:rPr>
              <w:t>2.3 Set Input Interface HDCP</w:t>
            </w:r>
            <w:r>
              <w:rPr>
                <w:noProof/>
                <w:webHidden/>
              </w:rPr>
              <w:tab/>
            </w:r>
            <w:r>
              <w:rPr>
                <w:noProof/>
                <w:webHidden/>
              </w:rPr>
              <w:fldChar w:fldCharType="begin"/>
            </w:r>
            <w:r>
              <w:rPr>
                <w:noProof/>
                <w:webHidden/>
              </w:rPr>
              <w:instrText xml:space="preserve"> PAGEREF _Toc218512786 \h </w:instrText>
            </w:r>
            <w:r>
              <w:rPr>
                <w:noProof/>
                <w:webHidden/>
              </w:rPr>
            </w:r>
            <w:r>
              <w:rPr>
                <w:noProof/>
                <w:webHidden/>
              </w:rPr>
              <w:fldChar w:fldCharType="separate"/>
            </w:r>
            <w:r>
              <w:rPr>
                <w:noProof/>
                <w:webHidden/>
              </w:rPr>
              <w:t>13</w:t>
            </w:r>
            <w:r>
              <w:rPr>
                <w:noProof/>
                <w:webHidden/>
              </w:rPr>
              <w:fldChar w:fldCharType="end"/>
            </w:r>
          </w:hyperlink>
        </w:p>
        <w:p w14:paraId="0C566B5F" w14:textId="03FD3956" w:rsidR="00800BC3" w:rsidRDefault="00800BC3">
          <w:pPr>
            <w:pStyle w:val="TOC2"/>
            <w:tabs>
              <w:tab w:val="right" w:leader="hyphen" w:pos="9350"/>
            </w:tabs>
            <w:rPr>
              <w:noProof/>
              <w:kern w:val="2"/>
              <w:sz w:val="24"/>
              <w:szCs w:val="24"/>
              <w:lang w:eastAsia="zh-CN"/>
              <w14:ligatures w14:val="standardContextual"/>
            </w:rPr>
          </w:pPr>
          <w:hyperlink w:anchor="_Toc218512787" w:history="1">
            <w:r w:rsidRPr="00A36C15">
              <w:rPr>
                <w:rStyle w:val="Hyperlink"/>
                <w:rFonts w:ascii="Roboto" w:hAnsi="Roboto"/>
                <w:noProof/>
              </w:rPr>
              <w:t>2.4 Get Input Interface HDCP</w:t>
            </w:r>
            <w:r>
              <w:rPr>
                <w:noProof/>
                <w:webHidden/>
              </w:rPr>
              <w:tab/>
            </w:r>
            <w:r>
              <w:rPr>
                <w:noProof/>
                <w:webHidden/>
              </w:rPr>
              <w:fldChar w:fldCharType="begin"/>
            </w:r>
            <w:r>
              <w:rPr>
                <w:noProof/>
                <w:webHidden/>
              </w:rPr>
              <w:instrText xml:space="preserve"> PAGEREF _Toc218512787 \h </w:instrText>
            </w:r>
            <w:r>
              <w:rPr>
                <w:noProof/>
                <w:webHidden/>
              </w:rPr>
            </w:r>
            <w:r>
              <w:rPr>
                <w:noProof/>
                <w:webHidden/>
              </w:rPr>
              <w:fldChar w:fldCharType="separate"/>
            </w:r>
            <w:r>
              <w:rPr>
                <w:noProof/>
                <w:webHidden/>
              </w:rPr>
              <w:t>13</w:t>
            </w:r>
            <w:r>
              <w:rPr>
                <w:noProof/>
                <w:webHidden/>
              </w:rPr>
              <w:fldChar w:fldCharType="end"/>
            </w:r>
          </w:hyperlink>
        </w:p>
        <w:p w14:paraId="6A61D5A7" w14:textId="593D3EEE" w:rsidR="00800BC3" w:rsidRDefault="00800BC3">
          <w:pPr>
            <w:pStyle w:val="TOC2"/>
            <w:tabs>
              <w:tab w:val="right" w:leader="hyphen" w:pos="9350"/>
            </w:tabs>
            <w:rPr>
              <w:noProof/>
              <w:kern w:val="2"/>
              <w:sz w:val="24"/>
              <w:szCs w:val="24"/>
              <w:lang w:eastAsia="zh-CN"/>
              <w14:ligatures w14:val="standardContextual"/>
            </w:rPr>
          </w:pPr>
          <w:hyperlink w:anchor="_Toc218512788" w:history="1">
            <w:r w:rsidRPr="00A36C15">
              <w:rPr>
                <w:rStyle w:val="Hyperlink"/>
                <w:rFonts w:ascii="Roboto" w:hAnsi="Roboto"/>
                <w:noProof/>
              </w:rPr>
              <w:t>2.5 Get Input Signal HDCP Status</w:t>
            </w:r>
            <w:r>
              <w:rPr>
                <w:noProof/>
                <w:webHidden/>
              </w:rPr>
              <w:tab/>
            </w:r>
            <w:r>
              <w:rPr>
                <w:noProof/>
                <w:webHidden/>
              </w:rPr>
              <w:fldChar w:fldCharType="begin"/>
            </w:r>
            <w:r>
              <w:rPr>
                <w:noProof/>
                <w:webHidden/>
              </w:rPr>
              <w:instrText xml:space="preserve"> PAGEREF _Toc218512788 \h </w:instrText>
            </w:r>
            <w:r>
              <w:rPr>
                <w:noProof/>
                <w:webHidden/>
              </w:rPr>
            </w:r>
            <w:r>
              <w:rPr>
                <w:noProof/>
                <w:webHidden/>
              </w:rPr>
              <w:fldChar w:fldCharType="separate"/>
            </w:r>
            <w:r>
              <w:rPr>
                <w:noProof/>
                <w:webHidden/>
              </w:rPr>
              <w:t>14</w:t>
            </w:r>
            <w:r>
              <w:rPr>
                <w:noProof/>
                <w:webHidden/>
              </w:rPr>
              <w:fldChar w:fldCharType="end"/>
            </w:r>
          </w:hyperlink>
        </w:p>
        <w:p w14:paraId="464E6612" w14:textId="3D8D0B35" w:rsidR="00800BC3" w:rsidRDefault="00800BC3">
          <w:pPr>
            <w:pStyle w:val="TOC2"/>
            <w:tabs>
              <w:tab w:val="right" w:leader="hyphen" w:pos="9350"/>
            </w:tabs>
            <w:rPr>
              <w:noProof/>
              <w:kern w:val="2"/>
              <w:sz w:val="24"/>
              <w:szCs w:val="24"/>
              <w:lang w:eastAsia="zh-CN"/>
              <w14:ligatures w14:val="standardContextual"/>
            </w:rPr>
          </w:pPr>
          <w:hyperlink w:anchor="_Toc218512789" w:history="1">
            <w:r w:rsidRPr="00A36C15">
              <w:rPr>
                <w:rStyle w:val="Hyperlink"/>
                <w:rFonts w:ascii="Roboto" w:hAnsi="Roboto"/>
                <w:noProof/>
              </w:rPr>
              <w:t>2.6 Set Output Interface HDCP</w:t>
            </w:r>
            <w:r>
              <w:rPr>
                <w:noProof/>
                <w:webHidden/>
              </w:rPr>
              <w:tab/>
            </w:r>
            <w:r>
              <w:rPr>
                <w:noProof/>
                <w:webHidden/>
              </w:rPr>
              <w:fldChar w:fldCharType="begin"/>
            </w:r>
            <w:r>
              <w:rPr>
                <w:noProof/>
                <w:webHidden/>
              </w:rPr>
              <w:instrText xml:space="preserve"> PAGEREF _Toc218512789 \h </w:instrText>
            </w:r>
            <w:r>
              <w:rPr>
                <w:noProof/>
                <w:webHidden/>
              </w:rPr>
            </w:r>
            <w:r>
              <w:rPr>
                <w:noProof/>
                <w:webHidden/>
              </w:rPr>
              <w:fldChar w:fldCharType="separate"/>
            </w:r>
            <w:r>
              <w:rPr>
                <w:noProof/>
                <w:webHidden/>
              </w:rPr>
              <w:t>14</w:t>
            </w:r>
            <w:r>
              <w:rPr>
                <w:noProof/>
                <w:webHidden/>
              </w:rPr>
              <w:fldChar w:fldCharType="end"/>
            </w:r>
          </w:hyperlink>
        </w:p>
        <w:p w14:paraId="48AEAACA" w14:textId="3226C62F" w:rsidR="00800BC3" w:rsidRDefault="00800BC3">
          <w:pPr>
            <w:pStyle w:val="TOC2"/>
            <w:tabs>
              <w:tab w:val="right" w:leader="hyphen" w:pos="9350"/>
            </w:tabs>
            <w:rPr>
              <w:noProof/>
              <w:kern w:val="2"/>
              <w:sz w:val="24"/>
              <w:szCs w:val="24"/>
              <w:lang w:eastAsia="zh-CN"/>
              <w14:ligatures w14:val="standardContextual"/>
            </w:rPr>
          </w:pPr>
          <w:hyperlink w:anchor="_Toc218512790" w:history="1">
            <w:r w:rsidRPr="00A36C15">
              <w:rPr>
                <w:rStyle w:val="Hyperlink"/>
                <w:rFonts w:ascii="Roboto" w:hAnsi="Roboto"/>
                <w:noProof/>
              </w:rPr>
              <w:t>2.7 Get Output Interface HDCP</w:t>
            </w:r>
            <w:r>
              <w:rPr>
                <w:noProof/>
                <w:webHidden/>
              </w:rPr>
              <w:tab/>
            </w:r>
            <w:r>
              <w:rPr>
                <w:noProof/>
                <w:webHidden/>
              </w:rPr>
              <w:fldChar w:fldCharType="begin"/>
            </w:r>
            <w:r>
              <w:rPr>
                <w:noProof/>
                <w:webHidden/>
              </w:rPr>
              <w:instrText xml:space="preserve"> PAGEREF _Toc218512790 \h </w:instrText>
            </w:r>
            <w:r>
              <w:rPr>
                <w:noProof/>
                <w:webHidden/>
              </w:rPr>
            </w:r>
            <w:r>
              <w:rPr>
                <w:noProof/>
                <w:webHidden/>
              </w:rPr>
              <w:fldChar w:fldCharType="separate"/>
            </w:r>
            <w:r>
              <w:rPr>
                <w:noProof/>
                <w:webHidden/>
              </w:rPr>
              <w:t>15</w:t>
            </w:r>
            <w:r>
              <w:rPr>
                <w:noProof/>
                <w:webHidden/>
              </w:rPr>
              <w:fldChar w:fldCharType="end"/>
            </w:r>
          </w:hyperlink>
        </w:p>
        <w:p w14:paraId="6FDAD096" w14:textId="1EE9F7CE" w:rsidR="00800BC3" w:rsidRDefault="00800BC3">
          <w:pPr>
            <w:pStyle w:val="TOC2"/>
            <w:tabs>
              <w:tab w:val="right" w:leader="hyphen" w:pos="9350"/>
            </w:tabs>
            <w:rPr>
              <w:noProof/>
              <w:kern w:val="2"/>
              <w:sz w:val="24"/>
              <w:szCs w:val="24"/>
              <w:lang w:eastAsia="zh-CN"/>
              <w14:ligatures w14:val="standardContextual"/>
            </w:rPr>
          </w:pPr>
          <w:hyperlink w:anchor="_Toc218512791" w:history="1">
            <w:r w:rsidRPr="00A36C15">
              <w:rPr>
                <w:rStyle w:val="Hyperlink"/>
                <w:rFonts w:ascii="Roboto" w:hAnsi="Roboto"/>
                <w:noProof/>
              </w:rPr>
              <w:t>2.8 Get Output Signal HDCP Status</w:t>
            </w:r>
            <w:r>
              <w:rPr>
                <w:noProof/>
                <w:webHidden/>
              </w:rPr>
              <w:tab/>
            </w:r>
            <w:r>
              <w:rPr>
                <w:noProof/>
                <w:webHidden/>
              </w:rPr>
              <w:fldChar w:fldCharType="begin"/>
            </w:r>
            <w:r>
              <w:rPr>
                <w:noProof/>
                <w:webHidden/>
              </w:rPr>
              <w:instrText xml:space="preserve"> PAGEREF _Toc218512791 \h </w:instrText>
            </w:r>
            <w:r>
              <w:rPr>
                <w:noProof/>
                <w:webHidden/>
              </w:rPr>
            </w:r>
            <w:r>
              <w:rPr>
                <w:noProof/>
                <w:webHidden/>
              </w:rPr>
              <w:fldChar w:fldCharType="separate"/>
            </w:r>
            <w:r>
              <w:rPr>
                <w:noProof/>
                <w:webHidden/>
              </w:rPr>
              <w:t>15</w:t>
            </w:r>
            <w:r>
              <w:rPr>
                <w:noProof/>
                <w:webHidden/>
              </w:rPr>
              <w:fldChar w:fldCharType="end"/>
            </w:r>
          </w:hyperlink>
        </w:p>
        <w:p w14:paraId="3880F617" w14:textId="3CF438BC" w:rsidR="00800BC3" w:rsidRDefault="00800BC3">
          <w:pPr>
            <w:pStyle w:val="TOC2"/>
            <w:tabs>
              <w:tab w:val="right" w:leader="hyphen" w:pos="9350"/>
            </w:tabs>
            <w:rPr>
              <w:noProof/>
              <w:kern w:val="2"/>
              <w:sz w:val="24"/>
              <w:szCs w:val="24"/>
              <w:lang w:eastAsia="zh-CN"/>
              <w14:ligatures w14:val="standardContextual"/>
            </w:rPr>
          </w:pPr>
          <w:hyperlink w:anchor="_Toc218512792" w:history="1">
            <w:r w:rsidRPr="00A36C15">
              <w:rPr>
                <w:rStyle w:val="Hyperlink"/>
                <w:rFonts w:ascii="Roboto" w:hAnsi="Roboto"/>
                <w:noProof/>
              </w:rPr>
              <w:t>2.9 Get Input Connection Status</w:t>
            </w:r>
            <w:r>
              <w:rPr>
                <w:noProof/>
                <w:webHidden/>
              </w:rPr>
              <w:tab/>
            </w:r>
            <w:r>
              <w:rPr>
                <w:noProof/>
                <w:webHidden/>
              </w:rPr>
              <w:fldChar w:fldCharType="begin"/>
            </w:r>
            <w:r>
              <w:rPr>
                <w:noProof/>
                <w:webHidden/>
              </w:rPr>
              <w:instrText xml:space="preserve"> PAGEREF _Toc218512792 \h </w:instrText>
            </w:r>
            <w:r>
              <w:rPr>
                <w:noProof/>
                <w:webHidden/>
              </w:rPr>
            </w:r>
            <w:r>
              <w:rPr>
                <w:noProof/>
                <w:webHidden/>
              </w:rPr>
              <w:fldChar w:fldCharType="separate"/>
            </w:r>
            <w:r>
              <w:rPr>
                <w:noProof/>
                <w:webHidden/>
              </w:rPr>
              <w:t>16</w:t>
            </w:r>
            <w:r>
              <w:rPr>
                <w:noProof/>
                <w:webHidden/>
              </w:rPr>
              <w:fldChar w:fldCharType="end"/>
            </w:r>
          </w:hyperlink>
        </w:p>
        <w:p w14:paraId="466DA3E7" w14:textId="7E3D95AE" w:rsidR="00800BC3" w:rsidRDefault="00800BC3">
          <w:pPr>
            <w:pStyle w:val="TOC2"/>
            <w:tabs>
              <w:tab w:val="right" w:leader="hyphen" w:pos="9350"/>
            </w:tabs>
            <w:rPr>
              <w:noProof/>
              <w:kern w:val="2"/>
              <w:sz w:val="24"/>
              <w:szCs w:val="24"/>
              <w:lang w:eastAsia="zh-CN"/>
              <w14:ligatures w14:val="standardContextual"/>
            </w:rPr>
          </w:pPr>
          <w:hyperlink w:anchor="_Toc218512793" w:history="1">
            <w:r w:rsidRPr="00A36C15">
              <w:rPr>
                <w:rStyle w:val="Hyperlink"/>
                <w:rFonts w:ascii="Roboto" w:hAnsi="Roboto"/>
                <w:noProof/>
              </w:rPr>
              <w:t>2.10 Get Input Signal Status</w:t>
            </w:r>
            <w:r>
              <w:rPr>
                <w:noProof/>
                <w:webHidden/>
              </w:rPr>
              <w:tab/>
            </w:r>
            <w:r>
              <w:rPr>
                <w:noProof/>
                <w:webHidden/>
              </w:rPr>
              <w:fldChar w:fldCharType="begin"/>
            </w:r>
            <w:r>
              <w:rPr>
                <w:noProof/>
                <w:webHidden/>
              </w:rPr>
              <w:instrText xml:space="preserve"> PAGEREF _Toc218512793 \h </w:instrText>
            </w:r>
            <w:r>
              <w:rPr>
                <w:noProof/>
                <w:webHidden/>
              </w:rPr>
            </w:r>
            <w:r>
              <w:rPr>
                <w:noProof/>
                <w:webHidden/>
              </w:rPr>
              <w:fldChar w:fldCharType="separate"/>
            </w:r>
            <w:r>
              <w:rPr>
                <w:noProof/>
                <w:webHidden/>
              </w:rPr>
              <w:t>16</w:t>
            </w:r>
            <w:r>
              <w:rPr>
                <w:noProof/>
                <w:webHidden/>
              </w:rPr>
              <w:fldChar w:fldCharType="end"/>
            </w:r>
          </w:hyperlink>
        </w:p>
        <w:p w14:paraId="77359CB2" w14:textId="0564A7AE" w:rsidR="00800BC3" w:rsidRDefault="00800BC3">
          <w:pPr>
            <w:pStyle w:val="TOC2"/>
            <w:tabs>
              <w:tab w:val="right" w:leader="hyphen" w:pos="9350"/>
            </w:tabs>
            <w:rPr>
              <w:noProof/>
              <w:kern w:val="2"/>
              <w:sz w:val="24"/>
              <w:szCs w:val="24"/>
              <w:lang w:eastAsia="zh-CN"/>
              <w14:ligatures w14:val="standardContextual"/>
            </w:rPr>
          </w:pPr>
          <w:hyperlink w:anchor="_Toc218512794" w:history="1">
            <w:r w:rsidRPr="00A36C15">
              <w:rPr>
                <w:rStyle w:val="Hyperlink"/>
                <w:rFonts w:ascii="Roboto" w:hAnsi="Roboto"/>
                <w:noProof/>
              </w:rPr>
              <w:t>2.11 Get Input Video Format</w:t>
            </w:r>
            <w:r>
              <w:rPr>
                <w:noProof/>
                <w:webHidden/>
              </w:rPr>
              <w:tab/>
            </w:r>
            <w:r>
              <w:rPr>
                <w:noProof/>
                <w:webHidden/>
              </w:rPr>
              <w:fldChar w:fldCharType="begin"/>
            </w:r>
            <w:r>
              <w:rPr>
                <w:noProof/>
                <w:webHidden/>
              </w:rPr>
              <w:instrText xml:space="preserve"> PAGEREF _Toc218512794 \h </w:instrText>
            </w:r>
            <w:r>
              <w:rPr>
                <w:noProof/>
                <w:webHidden/>
              </w:rPr>
            </w:r>
            <w:r>
              <w:rPr>
                <w:noProof/>
                <w:webHidden/>
              </w:rPr>
              <w:fldChar w:fldCharType="separate"/>
            </w:r>
            <w:r>
              <w:rPr>
                <w:noProof/>
                <w:webHidden/>
              </w:rPr>
              <w:t>17</w:t>
            </w:r>
            <w:r>
              <w:rPr>
                <w:noProof/>
                <w:webHidden/>
              </w:rPr>
              <w:fldChar w:fldCharType="end"/>
            </w:r>
          </w:hyperlink>
        </w:p>
        <w:p w14:paraId="5EC95950" w14:textId="5D6664F2" w:rsidR="00800BC3" w:rsidRDefault="00800BC3">
          <w:pPr>
            <w:pStyle w:val="TOC2"/>
            <w:tabs>
              <w:tab w:val="right" w:leader="hyphen" w:pos="9350"/>
            </w:tabs>
            <w:rPr>
              <w:noProof/>
              <w:kern w:val="2"/>
              <w:sz w:val="24"/>
              <w:szCs w:val="24"/>
              <w:lang w:eastAsia="zh-CN"/>
              <w14:ligatures w14:val="standardContextual"/>
            </w:rPr>
          </w:pPr>
          <w:hyperlink w:anchor="_Toc218512795" w:history="1">
            <w:r w:rsidRPr="00A36C15">
              <w:rPr>
                <w:rStyle w:val="Hyperlink"/>
                <w:rFonts w:ascii="Roboto" w:hAnsi="Roboto"/>
                <w:noProof/>
              </w:rPr>
              <w:t>2.12 Get Input Audio Format</w:t>
            </w:r>
            <w:r>
              <w:rPr>
                <w:noProof/>
                <w:webHidden/>
              </w:rPr>
              <w:tab/>
            </w:r>
            <w:r>
              <w:rPr>
                <w:noProof/>
                <w:webHidden/>
              </w:rPr>
              <w:fldChar w:fldCharType="begin"/>
            </w:r>
            <w:r>
              <w:rPr>
                <w:noProof/>
                <w:webHidden/>
              </w:rPr>
              <w:instrText xml:space="preserve"> PAGEREF _Toc218512795 \h </w:instrText>
            </w:r>
            <w:r>
              <w:rPr>
                <w:noProof/>
                <w:webHidden/>
              </w:rPr>
            </w:r>
            <w:r>
              <w:rPr>
                <w:noProof/>
                <w:webHidden/>
              </w:rPr>
              <w:fldChar w:fldCharType="separate"/>
            </w:r>
            <w:r>
              <w:rPr>
                <w:noProof/>
                <w:webHidden/>
              </w:rPr>
              <w:t>17</w:t>
            </w:r>
            <w:r>
              <w:rPr>
                <w:noProof/>
                <w:webHidden/>
              </w:rPr>
              <w:fldChar w:fldCharType="end"/>
            </w:r>
          </w:hyperlink>
        </w:p>
        <w:p w14:paraId="6D744D9E" w14:textId="50FAA591" w:rsidR="00800BC3" w:rsidRDefault="00800BC3">
          <w:pPr>
            <w:pStyle w:val="TOC2"/>
            <w:tabs>
              <w:tab w:val="right" w:leader="hyphen" w:pos="9350"/>
            </w:tabs>
            <w:rPr>
              <w:noProof/>
              <w:kern w:val="2"/>
              <w:sz w:val="24"/>
              <w:szCs w:val="24"/>
              <w:lang w:eastAsia="zh-CN"/>
              <w14:ligatures w14:val="standardContextual"/>
            </w:rPr>
          </w:pPr>
          <w:hyperlink w:anchor="_Toc218512796" w:history="1">
            <w:r w:rsidRPr="00A36C15">
              <w:rPr>
                <w:rStyle w:val="Hyperlink"/>
                <w:rFonts w:ascii="Roboto" w:hAnsi="Roboto"/>
                <w:noProof/>
              </w:rPr>
              <w:t>2.13 Set Output Volume</w:t>
            </w:r>
            <w:r>
              <w:rPr>
                <w:noProof/>
                <w:webHidden/>
              </w:rPr>
              <w:tab/>
            </w:r>
            <w:r>
              <w:rPr>
                <w:noProof/>
                <w:webHidden/>
              </w:rPr>
              <w:fldChar w:fldCharType="begin"/>
            </w:r>
            <w:r>
              <w:rPr>
                <w:noProof/>
                <w:webHidden/>
              </w:rPr>
              <w:instrText xml:space="preserve"> PAGEREF _Toc218512796 \h </w:instrText>
            </w:r>
            <w:r>
              <w:rPr>
                <w:noProof/>
                <w:webHidden/>
              </w:rPr>
            </w:r>
            <w:r>
              <w:rPr>
                <w:noProof/>
                <w:webHidden/>
              </w:rPr>
              <w:fldChar w:fldCharType="separate"/>
            </w:r>
            <w:r>
              <w:rPr>
                <w:noProof/>
                <w:webHidden/>
              </w:rPr>
              <w:t>18</w:t>
            </w:r>
            <w:r>
              <w:rPr>
                <w:noProof/>
                <w:webHidden/>
              </w:rPr>
              <w:fldChar w:fldCharType="end"/>
            </w:r>
          </w:hyperlink>
        </w:p>
        <w:p w14:paraId="21D29465" w14:textId="53D1EFCC" w:rsidR="00800BC3" w:rsidRDefault="00800BC3">
          <w:pPr>
            <w:pStyle w:val="TOC2"/>
            <w:tabs>
              <w:tab w:val="right" w:leader="hyphen" w:pos="9350"/>
            </w:tabs>
            <w:rPr>
              <w:noProof/>
              <w:kern w:val="2"/>
              <w:sz w:val="24"/>
              <w:szCs w:val="24"/>
              <w:lang w:eastAsia="zh-CN"/>
              <w14:ligatures w14:val="standardContextual"/>
            </w:rPr>
          </w:pPr>
          <w:hyperlink w:anchor="_Toc218512797" w:history="1">
            <w:r w:rsidRPr="00A36C15">
              <w:rPr>
                <w:rStyle w:val="Hyperlink"/>
                <w:rFonts w:ascii="Roboto" w:hAnsi="Roboto"/>
                <w:noProof/>
              </w:rPr>
              <w:t>2.14 Get Output Volume</w:t>
            </w:r>
            <w:r>
              <w:rPr>
                <w:noProof/>
                <w:webHidden/>
              </w:rPr>
              <w:tab/>
            </w:r>
            <w:r>
              <w:rPr>
                <w:noProof/>
                <w:webHidden/>
              </w:rPr>
              <w:fldChar w:fldCharType="begin"/>
            </w:r>
            <w:r>
              <w:rPr>
                <w:noProof/>
                <w:webHidden/>
              </w:rPr>
              <w:instrText xml:space="preserve"> PAGEREF _Toc218512797 \h </w:instrText>
            </w:r>
            <w:r>
              <w:rPr>
                <w:noProof/>
                <w:webHidden/>
              </w:rPr>
            </w:r>
            <w:r>
              <w:rPr>
                <w:noProof/>
                <w:webHidden/>
              </w:rPr>
              <w:fldChar w:fldCharType="separate"/>
            </w:r>
            <w:r>
              <w:rPr>
                <w:noProof/>
                <w:webHidden/>
              </w:rPr>
              <w:t>18</w:t>
            </w:r>
            <w:r>
              <w:rPr>
                <w:noProof/>
                <w:webHidden/>
              </w:rPr>
              <w:fldChar w:fldCharType="end"/>
            </w:r>
          </w:hyperlink>
        </w:p>
        <w:p w14:paraId="2693B30C" w14:textId="0BC46F12" w:rsidR="00800BC3" w:rsidRDefault="00800BC3">
          <w:pPr>
            <w:pStyle w:val="TOC2"/>
            <w:tabs>
              <w:tab w:val="right" w:leader="hyphen" w:pos="9350"/>
            </w:tabs>
            <w:rPr>
              <w:noProof/>
              <w:kern w:val="2"/>
              <w:sz w:val="24"/>
              <w:szCs w:val="24"/>
              <w:lang w:eastAsia="zh-CN"/>
              <w14:ligatures w14:val="standardContextual"/>
            </w:rPr>
          </w:pPr>
          <w:hyperlink w:anchor="_Toc218512798" w:history="1">
            <w:r w:rsidRPr="00A36C15">
              <w:rPr>
                <w:rStyle w:val="Hyperlink"/>
                <w:rFonts w:ascii="Roboto" w:hAnsi="Roboto"/>
                <w:noProof/>
              </w:rPr>
              <w:t>2.15 Set Output Mute</w:t>
            </w:r>
            <w:r>
              <w:rPr>
                <w:noProof/>
                <w:webHidden/>
              </w:rPr>
              <w:tab/>
            </w:r>
            <w:r>
              <w:rPr>
                <w:noProof/>
                <w:webHidden/>
              </w:rPr>
              <w:fldChar w:fldCharType="begin"/>
            </w:r>
            <w:r>
              <w:rPr>
                <w:noProof/>
                <w:webHidden/>
              </w:rPr>
              <w:instrText xml:space="preserve"> PAGEREF _Toc218512798 \h </w:instrText>
            </w:r>
            <w:r>
              <w:rPr>
                <w:noProof/>
                <w:webHidden/>
              </w:rPr>
            </w:r>
            <w:r>
              <w:rPr>
                <w:noProof/>
                <w:webHidden/>
              </w:rPr>
              <w:fldChar w:fldCharType="separate"/>
            </w:r>
            <w:r>
              <w:rPr>
                <w:noProof/>
                <w:webHidden/>
              </w:rPr>
              <w:t>18</w:t>
            </w:r>
            <w:r>
              <w:rPr>
                <w:noProof/>
                <w:webHidden/>
              </w:rPr>
              <w:fldChar w:fldCharType="end"/>
            </w:r>
          </w:hyperlink>
        </w:p>
        <w:p w14:paraId="0B488A5C" w14:textId="4EB80BF3" w:rsidR="00800BC3" w:rsidRDefault="00800BC3">
          <w:pPr>
            <w:pStyle w:val="TOC2"/>
            <w:tabs>
              <w:tab w:val="right" w:leader="hyphen" w:pos="9350"/>
            </w:tabs>
            <w:rPr>
              <w:noProof/>
              <w:kern w:val="2"/>
              <w:sz w:val="24"/>
              <w:szCs w:val="24"/>
              <w:lang w:eastAsia="zh-CN"/>
              <w14:ligatures w14:val="standardContextual"/>
            </w:rPr>
          </w:pPr>
          <w:hyperlink w:anchor="_Toc218512799" w:history="1">
            <w:r w:rsidRPr="00A36C15">
              <w:rPr>
                <w:rStyle w:val="Hyperlink"/>
                <w:rFonts w:ascii="Roboto" w:hAnsi="Roboto"/>
                <w:noProof/>
              </w:rPr>
              <w:t>2.16 Get Output Mute</w:t>
            </w:r>
            <w:r>
              <w:rPr>
                <w:noProof/>
                <w:webHidden/>
              </w:rPr>
              <w:tab/>
            </w:r>
            <w:r>
              <w:rPr>
                <w:noProof/>
                <w:webHidden/>
              </w:rPr>
              <w:fldChar w:fldCharType="begin"/>
            </w:r>
            <w:r>
              <w:rPr>
                <w:noProof/>
                <w:webHidden/>
              </w:rPr>
              <w:instrText xml:space="preserve"> PAGEREF _Toc218512799 \h </w:instrText>
            </w:r>
            <w:r>
              <w:rPr>
                <w:noProof/>
                <w:webHidden/>
              </w:rPr>
            </w:r>
            <w:r>
              <w:rPr>
                <w:noProof/>
                <w:webHidden/>
              </w:rPr>
              <w:fldChar w:fldCharType="separate"/>
            </w:r>
            <w:r>
              <w:rPr>
                <w:noProof/>
                <w:webHidden/>
              </w:rPr>
              <w:t>19</w:t>
            </w:r>
            <w:r>
              <w:rPr>
                <w:noProof/>
                <w:webHidden/>
              </w:rPr>
              <w:fldChar w:fldCharType="end"/>
            </w:r>
          </w:hyperlink>
        </w:p>
        <w:p w14:paraId="78F0AB55" w14:textId="3101D850" w:rsidR="00800BC3" w:rsidRDefault="00800BC3">
          <w:pPr>
            <w:pStyle w:val="TOC2"/>
            <w:tabs>
              <w:tab w:val="right" w:leader="hyphen" w:pos="9350"/>
            </w:tabs>
            <w:rPr>
              <w:noProof/>
              <w:kern w:val="2"/>
              <w:sz w:val="24"/>
              <w:szCs w:val="24"/>
              <w:lang w:eastAsia="zh-CN"/>
              <w14:ligatures w14:val="standardContextual"/>
            </w:rPr>
          </w:pPr>
          <w:hyperlink w:anchor="_Toc218512800" w:history="1">
            <w:r w:rsidRPr="00A36C15">
              <w:rPr>
                <w:rStyle w:val="Hyperlink"/>
                <w:rFonts w:ascii="Roboto" w:hAnsi="Roboto"/>
                <w:noProof/>
              </w:rPr>
              <w:t>2.17 Get Output Connection Status</w:t>
            </w:r>
            <w:r>
              <w:rPr>
                <w:noProof/>
                <w:webHidden/>
              </w:rPr>
              <w:tab/>
            </w:r>
            <w:r>
              <w:rPr>
                <w:noProof/>
                <w:webHidden/>
              </w:rPr>
              <w:fldChar w:fldCharType="begin"/>
            </w:r>
            <w:r>
              <w:rPr>
                <w:noProof/>
                <w:webHidden/>
              </w:rPr>
              <w:instrText xml:space="preserve"> PAGEREF _Toc218512800 \h </w:instrText>
            </w:r>
            <w:r>
              <w:rPr>
                <w:noProof/>
                <w:webHidden/>
              </w:rPr>
            </w:r>
            <w:r>
              <w:rPr>
                <w:noProof/>
                <w:webHidden/>
              </w:rPr>
              <w:fldChar w:fldCharType="separate"/>
            </w:r>
            <w:r>
              <w:rPr>
                <w:noProof/>
                <w:webHidden/>
              </w:rPr>
              <w:t>19</w:t>
            </w:r>
            <w:r>
              <w:rPr>
                <w:noProof/>
                <w:webHidden/>
              </w:rPr>
              <w:fldChar w:fldCharType="end"/>
            </w:r>
          </w:hyperlink>
        </w:p>
        <w:p w14:paraId="43E9D9C2" w14:textId="1DEFF31D" w:rsidR="00800BC3" w:rsidRDefault="00800BC3">
          <w:pPr>
            <w:pStyle w:val="TOC2"/>
            <w:tabs>
              <w:tab w:val="right" w:leader="hyphen" w:pos="9350"/>
            </w:tabs>
            <w:rPr>
              <w:noProof/>
              <w:kern w:val="2"/>
              <w:sz w:val="24"/>
              <w:szCs w:val="24"/>
              <w:lang w:eastAsia="zh-CN"/>
              <w14:ligatures w14:val="standardContextual"/>
            </w:rPr>
          </w:pPr>
          <w:hyperlink w:anchor="_Toc218512801" w:history="1">
            <w:r w:rsidRPr="00A36C15">
              <w:rPr>
                <w:rStyle w:val="Hyperlink"/>
                <w:rFonts w:ascii="Roboto" w:hAnsi="Roboto"/>
                <w:noProof/>
              </w:rPr>
              <w:t>2.18 Set MST</w:t>
            </w:r>
            <w:r>
              <w:rPr>
                <w:noProof/>
                <w:webHidden/>
              </w:rPr>
              <w:tab/>
            </w:r>
            <w:r>
              <w:rPr>
                <w:noProof/>
                <w:webHidden/>
              </w:rPr>
              <w:fldChar w:fldCharType="begin"/>
            </w:r>
            <w:r>
              <w:rPr>
                <w:noProof/>
                <w:webHidden/>
              </w:rPr>
              <w:instrText xml:space="preserve"> PAGEREF _Toc218512801 \h </w:instrText>
            </w:r>
            <w:r>
              <w:rPr>
                <w:noProof/>
                <w:webHidden/>
              </w:rPr>
            </w:r>
            <w:r>
              <w:rPr>
                <w:noProof/>
                <w:webHidden/>
              </w:rPr>
              <w:fldChar w:fldCharType="separate"/>
            </w:r>
            <w:r>
              <w:rPr>
                <w:noProof/>
                <w:webHidden/>
              </w:rPr>
              <w:t>20</w:t>
            </w:r>
            <w:r>
              <w:rPr>
                <w:noProof/>
                <w:webHidden/>
              </w:rPr>
              <w:fldChar w:fldCharType="end"/>
            </w:r>
          </w:hyperlink>
        </w:p>
        <w:p w14:paraId="7D53C74E" w14:textId="716DF6BC" w:rsidR="00800BC3" w:rsidRDefault="00800BC3">
          <w:pPr>
            <w:pStyle w:val="TOC2"/>
            <w:tabs>
              <w:tab w:val="right" w:leader="hyphen" w:pos="9350"/>
            </w:tabs>
            <w:rPr>
              <w:noProof/>
              <w:kern w:val="2"/>
              <w:sz w:val="24"/>
              <w:szCs w:val="24"/>
              <w:lang w:eastAsia="zh-CN"/>
              <w14:ligatures w14:val="standardContextual"/>
            </w:rPr>
          </w:pPr>
          <w:hyperlink w:anchor="_Toc218512802" w:history="1">
            <w:r w:rsidRPr="00A36C15">
              <w:rPr>
                <w:rStyle w:val="Hyperlink"/>
                <w:rFonts w:ascii="Roboto" w:hAnsi="Roboto"/>
                <w:noProof/>
              </w:rPr>
              <w:t>2.19 Get MST</w:t>
            </w:r>
            <w:r>
              <w:rPr>
                <w:noProof/>
                <w:webHidden/>
              </w:rPr>
              <w:tab/>
            </w:r>
            <w:r>
              <w:rPr>
                <w:noProof/>
                <w:webHidden/>
              </w:rPr>
              <w:fldChar w:fldCharType="begin"/>
            </w:r>
            <w:r>
              <w:rPr>
                <w:noProof/>
                <w:webHidden/>
              </w:rPr>
              <w:instrText xml:space="preserve"> PAGEREF _Toc218512802 \h </w:instrText>
            </w:r>
            <w:r>
              <w:rPr>
                <w:noProof/>
                <w:webHidden/>
              </w:rPr>
            </w:r>
            <w:r>
              <w:rPr>
                <w:noProof/>
                <w:webHidden/>
              </w:rPr>
              <w:fldChar w:fldCharType="separate"/>
            </w:r>
            <w:r>
              <w:rPr>
                <w:noProof/>
                <w:webHidden/>
              </w:rPr>
              <w:t>20</w:t>
            </w:r>
            <w:r>
              <w:rPr>
                <w:noProof/>
                <w:webHidden/>
              </w:rPr>
              <w:fldChar w:fldCharType="end"/>
            </w:r>
          </w:hyperlink>
        </w:p>
        <w:p w14:paraId="121207C1" w14:textId="5D40A5DE" w:rsidR="00800BC3" w:rsidRDefault="00800BC3">
          <w:pPr>
            <w:pStyle w:val="TOC1"/>
            <w:tabs>
              <w:tab w:val="right" w:leader="hyphen" w:pos="9350"/>
            </w:tabs>
            <w:rPr>
              <w:noProof/>
              <w:lang w:eastAsia="zh-CN"/>
            </w:rPr>
          </w:pPr>
          <w:hyperlink w:anchor="_Toc218512803" w:history="1">
            <w:r w:rsidRPr="00A36C15">
              <w:rPr>
                <w:rStyle w:val="Hyperlink"/>
                <w:rFonts w:ascii="Roboto" w:hAnsi="Roboto"/>
                <w:noProof/>
              </w:rPr>
              <w:t>3. Video Switching</w:t>
            </w:r>
            <w:r>
              <w:rPr>
                <w:noProof/>
                <w:webHidden/>
              </w:rPr>
              <w:tab/>
            </w:r>
            <w:r>
              <w:rPr>
                <w:noProof/>
                <w:webHidden/>
              </w:rPr>
              <w:fldChar w:fldCharType="begin"/>
            </w:r>
            <w:r>
              <w:rPr>
                <w:noProof/>
                <w:webHidden/>
              </w:rPr>
              <w:instrText xml:space="preserve"> PAGEREF _Toc218512803 \h </w:instrText>
            </w:r>
            <w:r>
              <w:rPr>
                <w:noProof/>
                <w:webHidden/>
              </w:rPr>
            </w:r>
            <w:r>
              <w:rPr>
                <w:noProof/>
                <w:webHidden/>
              </w:rPr>
              <w:fldChar w:fldCharType="separate"/>
            </w:r>
            <w:r>
              <w:rPr>
                <w:noProof/>
                <w:webHidden/>
              </w:rPr>
              <w:t>21</w:t>
            </w:r>
            <w:r>
              <w:rPr>
                <w:noProof/>
                <w:webHidden/>
              </w:rPr>
              <w:fldChar w:fldCharType="end"/>
            </w:r>
          </w:hyperlink>
        </w:p>
        <w:p w14:paraId="58C039E0" w14:textId="60EC9450" w:rsidR="00800BC3" w:rsidRDefault="00800BC3">
          <w:pPr>
            <w:pStyle w:val="TOC2"/>
            <w:tabs>
              <w:tab w:val="right" w:leader="hyphen" w:pos="9350"/>
            </w:tabs>
            <w:rPr>
              <w:noProof/>
              <w:kern w:val="2"/>
              <w:sz w:val="24"/>
              <w:szCs w:val="24"/>
              <w:lang w:eastAsia="zh-CN"/>
              <w14:ligatures w14:val="standardContextual"/>
            </w:rPr>
          </w:pPr>
          <w:hyperlink w:anchor="_Toc218512804" w:history="1">
            <w:r w:rsidRPr="00A36C15">
              <w:rPr>
                <w:rStyle w:val="Hyperlink"/>
                <w:rFonts w:ascii="Roboto" w:hAnsi="Roboto"/>
                <w:noProof/>
              </w:rPr>
              <w:t>3.1 Set Automatic Switching</w:t>
            </w:r>
            <w:r>
              <w:rPr>
                <w:noProof/>
                <w:webHidden/>
              </w:rPr>
              <w:tab/>
            </w:r>
            <w:r>
              <w:rPr>
                <w:noProof/>
                <w:webHidden/>
              </w:rPr>
              <w:fldChar w:fldCharType="begin"/>
            </w:r>
            <w:r>
              <w:rPr>
                <w:noProof/>
                <w:webHidden/>
              </w:rPr>
              <w:instrText xml:space="preserve"> PAGEREF _Toc218512804 \h </w:instrText>
            </w:r>
            <w:r>
              <w:rPr>
                <w:noProof/>
                <w:webHidden/>
              </w:rPr>
            </w:r>
            <w:r>
              <w:rPr>
                <w:noProof/>
                <w:webHidden/>
              </w:rPr>
              <w:fldChar w:fldCharType="separate"/>
            </w:r>
            <w:r>
              <w:rPr>
                <w:noProof/>
                <w:webHidden/>
              </w:rPr>
              <w:t>21</w:t>
            </w:r>
            <w:r>
              <w:rPr>
                <w:noProof/>
                <w:webHidden/>
              </w:rPr>
              <w:fldChar w:fldCharType="end"/>
            </w:r>
          </w:hyperlink>
        </w:p>
        <w:p w14:paraId="61791A25" w14:textId="5336B37E" w:rsidR="00800BC3" w:rsidRDefault="00800BC3">
          <w:pPr>
            <w:pStyle w:val="TOC2"/>
            <w:tabs>
              <w:tab w:val="right" w:leader="hyphen" w:pos="9350"/>
            </w:tabs>
            <w:rPr>
              <w:noProof/>
              <w:kern w:val="2"/>
              <w:sz w:val="24"/>
              <w:szCs w:val="24"/>
              <w:lang w:eastAsia="zh-CN"/>
              <w14:ligatures w14:val="standardContextual"/>
            </w:rPr>
          </w:pPr>
          <w:hyperlink w:anchor="_Toc218512805" w:history="1">
            <w:r w:rsidRPr="00A36C15">
              <w:rPr>
                <w:rStyle w:val="Hyperlink"/>
                <w:rFonts w:ascii="Roboto" w:hAnsi="Roboto"/>
                <w:noProof/>
              </w:rPr>
              <w:t>3.2 Get Automatic Switching Status</w:t>
            </w:r>
            <w:r>
              <w:rPr>
                <w:noProof/>
                <w:webHidden/>
              </w:rPr>
              <w:tab/>
            </w:r>
            <w:r>
              <w:rPr>
                <w:noProof/>
                <w:webHidden/>
              </w:rPr>
              <w:fldChar w:fldCharType="begin"/>
            </w:r>
            <w:r>
              <w:rPr>
                <w:noProof/>
                <w:webHidden/>
              </w:rPr>
              <w:instrText xml:space="preserve"> PAGEREF _Toc218512805 \h </w:instrText>
            </w:r>
            <w:r>
              <w:rPr>
                <w:noProof/>
                <w:webHidden/>
              </w:rPr>
            </w:r>
            <w:r>
              <w:rPr>
                <w:noProof/>
                <w:webHidden/>
              </w:rPr>
              <w:fldChar w:fldCharType="separate"/>
            </w:r>
            <w:r>
              <w:rPr>
                <w:noProof/>
                <w:webHidden/>
              </w:rPr>
              <w:t>21</w:t>
            </w:r>
            <w:r>
              <w:rPr>
                <w:noProof/>
                <w:webHidden/>
              </w:rPr>
              <w:fldChar w:fldCharType="end"/>
            </w:r>
          </w:hyperlink>
        </w:p>
        <w:p w14:paraId="7DECDA20" w14:textId="7224C015" w:rsidR="00800BC3" w:rsidRDefault="00800BC3">
          <w:pPr>
            <w:pStyle w:val="TOC2"/>
            <w:tabs>
              <w:tab w:val="right" w:leader="hyphen" w:pos="9350"/>
            </w:tabs>
            <w:rPr>
              <w:noProof/>
              <w:kern w:val="2"/>
              <w:sz w:val="24"/>
              <w:szCs w:val="24"/>
              <w:lang w:eastAsia="zh-CN"/>
              <w14:ligatures w14:val="standardContextual"/>
            </w:rPr>
          </w:pPr>
          <w:hyperlink w:anchor="_Toc218512806" w:history="1">
            <w:r w:rsidRPr="00A36C15">
              <w:rPr>
                <w:rStyle w:val="Hyperlink"/>
                <w:rFonts w:ascii="Roboto" w:hAnsi="Roboto"/>
                <w:noProof/>
              </w:rPr>
              <w:t>3.3 Set Multi-View Function</w:t>
            </w:r>
            <w:r>
              <w:rPr>
                <w:noProof/>
                <w:webHidden/>
              </w:rPr>
              <w:tab/>
            </w:r>
            <w:r>
              <w:rPr>
                <w:noProof/>
                <w:webHidden/>
              </w:rPr>
              <w:fldChar w:fldCharType="begin"/>
            </w:r>
            <w:r>
              <w:rPr>
                <w:noProof/>
                <w:webHidden/>
              </w:rPr>
              <w:instrText xml:space="preserve"> PAGEREF _Toc218512806 \h </w:instrText>
            </w:r>
            <w:r>
              <w:rPr>
                <w:noProof/>
                <w:webHidden/>
              </w:rPr>
            </w:r>
            <w:r>
              <w:rPr>
                <w:noProof/>
                <w:webHidden/>
              </w:rPr>
              <w:fldChar w:fldCharType="separate"/>
            </w:r>
            <w:r>
              <w:rPr>
                <w:noProof/>
                <w:webHidden/>
              </w:rPr>
              <w:t>22</w:t>
            </w:r>
            <w:r>
              <w:rPr>
                <w:noProof/>
                <w:webHidden/>
              </w:rPr>
              <w:fldChar w:fldCharType="end"/>
            </w:r>
          </w:hyperlink>
        </w:p>
        <w:p w14:paraId="0278F1EB" w14:textId="53658DAE" w:rsidR="00800BC3" w:rsidRDefault="00800BC3">
          <w:pPr>
            <w:pStyle w:val="TOC2"/>
            <w:tabs>
              <w:tab w:val="right" w:leader="hyphen" w:pos="9350"/>
            </w:tabs>
            <w:rPr>
              <w:noProof/>
              <w:kern w:val="2"/>
              <w:sz w:val="24"/>
              <w:szCs w:val="24"/>
              <w:lang w:eastAsia="zh-CN"/>
              <w14:ligatures w14:val="standardContextual"/>
            </w:rPr>
          </w:pPr>
          <w:hyperlink w:anchor="_Toc218512807" w:history="1">
            <w:r w:rsidRPr="00A36C15">
              <w:rPr>
                <w:rStyle w:val="Hyperlink"/>
                <w:rFonts w:ascii="Roboto" w:hAnsi="Roboto"/>
                <w:noProof/>
              </w:rPr>
              <w:t>3.4 Get Multi-View Function Status</w:t>
            </w:r>
            <w:r>
              <w:rPr>
                <w:noProof/>
                <w:webHidden/>
              </w:rPr>
              <w:tab/>
            </w:r>
            <w:r>
              <w:rPr>
                <w:noProof/>
                <w:webHidden/>
              </w:rPr>
              <w:fldChar w:fldCharType="begin"/>
            </w:r>
            <w:r>
              <w:rPr>
                <w:noProof/>
                <w:webHidden/>
              </w:rPr>
              <w:instrText xml:space="preserve"> PAGEREF _Toc218512807 \h </w:instrText>
            </w:r>
            <w:r>
              <w:rPr>
                <w:noProof/>
                <w:webHidden/>
              </w:rPr>
            </w:r>
            <w:r>
              <w:rPr>
                <w:noProof/>
                <w:webHidden/>
              </w:rPr>
              <w:fldChar w:fldCharType="separate"/>
            </w:r>
            <w:r>
              <w:rPr>
                <w:noProof/>
                <w:webHidden/>
              </w:rPr>
              <w:t>22</w:t>
            </w:r>
            <w:r>
              <w:rPr>
                <w:noProof/>
                <w:webHidden/>
              </w:rPr>
              <w:fldChar w:fldCharType="end"/>
            </w:r>
          </w:hyperlink>
        </w:p>
        <w:p w14:paraId="74E5743F" w14:textId="6866192C" w:rsidR="00800BC3" w:rsidRDefault="00800BC3">
          <w:pPr>
            <w:pStyle w:val="TOC2"/>
            <w:tabs>
              <w:tab w:val="right" w:leader="hyphen" w:pos="9350"/>
            </w:tabs>
            <w:rPr>
              <w:noProof/>
              <w:kern w:val="2"/>
              <w:sz w:val="24"/>
              <w:szCs w:val="24"/>
              <w:lang w:eastAsia="zh-CN"/>
              <w14:ligatures w14:val="standardContextual"/>
            </w:rPr>
          </w:pPr>
          <w:hyperlink w:anchor="_Toc218512808" w:history="1">
            <w:r w:rsidRPr="00A36C15">
              <w:rPr>
                <w:rStyle w:val="Hyperlink"/>
                <w:rFonts w:ascii="Roboto" w:hAnsi="Roboto"/>
                <w:noProof/>
              </w:rPr>
              <w:t>3.5 Switch Input to All Outputs</w:t>
            </w:r>
            <w:r>
              <w:rPr>
                <w:noProof/>
                <w:webHidden/>
              </w:rPr>
              <w:tab/>
            </w:r>
            <w:r>
              <w:rPr>
                <w:noProof/>
                <w:webHidden/>
              </w:rPr>
              <w:fldChar w:fldCharType="begin"/>
            </w:r>
            <w:r>
              <w:rPr>
                <w:noProof/>
                <w:webHidden/>
              </w:rPr>
              <w:instrText xml:space="preserve"> PAGEREF _Toc218512808 \h </w:instrText>
            </w:r>
            <w:r>
              <w:rPr>
                <w:noProof/>
                <w:webHidden/>
              </w:rPr>
            </w:r>
            <w:r>
              <w:rPr>
                <w:noProof/>
                <w:webHidden/>
              </w:rPr>
              <w:fldChar w:fldCharType="separate"/>
            </w:r>
            <w:r>
              <w:rPr>
                <w:noProof/>
                <w:webHidden/>
              </w:rPr>
              <w:t>23</w:t>
            </w:r>
            <w:r>
              <w:rPr>
                <w:noProof/>
                <w:webHidden/>
              </w:rPr>
              <w:fldChar w:fldCharType="end"/>
            </w:r>
          </w:hyperlink>
        </w:p>
        <w:p w14:paraId="21A997B7" w14:textId="59A01943" w:rsidR="00800BC3" w:rsidRDefault="00800BC3">
          <w:pPr>
            <w:pStyle w:val="TOC2"/>
            <w:tabs>
              <w:tab w:val="right" w:leader="hyphen" w:pos="9350"/>
            </w:tabs>
            <w:rPr>
              <w:noProof/>
              <w:kern w:val="2"/>
              <w:sz w:val="24"/>
              <w:szCs w:val="24"/>
              <w:lang w:eastAsia="zh-CN"/>
              <w14:ligatures w14:val="standardContextual"/>
            </w:rPr>
          </w:pPr>
          <w:hyperlink w:anchor="_Toc218512809" w:history="1">
            <w:r w:rsidRPr="00A36C15">
              <w:rPr>
                <w:rStyle w:val="Hyperlink"/>
                <w:rFonts w:ascii="Roboto" w:hAnsi="Roboto"/>
                <w:noProof/>
              </w:rPr>
              <w:t>3.6 Switch Input to an Output</w:t>
            </w:r>
            <w:r>
              <w:rPr>
                <w:noProof/>
                <w:webHidden/>
              </w:rPr>
              <w:tab/>
            </w:r>
            <w:r>
              <w:rPr>
                <w:noProof/>
                <w:webHidden/>
              </w:rPr>
              <w:fldChar w:fldCharType="begin"/>
            </w:r>
            <w:r>
              <w:rPr>
                <w:noProof/>
                <w:webHidden/>
              </w:rPr>
              <w:instrText xml:space="preserve"> PAGEREF _Toc218512809 \h </w:instrText>
            </w:r>
            <w:r>
              <w:rPr>
                <w:noProof/>
                <w:webHidden/>
              </w:rPr>
            </w:r>
            <w:r>
              <w:rPr>
                <w:noProof/>
                <w:webHidden/>
              </w:rPr>
              <w:fldChar w:fldCharType="separate"/>
            </w:r>
            <w:r>
              <w:rPr>
                <w:noProof/>
                <w:webHidden/>
              </w:rPr>
              <w:t>23</w:t>
            </w:r>
            <w:r>
              <w:rPr>
                <w:noProof/>
                <w:webHidden/>
              </w:rPr>
              <w:fldChar w:fldCharType="end"/>
            </w:r>
          </w:hyperlink>
        </w:p>
        <w:p w14:paraId="022E1795" w14:textId="13FD0200" w:rsidR="00800BC3" w:rsidRDefault="00800BC3">
          <w:pPr>
            <w:pStyle w:val="TOC2"/>
            <w:tabs>
              <w:tab w:val="right" w:leader="hyphen" w:pos="9350"/>
            </w:tabs>
            <w:rPr>
              <w:noProof/>
              <w:kern w:val="2"/>
              <w:sz w:val="24"/>
              <w:szCs w:val="24"/>
              <w:lang w:eastAsia="zh-CN"/>
              <w14:ligatures w14:val="standardContextual"/>
            </w:rPr>
          </w:pPr>
          <w:hyperlink w:anchor="_Toc218512810" w:history="1">
            <w:r w:rsidRPr="00A36C15">
              <w:rPr>
                <w:rStyle w:val="Hyperlink"/>
                <w:rFonts w:ascii="Roboto" w:hAnsi="Roboto"/>
                <w:noProof/>
              </w:rPr>
              <w:t>3.7 Display GUIDE Screen</w:t>
            </w:r>
            <w:r>
              <w:rPr>
                <w:noProof/>
                <w:webHidden/>
              </w:rPr>
              <w:tab/>
            </w:r>
            <w:r>
              <w:rPr>
                <w:noProof/>
                <w:webHidden/>
              </w:rPr>
              <w:fldChar w:fldCharType="begin"/>
            </w:r>
            <w:r>
              <w:rPr>
                <w:noProof/>
                <w:webHidden/>
              </w:rPr>
              <w:instrText xml:space="preserve"> PAGEREF _Toc218512810 \h </w:instrText>
            </w:r>
            <w:r>
              <w:rPr>
                <w:noProof/>
                <w:webHidden/>
              </w:rPr>
            </w:r>
            <w:r>
              <w:rPr>
                <w:noProof/>
                <w:webHidden/>
              </w:rPr>
              <w:fldChar w:fldCharType="separate"/>
            </w:r>
            <w:r>
              <w:rPr>
                <w:noProof/>
                <w:webHidden/>
              </w:rPr>
              <w:t>24</w:t>
            </w:r>
            <w:r>
              <w:rPr>
                <w:noProof/>
                <w:webHidden/>
              </w:rPr>
              <w:fldChar w:fldCharType="end"/>
            </w:r>
          </w:hyperlink>
        </w:p>
        <w:p w14:paraId="3D4B6946" w14:textId="4EFB0A20" w:rsidR="00800BC3" w:rsidRDefault="00800BC3">
          <w:pPr>
            <w:pStyle w:val="TOC2"/>
            <w:tabs>
              <w:tab w:val="right" w:leader="hyphen" w:pos="9350"/>
            </w:tabs>
            <w:rPr>
              <w:noProof/>
              <w:kern w:val="2"/>
              <w:sz w:val="24"/>
              <w:szCs w:val="24"/>
              <w:lang w:eastAsia="zh-CN"/>
              <w14:ligatures w14:val="standardContextual"/>
            </w:rPr>
          </w:pPr>
          <w:hyperlink w:anchor="_Toc218512811" w:history="1">
            <w:r w:rsidRPr="00A36C15">
              <w:rPr>
                <w:rStyle w:val="Hyperlink"/>
                <w:rFonts w:ascii="Roboto" w:hAnsi="Roboto"/>
                <w:noProof/>
              </w:rPr>
              <w:t>3.8 Get Display Status</w:t>
            </w:r>
            <w:r>
              <w:rPr>
                <w:noProof/>
                <w:webHidden/>
              </w:rPr>
              <w:tab/>
            </w:r>
            <w:r>
              <w:rPr>
                <w:noProof/>
                <w:webHidden/>
              </w:rPr>
              <w:fldChar w:fldCharType="begin"/>
            </w:r>
            <w:r>
              <w:rPr>
                <w:noProof/>
                <w:webHidden/>
              </w:rPr>
              <w:instrText xml:space="preserve"> PAGEREF _Toc218512811 \h </w:instrText>
            </w:r>
            <w:r>
              <w:rPr>
                <w:noProof/>
                <w:webHidden/>
              </w:rPr>
            </w:r>
            <w:r>
              <w:rPr>
                <w:noProof/>
                <w:webHidden/>
              </w:rPr>
              <w:fldChar w:fldCharType="separate"/>
            </w:r>
            <w:r>
              <w:rPr>
                <w:noProof/>
                <w:webHidden/>
              </w:rPr>
              <w:t>24</w:t>
            </w:r>
            <w:r>
              <w:rPr>
                <w:noProof/>
                <w:webHidden/>
              </w:rPr>
              <w:fldChar w:fldCharType="end"/>
            </w:r>
          </w:hyperlink>
        </w:p>
        <w:p w14:paraId="11127A7A" w14:textId="5EC76ECC" w:rsidR="00800BC3" w:rsidRDefault="00800BC3">
          <w:pPr>
            <w:pStyle w:val="TOC2"/>
            <w:tabs>
              <w:tab w:val="right" w:leader="hyphen" w:pos="9350"/>
            </w:tabs>
            <w:rPr>
              <w:noProof/>
              <w:kern w:val="2"/>
              <w:sz w:val="24"/>
              <w:szCs w:val="24"/>
              <w:lang w:eastAsia="zh-CN"/>
              <w14:ligatures w14:val="standardContextual"/>
            </w:rPr>
          </w:pPr>
          <w:hyperlink w:anchor="_Toc218512812" w:history="1">
            <w:r w:rsidRPr="00A36C15">
              <w:rPr>
                <w:rStyle w:val="Hyperlink"/>
                <w:rFonts w:ascii="Roboto" w:hAnsi="Roboto"/>
                <w:noProof/>
              </w:rPr>
              <w:t>3.9 Set Current Layout</w:t>
            </w:r>
            <w:r>
              <w:rPr>
                <w:noProof/>
                <w:webHidden/>
              </w:rPr>
              <w:tab/>
            </w:r>
            <w:r>
              <w:rPr>
                <w:noProof/>
                <w:webHidden/>
              </w:rPr>
              <w:fldChar w:fldCharType="begin"/>
            </w:r>
            <w:r>
              <w:rPr>
                <w:noProof/>
                <w:webHidden/>
              </w:rPr>
              <w:instrText xml:space="preserve"> PAGEREF _Toc218512812 \h </w:instrText>
            </w:r>
            <w:r>
              <w:rPr>
                <w:noProof/>
                <w:webHidden/>
              </w:rPr>
            </w:r>
            <w:r>
              <w:rPr>
                <w:noProof/>
                <w:webHidden/>
              </w:rPr>
              <w:fldChar w:fldCharType="separate"/>
            </w:r>
            <w:r>
              <w:rPr>
                <w:noProof/>
                <w:webHidden/>
              </w:rPr>
              <w:t>25</w:t>
            </w:r>
            <w:r>
              <w:rPr>
                <w:noProof/>
                <w:webHidden/>
              </w:rPr>
              <w:fldChar w:fldCharType="end"/>
            </w:r>
          </w:hyperlink>
        </w:p>
        <w:p w14:paraId="0CF14ED9" w14:textId="27001DCB" w:rsidR="00800BC3" w:rsidRDefault="00800BC3">
          <w:pPr>
            <w:pStyle w:val="TOC2"/>
            <w:tabs>
              <w:tab w:val="right" w:leader="hyphen" w:pos="9350"/>
            </w:tabs>
            <w:rPr>
              <w:noProof/>
              <w:kern w:val="2"/>
              <w:sz w:val="24"/>
              <w:szCs w:val="24"/>
              <w:lang w:eastAsia="zh-CN"/>
              <w14:ligatures w14:val="standardContextual"/>
            </w:rPr>
          </w:pPr>
          <w:hyperlink w:anchor="_Toc218512813" w:history="1">
            <w:r w:rsidRPr="00A36C15">
              <w:rPr>
                <w:rStyle w:val="Hyperlink"/>
                <w:rFonts w:ascii="Roboto" w:hAnsi="Roboto"/>
                <w:noProof/>
              </w:rPr>
              <w:t>3.10 Set Current Layout With ID</w:t>
            </w:r>
            <w:r>
              <w:rPr>
                <w:noProof/>
                <w:webHidden/>
              </w:rPr>
              <w:tab/>
            </w:r>
            <w:r>
              <w:rPr>
                <w:noProof/>
                <w:webHidden/>
              </w:rPr>
              <w:fldChar w:fldCharType="begin"/>
            </w:r>
            <w:r>
              <w:rPr>
                <w:noProof/>
                <w:webHidden/>
              </w:rPr>
              <w:instrText xml:space="preserve"> PAGEREF _Toc218512813 \h </w:instrText>
            </w:r>
            <w:r>
              <w:rPr>
                <w:noProof/>
                <w:webHidden/>
              </w:rPr>
            </w:r>
            <w:r>
              <w:rPr>
                <w:noProof/>
                <w:webHidden/>
              </w:rPr>
              <w:fldChar w:fldCharType="separate"/>
            </w:r>
            <w:r>
              <w:rPr>
                <w:noProof/>
                <w:webHidden/>
              </w:rPr>
              <w:t>25</w:t>
            </w:r>
            <w:r>
              <w:rPr>
                <w:noProof/>
                <w:webHidden/>
              </w:rPr>
              <w:fldChar w:fldCharType="end"/>
            </w:r>
          </w:hyperlink>
        </w:p>
        <w:p w14:paraId="206A9AF9" w14:textId="3A51C7EE" w:rsidR="00800BC3" w:rsidRDefault="00800BC3">
          <w:pPr>
            <w:pStyle w:val="TOC2"/>
            <w:tabs>
              <w:tab w:val="right" w:leader="hyphen" w:pos="9350"/>
            </w:tabs>
            <w:rPr>
              <w:noProof/>
              <w:kern w:val="2"/>
              <w:sz w:val="24"/>
              <w:szCs w:val="24"/>
              <w:lang w:eastAsia="zh-CN"/>
              <w14:ligatures w14:val="standardContextual"/>
            </w:rPr>
          </w:pPr>
          <w:hyperlink w:anchor="_Toc218512814" w:history="1">
            <w:r w:rsidRPr="00A36C15">
              <w:rPr>
                <w:rStyle w:val="Hyperlink"/>
                <w:rFonts w:ascii="Roboto" w:hAnsi="Roboto"/>
                <w:noProof/>
              </w:rPr>
              <w:t>3.11 Get Current Layout ID and Name</w:t>
            </w:r>
            <w:r>
              <w:rPr>
                <w:noProof/>
                <w:webHidden/>
              </w:rPr>
              <w:tab/>
            </w:r>
            <w:r>
              <w:rPr>
                <w:noProof/>
                <w:webHidden/>
              </w:rPr>
              <w:fldChar w:fldCharType="begin"/>
            </w:r>
            <w:r>
              <w:rPr>
                <w:noProof/>
                <w:webHidden/>
              </w:rPr>
              <w:instrText xml:space="preserve"> PAGEREF _Toc218512814 \h </w:instrText>
            </w:r>
            <w:r>
              <w:rPr>
                <w:noProof/>
                <w:webHidden/>
              </w:rPr>
            </w:r>
            <w:r>
              <w:rPr>
                <w:noProof/>
                <w:webHidden/>
              </w:rPr>
              <w:fldChar w:fldCharType="separate"/>
            </w:r>
            <w:r>
              <w:rPr>
                <w:noProof/>
                <w:webHidden/>
              </w:rPr>
              <w:t>25</w:t>
            </w:r>
            <w:r>
              <w:rPr>
                <w:noProof/>
                <w:webHidden/>
              </w:rPr>
              <w:fldChar w:fldCharType="end"/>
            </w:r>
          </w:hyperlink>
        </w:p>
        <w:p w14:paraId="34C80884" w14:textId="4EBBF952" w:rsidR="00800BC3" w:rsidRDefault="00800BC3">
          <w:pPr>
            <w:pStyle w:val="TOC2"/>
            <w:tabs>
              <w:tab w:val="right" w:leader="hyphen" w:pos="9350"/>
            </w:tabs>
            <w:rPr>
              <w:noProof/>
              <w:kern w:val="2"/>
              <w:sz w:val="24"/>
              <w:szCs w:val="24"/>
              <w:lang w:eastAsia="zh-CN"/>
              <w14:ligatures w14:val="standardContextual"/>
            </w:rPr>
          </w:pPr>
          <w:hyperlink w:anchor="_Toc218512815" w:history="1">
            <w:r w:rsidRPr="00A36C15">
              <w:rPr>
                <w:rStyle w:val="Hyperlink"/>
                <w:rFonts w:ascii="Roboto" w:hAnsi="Roboto"/>
                <w:noProof/>
              </w:rPr>
              <w:t>3.12 Set Layout and Video Sources</w:t>
            </w:r>
            <w:r>
              <w:rPr>
                <w:noProof/>
                <w:webHidden/>
              </w:rPr>
              <w:tab/>
            </w:r>
            <w:r>
              <w:rPr>
                <w:noProof/>
                <w:webHidden/>
              </w:rPr>
              <w:fldChar w:fldCharType="begin"/>
            </w:r>
            <w:r>
              <w:rPr>
                <w:noProof/>
                <w:webHidden/>
              </w:rPr>
              <w:instrText xml:space="preserve"> PAGEREF _Toc218512815 \h </w:instrText>
            </w:r>
            <w:r>
              <w:rPr>
                <w:noProof/>
                <w:webHidden/>
              </w:rPr>
            </w:r>
            <w:r>
              <w:rPr>
                <w:noProof/>
                <w:webHidden/>
              </w:rPr>
              <w:fldChar w:fldCharType="separate"/>
            </w:r>
            <w:r>
              <w:rPr>
                <w:noProof/>
                <w:webHidden/>
              </w:rPr>
              <w:t>26</w:t>
            </w:r>
            <w:r>
              <w:rPr>
                <w:noProof/>
                <w:webHidden/>
              </w:rPr>
              <w:fldChar w:fldCharType="end"/>
            </w:r>
          </w:hyperlink>
        </w:p>
        <w:p w14:paraId="78FB836C" w14:textId="10680D32" w:rsidR="00800BC3" w:rsidRDefault="00800BC3">
          <w:pPr>
            <w:pStyle w:val="TOC2"/>
            <w:tabs>
              <w:tab w:val="right" w:leader="hyphen" w:pos="9350"/>
            </w:tabs>
            <w:rPr>
              <w:noProof/>
              <w:kern w:val="2"/>
              <w:sz w:val="24"/>
              <w:szCs w:val="24"/>
              <w:lang w:eastAsia="zh-CN"/>
              <w14:ligatures w14:val="standardContextual"/>
            </w:rPr>
          </w:pPr>
          <w:hyperlink w:anchor="_Toc218512816" w:history="1">
            <w:r w:rsidRPr="00A36C15">
              <w:rPr>
                <w:rStyle w:val="Hyperlink"/>
                <w:rFonts w:ascii="Roboto" w:hAnsi="Roboto"/>
                <w:noProof/>
              </w:rPr>
              <w:t>3.13 Get Layout and Video Sources</w:t>
            </w:r>
            <w:r>
              <w:rPr>
                <w:noProof/>
                <w:webHidden/>
              </w:rPr>
              <w:tab/>
            </w:r>
            <w:r>
              <w:rPr>
                <w:noProof/>
                <w:webHidden/>
              </w:rPr>
              <w:fldChar w:fldCharType="begin"/>
            </w:r>
            <w:r>
              <w:rPr>
                <w:noProof/>
                <w:webHidden/>
              </w:rPr>
              <w:instrText xml:space="preserve"> PAGEREF _Toc218512816 \h </w:instrText>
            </w:r>
            <w:r>
              <w:rPr>
                <w:noProof/>
                <w:webHidden/>
              </w:rPr>
            </w:r>
            <w:r>
              <w:rPr>
                <w:noProof/>
                <w:webHidden/>
              </w:rPr>
              <w:fldChar w:fldCharType="separate"/>
            </w:r>
            <w:r>
              <w:rPr>
                <w:noProof/>
                <w:webHidden/>
              </w:rPr>
              <w:t>26</w:t>
            </w:r>
            <w:r>
              <w:rPr>
                <w:noProof/>
                <w:webHidden/>
              </w:rPr>
              <w:fldChar w:fldCharType="end"/>
            </w:r>
          </w:hyperlink>
        </w:p>
        <w:p w14:paraId="63EDAD69" w14:textId="569F2C2A" w:rsidR="00800BC3" w:rsidRDefault="00800BC3">
          <w:pPr>
            <w:pStyle w:val="TOC2"/>
            <w:tabs>
              <w:tab w:val="right" w:leader="hyphen" w:pos="9350"/>
            </w:tabs>
            <w:rPr>
              <w:noProof/>
              <w:kern w:val="2"/>
              <w:sz w:val="24"/>
              <w:szCs w:val="24"/>
              <w:lang w:eastAsia="zh-CN"/>
              <w14:ligatures w14:val="standardContextual"/>
            </w:rPr>
          </w:pPr>
          <w:hyperlink w:anchor="_Toc218512817" w:history="1">
            <w:r w:rsidRPr="00A36C15">
              <w:rPr>
                <w:rStyle w:val="Hyperlink"/>
                <w:rFonts w:ascii="Roboto" w:hAnsi="Roboto"/>
                <w:noProof/>
              </w:rPr>
              <w:t>3.14 Get Video Source of a Specified Window</w:t>
            </w:r>
            <w:r>
              <w:rPr>
                <w:noProof/>
                <w:webHidden/>
              </w:rPr>
              <w:tab/>
            </w:r>
            <w:r>
              <w:rPr>
                <w:noProof/>
                <w:webHidden/>
              </w:rPr>
              <w:fldChar w:fldCharType="begin"/>
            </w:r>
            <w:r>
              <w:rPr>
                <w:noProof/>
                <w:webHidden/>
              </w:rPr>
              <w:instrText xml:space="preserve"> PAGEREF _Toc218512817 \h </w:instrText>
            </w:r>
            <w:r>
              <w:rPr>
                <w:noProof/>
                <w:webHidden/>
              </w:rPr>
            </w:r>
            <w:r>
              <w:rPr>
                <w:noProof/>
                <w:webHidden/>
              </w:rPr>
              <w:fldChar w:fldCharType="separate"/>
            </w:r>
            <w:r>
              <w:rPr>
                <w:noProof/>
                <w:webHidden/>
              </w:rPr>
              <w:t>27</w:t>
            </w:r>
            <w:r>
              <w:rPr>
                <w:noProof/>
                <w:webHidden/>
              </w:rPr>
              <w:fldChar w:fldCharType="end"/>
            </w:r>
          </w:hyperlink>
        </w:p>
        <w:p w14:paraId="302273A1" w14:textId="2360201A" w:rsidR="00800BC3" w:rsidRDefault="00800BC3">
          <w:pPr>
            <w:pStyle w:val="TOC1"/>
            <w:tabs>
              <w:tab w:val="right" w:leader="hyphen" w:pos="9350"/>
            </w:tabs>
            <w:rPr>
              <w:noProof/>
              <w:lang w:eastAsia="zh-CN"/>
            </w:rPr>
          </w:pPr>
          <w:hyperlink w:anchor="_Toc218512818" w:history="1">
            <w:r w:rsidRPr="00A36C15">
              <w:rPr>
                <w:rStyle w:val="Hyperlink"/>
                <w:rFonts w:ascii="Roboto" w:hAnsi="Roboto"/>
                <w:noProof/>
              </w:rPr>
              <w:t xml:space="preserve">4. </w:t>
            </w:r>
            <w:r w:rsidRPr="00A36C15">
              <w:rPr>
                <w:rStyle w:val="Hyperlink"/>
                <w:rFonts w:ascii="Roboto" w:hAnsi="Roboto"/>
                <w:noProof/>
                <w:lang w:val="en"/>
              </w:rPr>
              <w:t>Audio and Other Signal Switching</w:t>
            </w:r>
            <w:r>
              <w:rPr>
                <w:noProof/>
                <w:webHidden/>
              </w:rPr>
              <w:tab/>
            </w:r>
            <w:r>
              <w:rPr>
                <w:noProof/>
                <w:webHidden/>
              </w:rPr>
              <w:fldChar w:fldCharType="begin"/>
            </w:r>
            <w:r>
              <w:rPr>
                <w:noProof/>
                <w:webHidden/>
              </w:rPr>
              <w:instrText xml:space="preserve"> PAGEREF _Toc218512818 \h </w:instrText>
            </w:r>
            <w:r>
              <w:rPr>
                <w:noProof/>
                <w:webHidden/>
              </w:rPr>
            </w:r>
            <w:r>
              <w:rPr>
                <w:noProof/>
                <w:webHidden/>
              </w:rPr>
              <w:fldChar w:fldCharType="separate"/>
            </w:r>
            <w:r>
              <w:rPr>
                <w:noProof/>
                <w:webHidden/>
              </w:rPr>
              <w:t>27</w:t>
            </w:r>
            <w:r>
              <w:rPr>
                <w:noProof/>
                <w:webHidden/>
              </w:rPr>
              <w:fldChar w:fldCharType="end"/>
            </w:r>
          </w:hyperlink>
        </w:p>
        <w:p w14:paraId="34BAC334" w14:textId="09F6ACD3" w:rsidR="00800BC3" w:rsidRDefault="00800BC3">
          <w:pPr>
            <w:pStyle w:val="TOC2"/>
            <w:tabs>
              <w:tab w:val="right" w:leader="hyphen" w:pos="9350"/>
            </w:tabs>
            <w:rPr>
              <w:noProof/>
              <w:kern w:val="2"/>
              <w:sz w:val="24"/>
              <w:szCs w:val="24"/>
              <w:lang w:eastAsia="zh-CN"/>
              <w14:ligatures w14:val="standardContextual"/>
            </w:rPr>
          </w:pPr>
          <w:hyperlink w:anchor="_Toc218512819" w:history="1">
            <w:r w:rsidRPr="00A36C15">
              <w:rPr>
                <w:rStyle w:val="Hyperlink"/>
                <w:rFonts w:ascii="Roboto" w:hAnsi="Roboto"/>
                <w:noProof/>
              </w:rPr>
              <w:t>4.1 Set Audio Auto-Switching</w:t>
            </w:r>
            <w:r>
              <w:rPr>
                <w:noProof/>
                <w:webHidden/>
              </w:rPr>
              <w:tab/>
            </w:r>
            <w:r>
              <w:rPr>
                <w:noProof/>
                <w:webHidden/>
              </w:rPr>
              <w:fldChar w:fldCharType="begin"/>
            </w:r>
            <w:r>
              <w:rPr>
                <w:noProof/>
                <w:webHidden/>
              </w:rPr>
              <w:instrText xml:space="preserve"> PAGEREF _Toc218512819 \h </w:instrText>
            </w:r>
            <w:r>
              <w:rPr>
                <w:noProof/>
                <w:webHidden/>
              </w:rPr>
            </w:r>
            <w:r>
              <w:rPr>
                <w:noProof/>
                <w:webHidden/>
              </w:rPr>
              <w:fldChar w:fldCharType="separate"/>
            </w:r>
            <w:r>
              <w:rPr>
                <w:noProof/>
                <w:webHidden/>
              </w:rPr>
              <w:t>27</w:t>
            </w:r>
            <w:r>
              <w:rPr>
                <w:noProof/>
                <w:webHidden/>
              </w:rPr>
              <w:fldChar w:fldCharType="end"/>
            </w:r>
          </w:hyperlink>
        </w:p>
        <w:p w14:paraId="7BDF61F3" w14:textId="53E0A410" w:rsidR="00800BC3" w:rsidRDefault="00800BC3">
          <w:pPr>
            <w:pStyle w:val="TOC2"/>
            <w:tabs>
              <w:tab w:val="right" w:leader="hyphen" w:pos="9350"/>
            </w:tabs>
            <w:rPr>
              <w:noProof/>
              <w:kern w:val="2"/>
              <w:sz w:val="24"/>
              <w:szCs w:val="24"/>
              <w:lang w:eastAsia="zh-CN"/>
              <w14:ligatures w14:val="standardContextual"/>
            </w:rPr>
          </w:pPr>
          <w:hyperlink w:anchor="_Toc218512820" w:history="1">
            <w:r w:rsidRPr="00A36C15">
              <w:rPr>
                <w:rStyle w:val="Hyperlink"/>
                <w:rFonts w:ascii="Roboto" w:hAnsi="Roboto"/>
                <w:noProof/>
              </w:rPr>
              <w:t>4.2 Get Audio Auto-Switch Status</w:t>
            </w:r>
            <w:r>
              <w:rPr>
                <w:noProof/>
                <w:webHidden/>
              </w:rPr>
              <w:tab/>
            </w:r>
            <w:r>
              <w:rPr>
                <w:noProof/>
                <w:webHidden/>
              </w:rPr>
              <w:fldChar w:fldCharType="begin"/>
            </w:r>
            <w:r>
              <w:rPr>
                <w:noProof/>
                <w:webHidden/>
              </w:rPr>
              <w:instrText xml:space="preserve"> PAGEREF _Toc218512820 \h </w:instrText>
            </w:r>
            <w:r>
              <w:rPr>
                <w:noProof/>
                <w:webHidden/>
              </w:rPr>
            </w:r>
            <w:r>
              <w:rPr>
                <w:noProof/>
                <w:webHidden/>
              </w:rPr>
              <w:fldChar w:fldCharType="separate"/>
            </w:r>
            <w:r>
              <w:rPr>
                <w:noProof/>
                <w:webHidden/>
              </w:rPr>
              <w:t>28</w:t>
            </w:r>
            <w:r>
              <w:rPr>
                <w:noProof/>
                <w:webHidden/>
              </w:rPr>
              <w:fldChar w:fldCharType="end"/>
            </w:r>
          </w:hyperlink>
        </w:p>
        <w:p w14:paraId="43BDB318" w14:textId="43C65C1B" w:rsidR="00800BC3" w:rsidRDefault="00800BC3">
          <w:pPr>
            <w:pStyle w:val="TOC2"/>
            <w:tabs>
              <w:tab w:val="right" w:leader="hyphen" w:pos="9350"/>
            </w:tabs>
            <w:rPr>
              <w:noProof/>
              <w:kern w:val="2"/>
              <w:sz w:val="24"/>
              <w:szCs w:val="24"/>
              <w:lang w:eastAsia="zh-CN"/>
              <w14:ligatures w14:val="standardContextual"/>
            </w:rPr>
          </w:pPr>
          <w:hyperlink w:anchor="_Toc218512821" w:history="1">
            <w:r w:rsidRPr="00A36C15">
              <w:rPr>
                <w:rStyle w:val="Hyperlink"/>
                <w:rFonts w:ascii="Roboto" w:hAnsi="Roboto"/>
                <w:noProof/>
              </w:rPr>
              <w:t>4.3 Switch to Wired Audio Source</w:t>
            </w:r>
            <w:r>
              <w:rPr>
                <w:noProof/>
                <w:webHidden/>
              </w:rPr>
              <w:tab/>
            </w:r>
            <w:r>
              <w:rPr>
                <w:noProof/>
                <w:webHidden/>
              </w:rPr>
              <w:fldChar w:fldCharType="begin"/>
            </w:r>
            <w:r>
              <w:rPr>
                <w:noProof/>
                <w:webHidden/>
              </w:rPr>
              <w:instrText xml:space="preserve"> PAGEREF _Toc218512821 \h </w:instrText>
            </w:r>
            <w:r>
              <w:rPr>
                <w:noProof/>
                <w:webHidden/>
              </w:rPr>
            </w:r>
            <w:r>
              <w:rPr>
                <w:noProof/>
                <w:webHidden/>
              </w:rPr>
              <w:fldChar w:fldCharType="separate"/>
            </w:r>
            <w:r>
              <w:rPr>
                <w:noProof/>
                <w:webHidden/>
              </w:rPr>
              <w:t>28</w:t>
            </w:r>
            <w:r>
              <w:rPr>
                <w:noProof/>
                <w:webHidden/>
              </w:rPr>
              <w:fldChar w:fldCharType="end"/>
            </w:r>
          </w:hyperlink>
        </w:p>
        <w:p w14:paraId="5F8C7775" w14:textId="40B18ACD" w:rsidR="00800BC3" w:rsidRDefault="00800BC3">
          <w:pPr>
            <w:pStyle w:val="TOC2"/>
            <w:tabs>
              <w:tab w:val="right" w:leader="hyphen" w:pos="9350"/>
            </w:tabs>
            <w:rPr>
              <w:noProof/>
              <w:kern w:val="2"/>
              <w:sz w:val="24"/>
              <w:szCs w:val="24"/>
              <w:lang w:eastAsia="zh-CN"/>
              <w14:ligatures w14:val="standardContextual"/>
            </w:rPr>
          </w:pPr>
          <w:hyperlink w:anchor="_Toc218512822" w:history="1">
            <w:r w:rsidRPr="00A36C15">
              <w:rPr>
                <w:rStyle w:val="Hyperlink"/>
                <w:rFonts w:ascii="Roboto" w:hAnsi="Roboto"/>
                <w:noProof/>
              </w:rPr>
              <w:t>4.4 Switch to BYOD Audio Source</w:t>
            </w:r>
            <w:r>
              <w:rPr>
                <w:noProof/>
                <w:webHidden/>
              </w:rPr>
              <w:tab/>
            </w:r>
            <w:r>
              <w:rPr>
                <w:noProof/>
                <w:webHidden/>
              </w:rPr>
              <w:fldChar w:fldCharType="begin"/>
            </w:r>
            <w:r>
              <w:rPr>
                <w:noProof/>
                <w:webHidden/>
              </w:rPr>
              <w:instrText xml:space="preserve"> PAGEREF _Toc218512822 \h </w:instrText>
            </w:r>
            <w:r>
              <w:rPr>
                <w:noProof/>
                <w:webHidden/>
              </w:rPr>
            </w:r>
            <w:r>
              <w:rPr>
                <w:noProof/>
                <w:webHidden/>
              </w:rPr>
              <w:fldChar w:fldCharType="separate"/>
            </w:r>
            <w:r>
              <w:rPr>
                <w:noProof/>
                <w:webHidden/>
              </w:rPr>
              <w:t>28</w:t>
            </w:r>
            <w:r>
              <w:rPr>
                <w:noProof/>
                <w:webHidden/>
              </w:rPr>
              <w:fldChar w:fldCharType="end"/>
            </w:r>
          </w:hyperlink>
        </w:p>
        <w:p w14:paraId="2ACFB83E" w14:textId="47336379" w:rsidR="00800BC3" w:rsidRDefault="00800BC3">
          <w:pPr>
            <w:pStyle w:val="TOC2"/>
            <w:tabs>
              <w:tab w:val="right" w:leader="hyphen" w:pos="9350"/>
            </w:tabs>
            <w:rPr>
              <w:noProof/>
              <w:kern w:val="2"/>
              <w:sz w:val="24"/>
              <w:szCs w:val="24"/>
              <w:lang w:eastAsia="zh-CN"/>
              <w14:ligatures w14:val="standardContextual"/>
            </w:rPr>
          </w:pPr>
          <w:hyperlink w:anchor="_Toc218512823" w:history="1">
            <w:r w:rsidRPr="00A36C15">
              <w:rPr>
                <w:rStyle w:val="Hyperlink"/>
                <w:rFonts w:ascii="Roboto" w:hAnsi="Roboto"/>
                <w:noProof/>
              </w:rPr>
              <w:t>4.5 Get Current Audio Source</w:t>
            </w:r>
            <w:r>
              <w:rPr>
                <w:noProof/>
                <w:webHidden/>
              </w:rPr>
              <w:tab/>
            </w:r>
            <w:r>
              <w:rPr>
                <w:noProof/>
                <w:webHidden/>
              </w:rPr>
              <w:fldChar w:fldCharType="begin"/>
            </w:r>
            <w:r>
              <w:rPr>
                <w:noProof/>
                <w:webHidden/>
              </w:rPr>
              <w:instrText xml:space="preserve"> PAGEREF _Toc218512823 \h </w:instrText>
            </w:r>
            <w:r>
              <w:rPr>
                <w:noProof/>
                <w:webHidden/>
              </w:rPr>
            </w:r>
            <w:r>
              <w:rPr>
                <w:noProof/>
                <w:webHidden/>
              </w:rPr>
              <w:fldChar w:fldCharType="separate"/>
            </w:r>
            <w:r>
              <w:rPr>
                <w:noProof/>
                <w:webHidden/>
              </w:rPr>
              <w:t>29</w:t>
            </w:r>
            <w:r>
              <w:rPr>
                <w:noProof/>
                <w:webHidden/>
              </w:rPr>
              <w:fldChar w:fldCharType="end"/>
            </w:r>
          </w:hyperlink>
        </w:p>
        <w:p w14:paraId="7DDBFC36" w14:textId="44EA3917" w:rsidR="00800BC3" w:rsidRDefault="00800BC3">
          <w:pPr>
            <w:pStyle w:val="TOC2"/>
            <w:tabs>
              <w:tab w:val="right" w:leader="hyphen" w:pos="9350"/>
            </w:tabs>
            <w:rPr>
              <w:noProof/>
              <w:kern w:val="2"/>
              <w:sz w:val="24"/>
              <w:szCs w:val="24"/>
              <w:lang w:eastAsia="zh-CN"/>
              <w14:ligatures w14:val="standardContextual"/>
            </w:rPr>
          </w:pPr>
          <w:hyperlink w:anchor="_Toc218512824" w:history="1">
            <w:r w:rsidRPr="00A36C15">
              <w:rPr>
                <w:rStyle w:val="Hyperlink"/>
                <w:rFonts w:ascii="Roboto" w:hAnsi="Roboto"/>
                <w:noProof/>
              </w:rPr>
              <w:t>4.6 Set USB Auto-Switch</w:t>
            </w:r>
            <w:r>
              <w:rPr>
                <w:noProof/>
                <w:webHidden/>
              </w:rPr>
              <w:tab/>
            </w:r>
            <w:r>
              <w:rPr>
                <w:noProof/>
                <w:webHidden/>
              </w:rPr>
              <w:fldChar w:fldCharType="begin"/>
            </w:r>
            <w:r>
              <w:rPr>
                <w:noProof/>
                <w:webHidden/>
              </w:rPr>
              <w:instrText xml:space="preserve"> PAGEREF _Toc218512824 \h </w:instrText>
            </w:r>
            <w:r>
              <w:rPr>
                <w:noProof/>
                <w:webHidden/>
              </w:rPr>
            </w:r>
            <w:r>
              <w:rPr>
                <w:noProof/>
                <w:webHidden/>
              </w:rPr>
              <w:fldChar w:fldCharType="separate"/>
            </w:r>
            <w:r>
              <w:rPr>
                <w:noProof/>
                <w:webHidden/>
              </w:rPr>
              <w:t>29</w:t>
            </w:r>
            <w:r>
              <w:rPr>
                <w:noProof/>
                <w:webHidden/>
              </w:rPr>
              <w:fldChar w:fldCharType="end"/>
            </w:r>
          </w:hyperlink>
        </w:p>
        <w:p w14:paraId="7B678DB6" w14:textId="691E7A06" w:rsidR="00800BC3" w:rsidRDefault="00800BC3">
          <w:pPr>
            <w:pStyle w:val="TOC2"/>
            <w:tabs>
              <w:tab w:val="right" w:leader="hyphen" w:pos="9350"/>
            </w:tabs>
            <w:rPr>
              <w:noProof/>
              <w:kern w:val="2"/>
              <w:sz w:val="24"/>
              <w:szCs w:val="24"/>
              <w:lang w:eastAsia="zh-CN"/>
              <w14:ligatures w14:val="standardContextual"/>
            </w:rPr>
          </w:pPr>
          <w:hyperlink w:anchor="_Toc218512825" w:history="1">
            <w:r w:rsidRPr="00A36C15">
              <w:rPr>
                <w:rStyle w:val="Hyperlink"/>
                <w:rFonts w:ascii="Roboto" w:hAnsi="Roboto"/>
                <w:noProof/>
              </w:rPr>
              <w:t>4.7 Get USB Automatic Switch Status</w:t>
            </w:r>
            <w:r>
              <w:rPr>
                <w:noProof/>
                <w:webHidden/>
              </w:rPr>
              <w:tab/>
            </w:r>
            <w:r>
              <w:rPr>
                <w:noProof/>
                <w:webHidden/>
              </w:rPr>
              <w:fldChar w:fldCharType="begin"/>
            </w:r>
            <w:r>
              <w:rPr>
                <w:noProof/>
                <w:webHidden/>
              </w:rPr>
              <w:instrText xml:space="preserve"> PAGEREF _Toc218512825 \h </w:instrText>
            </w:r>
            <w:r>
              <w:rPr>
                <w:noProof/>
                <w:webHidden/>
              </w:rPr>
            </w:r>
            <w:r>
              <w:rPr>
                <w:noProof/>
                <w:webHidden/>
              </w:rPr>
              <w:fldChar w:fldCharType="separate"/>
            </w:r>
            <w:r>
              <w:rPr>
                <w:noProof/>
                <w:webHidden/>
              </w:rPr>
              <w:t>30</w:t>
            </w:r>
            <w:r>
              <w:rPr>
                <w:noProof/>
                <w:webHidden/>
              </w:rPr>
              <w:fldChar w:fldCharType="end"/>
            </w:r>
          </w:hyperlink>
        </w:p>
        <w:p w14:paraId="4EB4871D" w14:textId="0DFB5CE6" w:rsidR="00800BC3" w:rsidRDefault="00800BC3">
          <w:pPr>
            <w:pStyle w:val="TOC2"/>
            <w:tabs>
              <w:tab w:val="right" w:leader="hyphen" w:pos="9350"/>
            </w:tabs>
            <w:rPr>
              <w:noProof/>
              <w:kern w:val="2"/>
              <w:sz w:val="24"/>
              <w:szCs w:val="24"/>
              <w:lang w:eastAsia="zh-CN"/>
              <w14:ligatures w14:val="standardContextual"/>
            </w:rPr>
          </w:pPr>
          <w:hyperlink w:anchor="_Toc218512826" w:history="1">
            <w:r w:rsidRPr="00A36C15">
              <w:rPr>
                <w:rStyle w:val="Hyperlink"/>
                <w:rFonts w:ascii="Roboto" w:hAnsi="Roboto"/>
                <w:noProof/>
              </w:rPr>
              <w:t>4.8 Set USB Host</w:t>
            </w:r>
            <w:r>
              <w:rPr>
                <w:noProof/>
                <w:webHidden/>
              </w:rPr>
              <w:tab/>
            </w:r>
            <w:r>
              <w:rPr>
                <w:noProof/>
                <w:webHidden/>
              </w:rPr>
              <w:fldChar w:fldCharType="begin"/>
            </w:r>
            <w:r>
              <w:rPr>
                <w:noProof/>
                <w:webHidden/>
              </w:rPr>
              <w:instrText xml:space="preserve"> PAGEREF _Toc218512826 \h </w:instrText>
            </w:r>
            <w:r>
              <w:rPr>
                <w:noProof/>
                <w:webHidden/>
              </w:rPr>
            </w:r>
            <w:r>
              <w:rPr>
                <w:noProof/>
                <w:webHidden/>
              </w:rPr>
              <w:fldChar w:fldCharType="separate"/>
            </w:r>
            <w:r>
              <w:rPr>
                <w:noProof/>
                <w:webHidden/>
              </w:rPr>
              <w:t>30</w:t>
            </w:r>
            <w:r>
              <w:rPr>
                <w:noProof/>
                <w:webHidden/>
              </w:rPr>
              <w:fldChar w:fldCharType="end"/>
            </w:r>
          </w:hyperlink>
        </w:p>
        <w:p w14:paraId="7EB03115" w14:textId="2CD41FD7" w:rsidR="00800BC3" w:rsidRDefault="00800BC3">
          <w:pPr>
            <w:pStyle w:val="TOC2"/>
            <w:tabs>
              <w:tab w:val="right" w:leader="hyphen" w:pos="9350"/>
            </w:tabs>
            <w:rPr>
              <w:noProof/>
              <w:kern w:val="2"/>
              <w:sz w:val="24"/>
              <w:szCs w:val="24"/>
              <w:lang w:eastAsia="zh-CN"/>
              <w14:ligatures w14:val="standardContextual"/>
            </w:rPr>
          </w:pPr>
          <w:hyperlink w:anchor="_Toc218512827" w:history="1">
            <w:r w:rsidRPr="00A36C15">
              <w:rPr>
                <w:rStyle w:val="Hyperlink"/>
                <w:rFonts w:ascii="Roboto" w:hAnsi="Roboto"/>
                <w:noProof/>
              </w:rPr>
              <w:t>4.9 Get USB Host</w:t>
            </w:r>
            <w:r>
              <w:rPr>
                <w:noProof/>
                <w:webHidden/>
              </w:rPr>
              <w:tab/>
            </w:r>
            <w:r>
              <w:rPr>
                <w:noProof/>
                <w:webHidden/>
              </w:rPr>
              <w:fldChar w:fldCharType="begin"/>
            </w:r>
            <w:r>
              <w:rPr>
                <w:noProof/>
                <w:webHidden/>
              </w:rPr>
              <w:instrText xml:space="preserve"> PAGEREF _Toc218512827 \h </w:instrText>
            </w:r>
            <w:r>
              <w:rPr>
                <w:noProof/>
                <w:webHidden/>
              </w:rPr>
            </w:r>
            <w:r>
              <w:rPr>
                <w:noProof/>
                <w:webHidden/>
              </w:rPr>
              <w:fldChar w:fldCharType="separate"/>
            </w:r>
            <w:r>
              <w:rPr>
                <w:noProof/>
                <w:webHidden/>
              </w:rPr>
              <w:t>30</w:t>
            </w:r>
            <w:r>
              <w:rPr>
                <w:noProof/>
                <w:webHidden/>
              </w:rPr>
              <w:fldChar w:fldCharType="end"/>
            </w:r>
          </w:hyperlink>
        </w:p>
        <w:p w14:paraId="4857F2C2" w14:textId="14F0CE5B" w:rsidR="00800BC3" w:rsidRDefault="00800BC3">
          <w:pPr>
            <w:pStyle w:val="TOC1"/>
            <w:tabs>
              <w:tab w:val="right" w:leader="hyphen" w:pos="9350"/>
            </w:tabs>
            <w:rPr>
              <w:noProof/>
              <w:lang w:eastAsia="zh-CN"/>
            </w:rPr>
          </w:pPr>
          <w:hyperlink w:anchor="_Toc218512828" w:history="1">
            <w:r w:rsidRPr="00A36C15">
              <w:rPr>
                <w:rStyle w:val="Hyperlink"/>
                <w:rFonts w:ascii="Roboto" w:hAnsi="Roboto"/>
                <w:noProof/>
              </w:rPr>
              <w:t xml:space="preserve">5. </w:t>
            </w:r>
            <w:r w:rsidRPr="00A36C15">
              <w:rPr>
                <w:rStyle w:val="Hyperlink"/>
                <w:rFonts w:ascii="Roboto" w:hAnsi="Roboto"/>
                <w:noProof/>
                <w:lang w:val="en"/>
              </w:rPr>
              <w:t>Sleep/Standby and Peripheral Control</w:t>
            </w:r>
            <w:r>
              <w:rPr>
                <w:noProof/>
                <w:webHidden/>
              </w:rPr>
              <w:tab/>
            </w:r>
            <w:r>
              <w:rPr>
                <w:noProof/>
                <w:webHidden/>
              </w:rPr>
              <w:fldChar w:fldCharType="begin"/>
            </w:r>
            <w:r>
              <w:rPr>
                <w:noProof/>
                <w:webHidden/>
              </w:rPr>
              <w:instrText xml:space="preserve"> PAGEREF _Toc218512828 \h </w:instrText>
            </w:r>
            <w:r>
              <w:rPr>
                <w:noProof/>
                <w:webHidden/>
              </w:rPr>
            </w:r>
            <w:r>
              <w:rPr>
                <w:noProof/>
                <w:webHidden/>
              </w:rPr>
              <w:fldChar w:fldCharType="separate"/>
            </w:r>
            <w:r>
              <w:rPr>
                <w:noProof/>
                <w:webHidden/>
              </w:rPr>
              <w:t>31</w:t>
            </w:r>
            <w:r>
              <w:rPr>
                <w:noProof/>
                <w:webHidden/>
              </w:rPr>
              <w:fldChar w:fldCharType="end"/>
            </w:r>
          </w:hyperlink>
        </w:p>
        <w:p w14:paraId="7108C754" w14:textId="46902199" w:rsidR="00800BC3" w:rsidRDefault="00800BC3">
          <w:pPr>
            <w:pStyle w:val="TOC2"/>
            <w:tabs>
              <w:tab w:val="right" w:leader="hyphen" w:pos="9350"/>
            </w:tabs>
            <w:rPr>
              <w:noProof/>
              <w:kern w:val="2"/>
              <w:sz w:val="24"/>
              <w:szCs w:val="24"/>
              <w:lang w:eastAsia="zh-CN"/>
              <w14:ligatures w14:val="standardContextual"/>
            </w:rPr>
          </w:pPr>
          <w:hyperlink w:anchor="_Toc218512829" w:history="1">
            <w:r w:rsidRPr="00A36C15">
              <w:rPr>
                <w:rStyle w:val="Hyperlink"/>
                <w:rFonts w:ascii="Roboto" w:hAnsi="Roboto"/>
                <w:noProof/>
              </w:rPr>
              <w:t>5.1 Set Automatic Standby</w:t>
            </w:r>
            <w:r>
              <w:rPr>
                <w:noProof/>
                <w:webHidden/>
              </w:rPr>
              <w:tab/>
            </w:r>
            <w:r>
              <w:rPr>
                <w:noProof/>
                <w:webHidden/>
              </w:rPr>
              <w:fldChar w:fldCharType="begin"/>
            </w:r>
            <w:r>
              <w:rPr>
                <w:noProof/>
                <w:webHidden/>
              </w:rPr>
              <w:instrText xml:space="preserve"> PAGEREF _Toc218512829 \h </w:instrText>
            </w:r>
            <w:r>
              <w:rPr>
                <w:noProof/>
                <w:webHidden/>
              </w:rPr>
            </w:r>
            <w:r>
              <w:rPr>
                <w:noProof/>
                <w:webHidden/>
              </w:rPr>
              <w:fldChar w:fldCharType="separate"/>
            </w:r>
            <w:r>
              <w:rPr>
                <w:noProof/>
                <w:webHidden/>
              </w:rPr>
              <w:t>31</w:t>
            </w:r>
            <w:r>
              <w:rPr>
                <w:noProof/>
                <w:webHidden/>
              </w:rPr>
              <w:fldChar w:fldCharType="end"/>
            </w:r>
          </w:hyperlink>
        </w:p>
        <w:p w14:paraId="78D3CCF6" w14:textId="35ABAF38" w:rsidR="00800BC3" w:rsidRDefault="00800BC3">
          <w:pPr>
            <w:pStyle w:val="TOC2"/>
            <w:tabs>
              <w:tab w:val="right" w:leader="hyphen" w:pos="9350"/>
            </w:tabs>
            <w:rPr>
              <w:noProof/>
              <w:kern w:val="2"/>
              <w:sz w:val="24"/>
              <w:szCs w:val="24"/>
              <w:lang w:eastAsia="zh-CN"/>
              <w14:ligatures w14:val="standardContextual"/>
            </w:rPr>
          </w:pPr>
          <w:hyperlink w:anchor="_Toc218512830" w:history="1">
            <w:r w:rsidRPr="00A36C15">
              <w:rPr>
                <w:rStyle w:val="Hyperlink"/>
                <w:rFonts w:ascii="Roboto" w:hAnsi="Roboto"/>
                <w:noProof/>
              </w:rPr>
              <w:t>5.2 Get Automatic Standby</w:t>
            </w:r>
            <w:r>
              <w:rPr>
                <w:noProof/>
                <w:webHidden/>
              </w:rPr>
              <w:tab/>
            </w:r>
            <w:r>
              <w:rPr>
                <w:noProof/>
                <w:webHidden/>
              </w:rPr>
              <w:fldChar w:fldCharType="begin"/>
            </w:r>
            <w:r>
              <w:rPr>
                <w:noProof/>
                <w:webHidden/>
              </w:rPr>
              <w:instrText xml:space="preserve"> PAGEREF _Toc218512830 \h </w:instrText>
            </w:r>
            <w:r>
              <w:rPr>
                <w:noProof/>
                <w:webHidden/>
              </w:rPr>
            </w:r>
            <w:r>
              <w:rPr>
                <w:noProof/>
                <w:webHidden/>
              </w:rPr>
              <w:fldChar w:fldCharType="separate"/>
            </w:r>
            <w:r>
              <w:rPr>
                <w:noProof/>
                <w:webHidden/>
              </w:rPr>
              <w:t>31</w:t>
            </w:r>
            <w:r>
              <w:rPr>
                <w:noProof/>
                <w:webHidden/>
              </w:rPr>
              <w:fldChar w:fldCharType="end"/>
            </w:r>
          </w:hyperlink>
        </w:p>
        <w:p w14:paraId="706AE57C" w14:textId="09C03AA3" w:rsidR="00800BC3" w:rsidRDefault="00800BC3">
          <w:pPr>
            <w:pStyle w:val="TOC2"/>
            <w:tabs>
              <w:tab w:val="right" w:leader="hyphen" w:pos="9350"/>
            </w:tabs>
            <w:rPr>
              <w:noProof/>
              <w:kern w:val="2"/>
              <w:sz w:val="24"/>
              <w:szCs w:val="24"/>
              <w:lang w:eastAsia="zh-CN"/>
              <w14:ligatures w14:val="standardContextual"/>
            </w:rPr>
          </w:pPr>
          <w:hyperlink w:anchor="_Toc218512831" w:history="1">
            <w:r w:rsidRPr="00A36C15">
              <w:rPr>
                <w:rStyle w:val="Hyperlink"/>
                <w:rFonts w:ascii="Roboto" w:hAnsi="Roboto"/>
                <w:noProof/>
              </w:rPr>
              <w:t>5.3 Set Automatic Standby Timeout</w:t>
            </w:r>
            <w:r>
              <w:rPr>
                <w:noProof/>
                <w:webHidden/>
              </w:rPr>
              <w:tab/>
            </w:r>
            <w:r>
              <w:rPr>
                <w:noProof/>
                <w:webHidden/>
              </w:rPr>
              <w:fldChar w:fldCharType="begin"/>
            </w:r>
            <w:r>
              <w:rPr>
                <w:noProof/>
                <w:webHidden/>
              </w:rPr>
              <w:instrText xml:space="preserve"> PAGEREF _Toc218512831 \h </w:instrText>
            </w:r>
            <w:r>
              <w:rPr>
                <w:noProof/>
                <w:webHidden/>
              </w:rPr>
            </w:r>
            <w:r>
              <w:rPr>
                <w:noProof/>
                <w:webHidden/>
              </w:rPr>
              <w:fldChar w:fldCharType="separate"/>
            </w:r>
            <w:r>
              <w:rPr>
                <w:noProof/>
                <w:webHidden/>
              </w:rPr>
              <w:t>32</w:t>
            </w:r>
            <w:r>
              <w:rPr>
                <w:noProof/>
                <w:webHidden/>
              </w:rPr>
              <w:fldChar w:fldCharType="end"/>
            </w:r>
          </w:hyperlink>
        </w:p>
        <w:p w14:paraId="4FF2CA72" w14:textId="50CD9CDF" w:rsidR="00800BC3" w:rsidRDefault="00800BC3">
          <w:pPr>
            <w:pStyle w:val="TOC2"/>
            <w:tabs>
              <w:tab w:val="right" w:leader="hyphen" w:pos="9350"/>
            </w:tabs>
            <w:rPr>
              <w:noProof/>
              <w:kern w:val="2"/>
              <w:sz w:val="24"/>
              <w:szCs w:val="24"/>
              <w:lang w:eastAsia="zh-CN"/>
              <w14:ligatures w14:val="standardContextual"/>
            </w:rPr>
          </w:pPr>
          <w:hyperlink w:anchor="_Toc218512832" w:history="1">
            <w:r w:rsidRPr="00A36C15">
              <w:rPr>
                <w:rStyle w:val="Hyperlink"/>
                <w:rFonts w:ascii="Roboto" w:hAnsi="Roboto"/>
                <w:noProof/>
              </w:rPr>
              <w:t>5.4 Get Auto-Standby Timeout</w:t>
            </w:r>
            <w:r>
              <w:rPr>
                <w:noProof/>
                <w:webHidden/>
              </w:rPr>
              <w:tab/>
            </w:r>
            <w:r>
              <w:rPr>
                <w:noProof/>
                <w:webHidden/>
              </w:rPr>
              <w:fldChar w:fldCharType="begin"/>
            </w:r>
            <w:r>
              <w:rPr>
                <w:noProof/>
                <w:webHidden/>
              </w:rPr>
              <w:instrText xml:space="preserve"> PAGEREF _Toc218512832 \h </w:instrText>
            </w:r>
            <w:r>
              <w:rPr>
                <w:noProof/>
                <w:webHidden/>
              </w:rPr>
            </w:r>
            <w:r>
              <w:rPr>
                <w:noProof/>
                <w:webHidden/>
              </w:rPr>
              <w:fldChar w:fldCharType="separate"/>
            </w:r>
            <w:r>
              <w:rPr>
                <w:noProof/>
                <w:webHidden/>
              </w:rPr>
              <w:t>32</w:t>
            </w:r>
            <w:r>
              <w:rPr>
                <w:noProof/>
                <w:webHidden/>
              </w:rPr>
              <w:fldChar w:fldCharType="end"/>
            </w:r>
          </w:hyperlink>
        </w:p>
        <w:p w14:paraId="304D4FC1" w14:textId="7C9856E1" w:rsidR="00800BC3" w:rsidRDefault="00800BC3">
          <w:pPr>
            <w:pStyle w:val="TOC2"/>
            <w:tabs>
              <w:tab w:val="right" w:leader="hyphen" w:pos="9350"/>
            </w:tabs>
            <w:rPr>
              <w:noProof/>
              <w:kern w:val="2"/>
              <w:sz w:val="24"/>
              <w:szCs w:val="24"/>
              <w:lang w:eastAsia="zh-CN"/>
              <w14:ligatures w14:val="standardContextual"/>
            </w:rPr>
          </w:pPr>
          <w:hyperlink w:anchor="_Toc218512833" w:history="1">
            <w:r w:rsidRPr="00A36C15">
              <w:rPr>
                <w:rStyle w:val="Hyperlink"/>
                <w:rFonts w:ascii="Roboto" w:hAnsi="Roboto"/>
                <w:noProof/>
              </w:rPr>
              <w:t>5.5 Set Device Power On or Standby</w:t>
            </w:r>
            <w:r>
              <w:rPr>
                <w:noProof/>
                <w:webHidden/>
              </w:rPr>
              <w:tab/>
            </w:r>
            <w:r>
              <w:rPr>
                <w:noProof/>
                <w:webHidden/>
              </w:rPr>
              <w:fldChar w:fldCharType="begin"/>
            </w:r>
            <w:r>
              <w:rPr>
                <w:noProof/>
                <w:webHidden/>
              </w:rPr>
              <w:instrText xml:space="preserve"> PAGEREF _Toc218512833 \h </w:instrText>
            </w:r>
            <w:r>
              <w:rPr>
                <w:noProof/>
                <w:webHidden/>
              </w:rPr>
            </w:r>
            <w:r>
              <w:rPr>
                <w:noProof/>
                <w:webHidden/>
              </w:rPr>
              <w:fldChar w:fldCharType="separate"/>
            </w:r>
            <w:r>
              <w:rPr>
                <w:noProof/>
                <w:webHidden/>
              </w:rPr>
              <w:t>32</w:t>
            </w:r>
            <w:r>
              <w:rPr>
                <w:noProof/>
                <w:webHidden/>
              </w:rPr>
              <w:fldChar w:fldCharType="end"/>
            </w:r>
          </w:hyperlink>
        </w:p>
        <w:p w14:paraId="20F97EE0" w14:textId="5DDA8267" w:rsidR="00800BC3" w:rsidRDefault="00800BC3">
          <w:pPr>
            <w:pStyle w:val="TOC2"/>
            <w:tabs>
              <w:tab w:val="right" w:leader="hyphen" w:pos="9350"/>
            </w:tabs>
            <w:rPr>
              <w:noProof/>
              <w:kern w:val="2"/>
              <w:sz w:val="24"/>
              <w:szCs w:val="24"/>
              <w:lang w:eastAsia="zh-CN"/>
              <w14:ligatures w14:val="standardContextual"/>
            </w:rPr>
          </w:pPr>
          <w:hyperlink w:anchor="_Toc218512834" w:history="1">
            <w:r w:rsidRPr="00A36C15">
              <w:rPr>
                <w:rStyle w:val="Hyperlink"/>
                <w:rFonts w:ascii="Roboto" w:hAnsi="Roboto"/>
                <w:noProof/>
              </w:rPr>
              <w:t>5.6 Get Device Standby</w:t>
            </w:r>
            <w:r>
              <w:rPr>
                <w:noProof/>
                <w:webHidden/>
              </w:rPr>
              <w:tab/>
            </w:r>
            <w:r>
              <w:rPr>
                <w:noProof/>
                <w:webHidden/>
              </w:rPr>
              <w:fldChar w:fldCharType="begin"/>
            </w:r>
            <w:r>
              <w:rPr>
                <w:noProof/>
                <w:webHidden/>
              </w:rPr>
              <w:instrText xml:space="preserve"> PAGEREF _Toc218512834 \h </w:instrText>
            </w:r>
            <w:r>
              <w:rPr>
                <w:noProof/>
                <w:webHidden/>
              </w:rPr>
            </w:r>
            <w:r>
              <w:rPr>
                <w:noProof/>
                <w:webHidden/>
              </w:rPr>
              <w:fldChar w:fldCharType="separate"/>
            </w:r>
            <w:r>
              <w:rPr>
                <w:noProof/>
                <w:webHidden/>
              </w:rPr>
              <w:t>33</w:t>
            </w:r>
            <w:r>
              <w:rPr>
                <w:noProof/>
                <w:webHidden/>
              </w:rPr>
              <w:fldChar w:fldCharType="end"/>
            </w:r>
          </w:hyperlink>
        </w:p>
        <w:p w14:paraId="1E851019" w14:textId="28F3BEAF" w:rsidR="00800BC3" w:rsidRDefault="00800BC3">
          <w:pPr>
            <w:pStyle w:val="TOC2"/>
            <w:tabs>
              <w:tab w:val="right" w:leader="hyphen" w:pos="9350"/>
            </w:tabs>
            <w:rPr>
              <w:noProof/>
              <w:kern w:val="2"/>
              <w:sz w:val="24"/>
              <w:szCs w:val="24"/>
              <w:lang w:eastAsia="zh-CN"/>
              <w14:ligatures w14:val="standardContextual"/>
            </w:rPr>
          </w:pPr>
          <w:hyperlink w:anchor="_Toc218512835" w:history="1">
            <w:r w:rsidRPr="00A36C15">
              <w:rPr>
                <w:rStyle w:val="Hyperlink"/>
                <w:rFonts w:ascii="Roboto" w:hAnsi="Roboto"/>
                <w:noProof/>
              </w:rPr>
              <w:t>5.7 Send CEC Power On/Off Command</w:t>
            </w:r>
            <w:r>
              <w:rPr>
                <w:noProof/>
                <w:webHidden/>
              </w:rPr>
              <w:tab/>
            </w:r>
            <w:r>
              <w:rPr>
                <w:noProof/>
                <w:webHidden/>
              </w:rPr>
              <w:fldChar w:fldCharType="begin"/>
            </w:r>
            <w:r>
              <w:rPr>
                <w:noProof/>
                <w:webHidden/>
              </w:rPr>
              <w:instrText xml:space="preserve"> PAGEREF _Toc218512835 \h </w:instrText>
            </w:r>
            <w:r>
              <w:rPr>
                <w:noProof/>
                <w:webHidden/>
              </w:rPr>
            </w:r>
            <w:r>
              <w:rPr>
                <w:noProof/>
                <w:webHidden/>
              </w:rPr>
              <w:fldChar w:fldCharType="separate"/>
            </w:r>
            <w:r>
              <w:rPr>
                <w:noProof/>
                <w:webHidden/>
              </w:rPr>
              <w:t>33</w:t>
            </w:r>
            <w:r>
              <w:rPr>
                <w:noProof/>
                <w:webHidden/>
              </w:rPr>
              <w:fldChar w:fldCharType="end"/>
            </w:r>
          </w:hyperlink>
        </w:p>
        <w:p w14:paraId="71C755D0" w14:textId="1E4031CA" w:rsidR="00800BC3" w:rsidRDefault="00800BC3">
          <w:pPr>
            <w:pStyle w:val="TOC2"/>
            <w:tabs>
              <w:tab w:val="right" w:leader="hyphen" w:pos="9350"/>
            </w:tabs>
            <w:rPr>
              <w:noProof/>
              <w:kern w:val="2"/>
              <w:sz w:val="24"/>
              <w:szCs w:val="24"/>
              <w:lang w:eastAsia="zh-CN"/>
              <w14:ligatures w14:val="standardContextual"/>
            </w:rPr>
          </w:pPr>
          <w:hyperlink w:anchor="_Toc218512836" w:history="1">
            <w:r w:rsidRPr="00A36C15">
              <w:rPr>
                <w:rStyle w:val="Hyperlink"/>
                <w:rFonts w:ascii="Roboto" w:hAnsi="Roboto"/>
                <w:noProof/>
              </w:rPr>
              <w:t>5.8 Set CEC Power On/Off Command</w:t>
            </w:r>
            <w:r>
              <w:rPr>
                <w:noProof/>
                <w:webHidden/>
              </w:rPr>
              <w:tab/>
            </w:r>
            <w:r>
              <w:rPr>
                <w:noProof/>
                <w:webHidden/>
              </w:rPr>
              <w:fldChar w:fldCharType="begin"/>
            </w:r>
            <w:r>
              <w:rPr>
                <w:noProof/>
                <w:webHidden/>
              </w:rPr>
              <w:instrText xml:space="preserve"> PAGEREF _Toc218512836 \h </w:instrText>
            </w:r>
            <w:r>
              <w:rPr>
                <w:noProof/>
                <w:webHidden/>
              </w:rPr>
            </w:r>
            <w:r>
              <w:rPr>
                <w:noProof/>
                <w:webHidden/>
              </w:rPr>
              <w:fldChar w:fldCharType="separate"/>
            </w:r>
            <w:r>
              <w:rPr>
                <w:noProof/>
                <w:webHidden/>
              </w:rPr>
              <w:t>34</w:t>
            </w:r>
            <w:r>
              <w:rPr>
                <w:noProof/>
                <w:webHidden/>
              </w:rPr>
              <w:fldChar w:fldCharType="end"/>
            </w:r>
          </w:hyperlink>
        </w:p>
        <w:p w14:paraId="0733F863" w14:textId="124F2B01" w:rsidR="00800BC3" w:rsidRDefault="00800BC3">
          <w:pPr>
            <w:pStyle w:val="TOC2"/>
            <w:tabs>
              <w:tab w:val="right" w:leader="hyphen" w:pos="9350"/>
            </w:tabs>
            <w:rPr>
              <w:noProof/>
              <w:kern w:val="2"/>
              <w:sz w:val="24"/>
              <w:szCs w:val="24"/>
              <w:lang w:eastAsia="zh-CN"/>
              <w14:ligatures w14:val="standardContextual"/>
            </w:rPr>
          </w:pPr>
          <w:hyperlink w:anchor="_Toc218512837" w:history="1">
            <w:r w:rsidRPr="00A36C15">
              <w:rPr>
                <w:rStyle w:val="Hyperlink"/>
                <w:rFonts w:ascii="Roboto" w:hAnsi="Roboto"/>
                <w:noProof/>
              </w:rPr>
              <w:t>5.9 Get CEC Power On/Off Command</w:t>
            </w:r>
            <w:r>
              <w:rPr>
                <w:noProof/>
                <w:webHidden/>
              </w:rPr>
              <w:tab/>
            </w:r>
            <w:r>
              <w:rPr>
                <w:noProof/>
                <w:webHidden/>
              </w:rPr>
              <w:fldChar w:fldCharType="begin"/>
            </w:r>
            <w:r>
              <w:rPr>
                <w:noProof/>
                <w:webHidden/>
              </w:rPr>
              <w:instrText xml:space="preserve"> PAGEREF _Toc218512837 \h </w:instrText>
            </w:r>
            <w:r>
              <w:rPr>
                <w:noProof/>
                <w:webHidden/>
              </w:rPr>
            </w:r>
            <w:r>
              <w:rPr>
                <w:noProof/>
                <w:webHidden/>
              </w:rPr>
              <w:fldChar w:fldCharType="separate"/>
            </w:r>
            <w:r>
              <w:rPr>
                <w:noProof/>
                <w:webHidden/>
              </w:rPr>
              <w:t>34</w:t>
            </w:r>
            <w:r>
              <w:rPr>
                <w:noProof/>
                <w:webHidden/>
              </w:rPr>
              <w:fldChar w:fldCharType="end"/>
            </w:r>
          </w:hyperlink>
        </w:p>
        <w:p w14:paraId="6FCCB020" w14:textId="41964384" w:rsidR="00800BC3" w:rsidRDefault="00800BC3">
          <w:pPr>
            <w:pStyle w:val="TOC2"/>
            <w:tabs>
              <w:tab w:val="right" w:leader="hyphen" w:pos="9350"/>
            </w:tabs>
            <w:rPr>
              <w:noProof/>
              <w:kern w:val="2"/>
              <w:sz w:val="24"/>
              <w:szCs w:val="24"/>
              <w:lang w:eastAsia="zh-CN"/>
              <w14:ligatures w14:val="standardContextual"/>
            </w:rPr>
          </w:pPr>
          <w:hyperlink w:anchor="_Toc218512838" w:history="1">
            <w:r w:rsidRPr="00A36C15">
              <w:rPr>
                <w:rStyle w:val="Hyperlink"/>
                <w:rFonts w:ascii="Roboto" w:hAnsi="Roboto"/>
                <w:noProof/>
              </w:rPr>
              <w:t>5.10 Get CEC Commands</w:t>
            </w:r>
            <w:r>
              <w:rPr>
                <w:noProof/>
                <w:webHidden/>
              </w:rPr>
              <w:tab/>
            </w:r>
            <w:r>
              <w:rPr>
                <w:noProof/>
                <w:webHidden/>
              </w:rPr>
              <w:fldChar w:fldCharType="begin"/>
            </w:r>
            <w:r>
              <w:rPr>
                <w:noProof/>
                <w:webHidden/>
              </w:rPr>
              <w:instrText xml:space="preserve"> PAGEREF _Toc218512838 \h </w:instrText>
            </w:r>
            <w:r>
              <w:rPr>
                <w:noProof/>
                <w:webHidden/>
              </w:rPr>
            </w:r>
            <w:r>
              <w:rPr>
                <w:noProof/>
                <w:webHidden/>
              </w:rPr>
              <w:fldChar w:fldCharType="separate"/>
            </w:r>
            <w:r>
              <w:rPr>
                <w:noProof/>
                <w:webHidden/>
              </w:rPr>
              <w:t>35</w:t>
            </w:r>
            <w:r>
              <w:rPr>
                <w:noProof/>
                <w:webHidden/>
              </w:rPr>
              <w:fldChar w:fldCharType="end"/>
            </w:r>
          </w:hyperlink>
        </w:p>
        <w:p w14:paraId="1A8DA461" w14:textId="3882F640" w:rsidR="00800BC3" w:rsidRDefault="00800BC3">
          <w:pPr>
            <w:pStyle w:val="TOC2"/>
            <w:tabs>
              <w:tab w:val="right" w:leader="hyphen" w:pos="9350"/>
            </w:tabs>
            <w:rPr>
              <w:noProof/>
              <w:kern w:val="2"/>
              <w:sz w:val="24"/>
              <w:szCs w:val="24"/>
              <w:lang w:eastAsia="zh-CN"/>
              <w14:ligatures w14:val="standardContextual"/>
            </w:rPr>
          </w:pPr>
          <w:hyperlink w:anchor="_Toc218512839" w:history="1">
            <w:r w:rsidRPr="00A36C15">
              <w:rPr>
                <w:rStyle w:val="Hyperlink"/>
                <w:rFonts w:ascii="Roboto" w:hAnsi="Roboto"/>
                <w:noProof/>
              </w:rPr>
              <w:t>5.11 Get All CEC Commands</w:t>
            </w:r>
            <w:r>
              <w:rPr>
                <w:noProof/>
                <w:webHidden/>
              </w:rPr>
              <w:tab/>
            </w:r>
            <w:r>
              <w:rPr>
                <w:noProof/>
                <w:webHidden/>
              </w:rPr>
              <w:fldChar w:fldCharType="begin"/>
            </w:r>
            <w:r>
              <w:rPr>
                <w:noProof/>
                <w:webHidden/>
              </w:rPr>
              <w:instrText xml:space="preserve"> PAGEREF _Toc218512839 \h </w:instrText>
            </w:r>
            <w:r>
              <w:rPr>
                <w:noProof/>
                <w:webHidden/>
              </w:rPr>
            </w:r>
            <w:r>
              <w:rPr>
                <w:noProof/>
                <w:webHidden/>
              </w:rPr>
              <w:fldChar w:fldCharType="separate"/>
            </w:r>
            <w:r>
              <w:rPr>
                <w:noProof/>
                <w:webHidden/>
              </w:rPr>
              <w:t>35</w:t>
            </w:r>
            <w:r>
              <w:rPr>
                <w:noProof/>
                <w:webHidden/>
              </w:rPr>
              <w:fldChar w:fldCharType="end"/>
            </w:r>
          </w:hyperlink>
        </w:p>
        <w:p w14:paraId="46E7CE51" w14:textId="5EF2DC96" w:rsidR="00800BC3" w:rsidRDefault="00800BC3">
          <w:pPr>
            <w:pStyle w:val="TOC2"/>
            <w:tabs>
              <w:tab w:val="right" w:leader="hyphen" w:pos="9350"/>
            </w:tabs>
            <w:rPr>
              <w:noProof/>
              <w:kern w:val="2"/>
              <w:sz w:val="24"/>
              <w:szCs w:val="24"/>
              <w:lang w:eastAsia="zh-CN"/>
              <w14:ligatures w14:val="standardContextual"/>
            </w:rPr>
          </w:pPr>
          <w:hyperlink w:anchor="_Toc218512840" w:history="1">
            <w:r w:rsidRPr="00A36C15">
              <w:rPr>
                <w:rStyle w:val="Hyperlink"/>
                <w:rFonts w:ascii="Roboto" w:hAnsi="Roboto"/>
                <w:noProof/>
              </w:rPr>
              <w:t>5.12 Send CEC Command String</w:t>
            </w:r>
            <w:r>
              <w:rPr>
                <w:noProof/>
                <w:webHidden/>
              </w:rPr>
              <w:tab/>
            </w:r>
            <w:r>
              <w:rPr>
                <w:noProof/>
                <w:webHidden/>
              </w:rPr>
              <w:fldChar w:fldCharType="begin"/>
            </w:r>
            <w:r>
              <w:rPr>
                <w:noProof/>
                <w:webHidden/>
              </w:rPr>
              <w:instrText xml:space="preserve"> PAGEREF _Toc218512840 \h </w:instrText>
            </w:r>
            <w:r>
              <w:rPr>
                <w:noProof/>
                <w:webHidden/>
              </w:rPr>
            </w:r>
            <w:r>
              <w:rPr>
                <w:noProof/>
                <w:webHidden/>
              </w:rPr>
              <w:fldChar w:fldCharType="separate"/>
            </w:r>
            <w:r>
              <w:rPr>
                <w:noProof/>
                <w:webHidden/>
              </w:rPr>
              <w:t>36</w:t>
            </w:r>
            <w:r>
              <w:rPr>
                <w:noProof/>
                <w:webHidden/>
              </w:rPr>
              <w:fldChar w:fldCharType="end"/>
            </w:r>
          </w:hyperlink>
        </w:p>
        <w:p w14:paraId="45E2D24A" w14:textId="35FFC655" w:rsidR="00800BC3" w:rsidRDefault="00800BC3">
          <w:pPr>
            <w:pStyle w:val="TOC2"/>
            <w:tabs>
              <w:tab w:val="right" w:leader="hyphen" w:pos="9350"/>
            </w:tabs>
            <w:rPr>
              <w:noProof/>
              <w:kern w:val="2"/>
              <w:sz w:val="24"/>
              <w:szCs w:val="24"/>
              <w:lang w:eastAsia="zh-CN"/>
              <w14:ligatures w14:val="standardContextual"/>
            </w:rPr>
          </w:pPr>
          <w:hyperlink w:anchor="_Toc218512841" w:history="1">
            <w:r w:rsidRPr="00A36C15">
              <w:rPr>
                <w:rStyle w:val="Hyperlink"/>
                <w:rFonts w:ascii="Roboto" w:hAnsi="Roboto"/>
                <w:noProof/>
              </w:rPr>
              <w:t>5.13 Set UART Parameters</w:t>
            </w:r>
            <w:r>
              <w:rPr>
                <w:noProof/>
                <w:webHidden/>
              </w:rPr>
              <w:tab/>
            </w:r>
            <w:r>
              <w:rPr>
                <w:noProof/>
                <w:webHidden/>
              </w:rPr>
              <w:fldChar w:fldCharType="begin"/>
            </w:r>
            <w:r>
              <w:rPr>
                <w:noProof/>
                <w:webHidden/>
              </w:rPr>
              <w:instrText xml:space="preserve"> PAGEREF _Toc218512841 \h </w:instrText>
            </w:r>
            <w:r>
              <w:rPr>
                <w:noProof/>
                <w:webHidden/>
              </w:rPr>
            </w:r>
            <w:r>
              <w:rPr>
                <w:noProof/>
                <w:webHidden/>
              </w:rPr>
              <w:fldChar w:fldCharType="separate"/>
            </w:r>
            <w:r>
              <w:rPr>
                <w:noProof/>
                <w:webHidden/>
              </w:rPr>
              <w:t>36</w:t>
            </w:r>
            <w:r>
              <w:rPr>
                <w:noProof/>
                <w:webHidden/>
              </w:rPr>
              <w:fldChar w:fldCharType="end"/>
            </w:r>
          </w:hyperlink>
        </w:p>
        <w:p w14:paraId="29AA4B0F" w14:textId="324E5452" w:rsidR="00800BC3" w:rsidRDefault="00800BC3">
          <w:pPr>
            <w:pStyle w:val="TOC2"/>
            <w:tabs>
              <w:tab w:val="right" w:leader="hyphen" w:pos="9350"/>
            </w:tabs>
            <w:rPr>
              <w:noProof/>
              <w:kern w:val="2"/>
              <w:sz w:val="24"/>
              <w:szCs w:val="24"/>
              <w:lang w:eastAsia="zh-CN"/>
              <w14:ligatures w14:val="standardContextual"/>
            </w:rPr>
          </w:pPr>
          <w:hyperlink w:anchor="_Toc218512842" w:history="1">
            <w:r w:rsidRPr="00A36C15">
              <w:rPr>
                <w:rStyle w:val="Hyperlink"/>
                <w:rFonts w:ascii="Roboto" w:hAnsi="Roboto"/>
                <w:noProof/>
              </w:rPr>
              <w:t>5.14 Get UART Parameters</w:t>
            </w:r>
            <w:r>
              <w:rPr>
                <w:noProof/>
                <w:webHidden/>
              </w:rPr>
              <w:tab/>
            </w:r>
            <w:r>
              <w:rPr>
                <w:noProof/>
                <w:webHidden/>
              </w:rPr>
              <w:fldChar w:fldCharType="begin"/>
            </w:r>
            <w:r>
              <w:rPr>
                <w:noProof/>
                <w:webHidden/>
              </w:rPr>
              <w:instrText xml:space="preserve"> PAGEREF _Toc218512842 \h </w:instrText>
            </w:r>
            <w:r>
              <w:rPr>
                <w:noProof/>
                <w:webHidden/>
              </w:rPr>
            </w:r>
            <w:r>
              <w:rPr>
                <w:noProof/>
                <w:webHidden/>
              </w:rPr>
              <w:fldChar w:fldCharType="separate"/>
            </w:r>
            <w:r>
              <w:rPr>
                <w:noProof/>
                <w:webHidden/>
              </w:rPr>
              <w:t>36</w:t>
            </w:r>
            <w:r>
              <w:rPr>
                <w:noProof/>
                <w:webHidden/>
              </w:rPr>
              <w:fldChar w:fldCharType="end"/>
            </w:r>
          </w:hyperlink>
        </w:p>
        <w:p w14:paraId="050E40B1" w14:textId="2E78379A" w:rsidR="00800BC3" w:rsidRDefault="00800BC3">
          <w:pPr>
            <w:pStyle w:val="TOC2"/>
            <w:tabs>
              <w:tab w:val="right" w:leader="hyphen" w:pos="9350"/>
            </w:tabs>
            <w:rPr>
              <w:noProof/>
              <w:kern w:val="2"/>
              <w:sz w:val="24"/>
              <w:szCs w:val="24"/>
              <w:lang w:eastAsia="zh-CN"/>
              <w14:ligatures w14:val="standardContextual"/>
            </w:rPr>
          </w:pPr>
          <w:hyperlink w:anchor="_Toc218512843" w:history="1">
            <w:r w:rsidRPr="00A36C15">
              <w:rPr>
                <w:rStyle w:val="Hyperlink"/>
                <w:rFonts w:ascii="Roboto" w:hAnsi="Roboto"/>
                <w:noProof/>
              </w:rPr>
              <w:t>5.15 Set UART Baud Rate</w:t>
            </w:r>
            <w:r>
              <w:rPr>
                <w:noProof/>
                <w:webHidden/>
              </w:rPr>
              <w:tab/>
            </w:r>
            <w:r>
              <w:rPr>
                <w:noProof/>
                <w:webHidden/>
              </w:rPr>
              <w:fldChar w:fldCharType="begin"/>
            </w:r>
            <w:r>
              <w:rPr>
                <w:noProof/>
                <w:webHidden/>
              </w:rPr>
              <w:instrText xml:space="preserve"> PAGEREF _Toc218512843 \h </w:instrText>
            </w:r>
            <w:r>
              <w:rPr>
                <w:noProof/>
                <w:webHidden/>
              </w:rPr>
            </w:r>
            <w:r>
              <w:rPr>
                <w:noProof/>
                <w:webHidden/>
              </w:rPr>
              <w:fldChar w:fldCharType="separate"/>
            </w:r>
            <w:r>
              <w:rPr>
                <w:noProof/>
                <w:webHidden/>
              </w:rPr>
              <w:t>37</w:t>
            </w:r>
            <w:r>
              <w:rPr>
                <w:noProof/>
                <w:webHidden/>
              </w:rPr>
              <w:fldChar w:fldCharType="end"/>
            </w:r>
          </w:hyperlink>
        </w:p>
        <w:p w14:paraId="0ED4694C" w14:textId="0EC3D978" w:rsidR="00800BC3" w:rsidRDefault="00800BC3">
          <w:pPr>
            <w:pStyle w:val="TOC2"/>
            <w:tabs>
              <w:tab w:val="right" w:leader="hyphen" w:pos="9350"/>
            </w:tabs>
            <w:rPr>
              <w:noProof/>
              <w:kern w:val="2"/>
              <w:sz w:val="24"/>
              <w:szCs w:val="24"/>
              <w:lang w:eastAsia="zh-CN"/>
              <w14:ligatures w14:val="standardContextual"/>
            </w:rPr>
          </w:pPr>
          <w:hyperlink w:anchor="_Toc218512844" w:history="1">
            <w:r w:rsidRPr="00A36C15">
              <w:rPr>
                <w:rStyle w:val="Hyperlink"/>
                <w:rFonts w:ascii="Roboto" w:hAnsi="Roboto"/>
                <w:noProof/>
              </w:rPr>
              <w:t>5.16 Get UART Baud Rate</w:t>
            </w:r>
            <w:r>
              <w:rPr>
                <w:noProof/>
                <w:webHidden/>
              </w:rPr>
              <w:tab/>
            </w:r>
            <w:r>
              <w:rPr>
                <w:noProof/>
                <w:webHidden/>
              </w:rPr>
              <w:fldChar w:fldCharType="begin"/>
            </w:r>
            <w:r>
              <w:rPr>
                <w:noProof/>
                <w:webHidden/>
              </w:rPr>
              <w:instrText xml:space="preserve"> PAGEREF _Toc218512844 \h </w:instrText>
            </w:r>
            <w:r>
              <w:rPr>
                <w:noProof/>
                <w:webHidden/>
              </w:rPr>
            </w:r>
            <w:r>
              <w:rPr>
                <w:noProof/>
                <w:webHidden/>
              </w:rPr>
              <w:fldChar w:fldCharType="separate"/>
            </w:r>
            <w:r>
              <w:rPr>
                <w:noProof/>
                <w:webHidden/>
              </w:rPr>
              <w:t>37</w:t>
            </w:r>
            <w:r>
              <w:rPr>
                <w:noProof/>
                <w:webHidden/>
              </w:rPr>
              <w:fldChar w:fldCharType="end"/>
            </w:r>
          </w:hyperlink>
        </w:p>
        <w:p w14:paraId="05D8356C" w14:textId="1BBE9A78" w:rsidR="00800BC3" w:rsidRDefault="00800BC3">
          <w:pPr>
            <w:pStyle w:val="TOC2"/>
            <w:tabs>
              <w:tab w:val="right" w:leader="hyphen" w:pos="9350"/>
            </w:tabs>
            <w:rPr>
              <w:noProof/>
              <w:kern w:val="2"/>
              <w:sz w:val="24"/>
              <w:szCs w:val="24"/>
              <w:lang w:eastAsia="zh-CN"/>
              <w14:ligatures w14:val="standardContextual"/>
            </w:rPr>
          </w:pPr>
          <w:hyperlink w:anchor="_Toc218512845" w:history="1">
            <w:r w:rsidRPr="00A36C15">
              <w:rPr>
                <w:rStyle w:val="Hyperlink"/>
                <w:rFonts w:ascii="Roboto" w:hAnsi="Roboto"/>
                <w:noProof/>
              </w:rPr>
              <w:t>5.17 Set UART Command</w:t>
            </w:r>
            <w:r>
              <w:rPr>
                <w:noProof/>
                <w:webHidden/>
              </w:rPr>
              <w:tab/>
            </w:r>
            <w:r>
              <w:rPr>
                <w:noProof/>
                <w:webHidden/>
              </w:rPr>
              <w:fldChar w:fldCharType="begin"/>
            </w:r>
            <w:r>
              <w:rPr>
                <w:noProof/>
                <w:webHidden/>
              </w:rPr>
              <w:instrText xml:space="preserve"> PAGEREF _Toc218512845 \h </w:instrText>
            </w:r>
            <w:r>
              <w:rPr>
                <w:noProof/>
                <w:webHidden/>
              </w:rPr>
            </w:r>
            <w:r>
              <w:rPr>
                <w:noProof/>
                <w:webHidden/>
              </w:rPr>
              <w:fldChar w:fldCharType="separate"/>
            </w:r>
            <w:r>
              <w:rPr>
                <w:noProof/>
                <w:webHidden/>
              </w:rPr>
              <w:t>37</w:t>
            </w:r>
            <w:r>
              <w:rPr>
                <w:noProof/>
                <w:webHidden/>
              </w:rPr>
              <w:fldChar w:fldCharType="end"/>
            </w:r>
          </w:hyperlink>
        </w:p>
        <w:p w14:paraId="5286152C" w14:textId="6B25EE96" w:rsidR="00800BC3" w:rsidRDefault="00800BC3">
          <w:pPr>
            <w:pStyle w:val="TOC2"/>
            <w:tabs>
              <w:tab w:val="right" w:leader="hyphen" w:pos="9350"/>
            </w:tabs>
            <w:rPr>
              <w:noProof/>
              <w:kern w:val="2"/>
              <w:sz w:val="24"/>
              <w:szCs w:val="24"/>
              <w:lang w:eastAsia="zh-CN"/>
              <w14:ligatures w14:val="standardContextual"/>
            </w:rPr>
          </w:pPr>
          <w:hyperlink w:anchor="_Toc218512846" w:history="1">
            <w:r w:rsidRPr="00A36C15">
              <w:rPr>
                <w:rStyle w:val="Hyperlink"/>
                <w:rFonts w:ascii="Roboto" w:hAnsi="Roboto"/>
                <w:noProof/>
              </w:rPr>
              <w:t>5.18 Delete UART Command</w:t>
            </w:r>
            <w:r>
              <w:rPr>
                <w:noProof/>
                <w:webHidden/>
              </w:rPr>
              <w:tab/>
            </w:r>
            <w:r>
              <w:rPr>
                <w:noProof/>
                <w:webHidden/>
              </w:rPr>
              <w:fldChar w:fldCharType="begin"/>
            </w:r>
            <w:r>
              <w:rPr>
                <w:noProof/>
                <w:webHidden/>
              </w:rPr>
              <w:instrText xml:space="preserve"> PAGEREF _Toc218512846 \h </w:instrText>
            </w:r>
            <w:r>
              <w:rPr>
                <w:noProof/>
                <w:webHidden/>
              </w:rPr>
            </w:r>
            <w:r>
              <w:rPr>
                <w:noProof/>
                <w:webHidden/>
              </w:rPr>
              <w:fldChar w:fldCharType="separate"/>
            </w:r>
            <w:r>
              <w:rPr>
                <w:noProof/>
                <w:webHidden/>
              </w:rPr>
              <w:t>38</w:t>
            </w:r>
            <w:r>
              <w:rPr>
                <w:noProof/>
                <w:webHidden/>
              </w:rPr>
              <w:fldChar w:fldCharType="end"/>
            </w:r>
          </w:hyperlink>
        </w:p>
        <w:p w14:paraId="7CE727E0" w14:textId="6BE74DF7" w:rsidR="00800BC3" w:rsidRDefault="00800BC3">
          <w:pPr>
            <w:pStyle w:val="TOC2"/>
            <w:tabs>
              <w:tab w:val="right" w:leader="hyphen" w:pos="9350"/>
            </w:tabs>
            <w:rPr>
              <w:noProof/>
              <w:kern w:val="2"/>
              <w:sz w:val="24"/>
              <w:szCs w:val="24"/>
              <w:lang w:eastAsia="zh-CN"/>
              <w14:ligatures w14:val="standardContextual"/>
            </w:rPr>
          </w:pPr>
          <w:hyperlink w:anchor="_Toc218512847" w:history="1">
            <w:r w:rsidRPr="00A36C15">
              <w:rPr>
                <w:rStyle w:val="Hyperlink"/>
                <w:rFonts w:ascii="Roboto" w:hAnsi="Roboto"/>
                <w:noProof/>
              </w:rPr>
              <w:t>5.19 Get UART Commands</w:t>
            </w:r>
            <w:r>
              <w:rPr>
                <w:noProof/>
                <w:webHidden/>
              </w:rPr>
              <w:tab/>
            </w:r>
            <w:r>
              <w:rPr>
                <w:noProof/>
                <w:webHidden/>
              </w:rPr>
              <w:fldChar w:fldCharType="begin"/>
            </w:r>
            <w:r>
              <w:rPr>
                <w:noProof/>
                <w:webHidden/>
              </w:rPr>
              <w:instrText xml:space="preserve"> PAGEREF _Toc218512847 \h </w:instrText>
            </w:r>
            <w:r>
              <w:rPr>
                <w:noProof/>
                <w:webHidden/>
              </w:rPr>
            </w:r>
            <w:r>
              <w:rPr>
                <w:noProof/>
                <w:webHidden/>
              </w:rPr>
              <w:fldChar w:fldCharType="separate"/>
            </w:r>
            <w:r>
              <w:rPr>
                <w:noProof/>
                <w:webHidden/>
              </w:rPr>
              <w:t>38</w:t>
            </w:r>
            <w:r>
              <w:rPr>
                <w:noProof/>
                <w:webHidden/>
              </w:rPr>
              <w:fldChar w:fldCharType="end"/>
            </w:r>
          </w:hyperlink>
        </w:p>
        <w:p w14:paraId="4AF1B5FC" w14:textId="54B2F7A4" w:rsidR="00800BC3" w:rsidRDefault="00800BC3">
          <w:pPr>
            <w:pStyle w:val="TOC2"/>
            <w:tabs>
              <w:tab w:val="right" w:leader="hyphen" w:pos="9350"/>
            </w:tabs>
            <w:rPr>
              <w:noProof/>
              <w:kern w:val="2"/>
              <w:sz w:val="24"/>
              <w:szCs w:val="24"/>
              <w:lang w:eastAsia="zh-CN"/>
              <w14:ligatures w14:val="standardContextual"/>
            </w:rPr>
          </w:pPr>
          <w:hyperlink w:anchor="_Toc218512848" w:history="1">
            <w:r w:rsidRPr="00A36C15">
              <w:rPr>
                <w:rStyle w:val="Hyperlink"/>
                <w:rFonts w:ascii="Roboto" w:hAnsi="Roboto"/>
                <w:noProof/>
              </w:rPr>
              <w:t>5.20 Send UART Command</w:t>
            </w:r>
            <w:r>
              <w:rPr>
                <w:noProof/>
                <w:webHidden/>
              </w:rPr>
              <w:tab/>
            </w:r>
            <w:r>
              <w:rPr>
                <w:noProof/>
                <w:webHidden/>
              </w:rPr>
              <w:fldChar w:fldCharType="begin"/>
            </w:r>
            <w:r>
              <w:rPr>
                <w:noProof/>
                <w:webHidden/>
              </w:rPr>
              <w:instrText xml:space="preserve"> PAGEREF _Toc218512848 \h </w:instrText>
            </w:r>
            <w:r>
              <w:rPr>
                <w:noProof/>
                <w:webHidden/>
              </w:rPr>
            </w:r>
            <w:r>
              <w:rPr>
                <w:noProof/>
                <w:webHidden/>
              </w:rPr>
              <w:fldChar w:fldCharType="separate"/>
            </w:r>
            <w:r>
              <w:rPr>
                <w:noProof/>
                <w:webHidden/>
              </w:rPr>
              <w:t>39</w:t>
            </w:r>
            <w:r>
              <w:rPr>
                <w:noProof/>
                <w:webHidden/>
              </w:rPr>
              <w:fldChar w:fldCharType="end"/>
            </w:r>
          </w:hyperlink>
        </w:p>
        <w:p w14:paraId="35DF56E5" w14:textId="721567C5" w:rsidR="00800BC3" w:rsidRDefault="00800BC3">
          <w:pPr>
            <w:pStyle w:val="TOC2"/>
            <w:tabs>
              <w:tab w:val="right" w:leader="hyphen" w:pos="9350"/>
            </w:tabs>
            <w:rPr>
              <w:noProof/>
              <w:kern w:val="2"/>
              <w:sz w:val="24"/>
              <w:szCs w:val="24"/>
              <w:lang w:eastAsia="zh-CN"/>
              <w14:ligatures w14:val="standardContextual"/>
            </w:rPr>
          </w:pPr>
          <w:hyperlink w:anchor="_Toc218512849" w:history="1">
            <w:r w:rsidRPr="00A36C15">
              <w:rPr>
                <w:rStyle w:val="Hyperlink"/>
                <w:rFonts w:ascii="Roboto" w:hAnsi="Roboto"/>
                <w:noProof/>
              </w:rPr>
              <w:t>5.21 Send UART Command String</w:t>
            </w:r>
            <w:r>
              <w:rPr>
                <w:noProof/>
                <w:webHidden/>
              </w:rPr>
              <w:tab/>
            </w:r>
            <w:r>
              <w:rPr>
                <w:noProof/>
                <w:webHidden/>
              </w:rPr>
              <w:fldChar w:fldCharType="begin"/>
            </w:r>
            <w:r>
              <w:rPr>
                <w:noProof/>
                <w:webHidden/>
              </w:rPr>
              <w:instrText xml:space="preserve"> PAGEREF _Toc218512849 \h </w:instrText>
            </w:r>
            <w:r>
              <w:rPr>
                <w:noProof/>
                <w:webHidden/>
              </w:rPr>
            </w:r>
            <w:r>
              <w:rPr>
                <w:noProof/>
                <w:webHidden/>
              </w:rPr>
              <w:fldChar w:fldCharType="separate"/>
            </w:r>
            <w:r>
              <w:rPr>
                <w:noProof/>
                <w:webHidden/>
              </w:rPr>
              <w:t>39</w:t>
            </w:r>
            <w:r>
              <w:rPr>
                <w:noProof/>
                <w:webHidden/>
              </w:rPr>
              <w:fldChar w:fldCharType="end"/>
            </w:r>
          </w:hyperlink>
        </w:p>
        <w:p w14:paraId="54155A92" w14:textId="00C9579D" w:rsidR="00800BC3" w:rsidRDefault="00800BC3">
          <w:pPr>
            <w:pStyle w:val="TOC2"/>
            <w:tabs>
              <w:tab w:val="right" w:leader="hyphen" w:pos="9350"/>
            </w:tabs>
            <w:rPr>
              <w:noProof/>
              <w:kern w:val="2"/>
              <w:sz w:val="24"/>
              <w:szCs w:val="24"/>
              <w:lang w:eastAsia="zh-CN"/>
              <w14:ligatures w14:val="standardContextual"/>
            </w:rPr>
          </w:pPr>
          <w:hyperlink w:anchor="_Toc218512850" w:history="1">
            <w:r w:rsidRPr="00A36C15">
              <w:rPr>
                <w:rStyle w:val="Hyperlink"/>
                <w:rFonts w:ascii="Roboto" w:hAnsi="Roboto"/>
                <w:noProof/>
              </w:rPr>
              <w:t>5.22 Set UART Power On/Off Function</w:t>
            </w:r>
            <w:r>
              <w:rPr>
                <w:noProof/>
                <w:webHidden/>
              </w:rPr>
              <w:tab/>
            </w:r>
            <w:r>
              <w:rPr>
                <w:noProof/>
                <w:webHidden/>
              </w:rPr>
              <w:fldChar w:fldCharType="begin"/>
            </w:r>
            <w:r>
              <w:rPr>
                <w:noProof/>
                <w:webHidden/>
              </w:rPr>
              <w:instrText xml:space="preserve"> PAGEREF _Toc218512850 \h </w:instrText>
            </w:r>
            <w:r>
              <w:rPr>
                <w:noProof/>
                <w:webHidden/>
              </w:rPr>
            </w:r>
            <w:r>
              <w:rPr>
                <w:noProof/>
                <w:webHidden/>
              </w:rPr>
              <w:fldChar w:fldCharType="separate"/>
            </w:r>
            <w:r>
              <w:rPr>
                <w:noProof/>
                <w:webHidden/>
              </w:rPr>
              <w:t>40</w:t>
            </w:r>
            <w:r>
              <w:rPr>
                <w:noProof/>
                <w:webHidden/>
              </w:rPr>
              <w:fldChar w:fldCharType="end"/>
            </w:r>
          </w:hyperlink>
        </w:p>
        <w:p w14:paraId="5240628A" w14:textId="0283C7CC" w:rsidR="00800BC3" w:rsidRDefault="00800BC3">
          <w:pPr>
            <w:pStyle w:val="TOC2"/>
            <w:tabs>
              <w:tab w:val="right" w:leader="hyphen" w:pos="9350"/>
            </w:tabs>
            <w:rPr>
              <w:noProof/>
              <w:kern w:val="2"/>
              <w:sz w:val="24"/>
              <w:szCs w:val="24"/>
              <w:lang w:eastAsia="zh-CN"/>
              <w14:ligatures w14:val="standardContextual"/>
            </w:rPr>
          </w:pPr>
          <w:hyperlink w:anchor="_Toc218512851" w:history="1">
            <w:r w:rsidRPr="00A36C15">
              <w:rPr>
                <w:rStyle w:val="Hyperlink"/>
                <w:rFonts w:ascii="Roboto" w:hAnsi="Roboto"/>
                <w:noProof/>
              </w:rPr>
              <w:t>5.23 Get UART Power On/Off Function</w:t>
            </w:r>
            <w:r>
              <w:rPr>
                <w:noProof/>
                <w:webHidden/>
              </w:rPr>
              <w:tab/>
            </w:r>
            <w:r>
              <w:rPr>
                <w:noProof/>
                <w:webHidden/>
              </w:rPr>
              <w:fldChar w:fldCharType="begin"/>
            </w:r>
            <w:r>
              <w:rPr>
                <w:noProof/>
                <w:webHidden/>
              </w:rPr>
              <w:instrText xml:space="preserve"> PAGEREF _Toc218512851 \h </w:instrText>
            </w:r>
            <w:r>
              <w:rPr>
                <w:noProof/>
                <w:webHidden/>
              </w:rPr>
            </w:r>
            <w:r>
              <w:rPr>
                <w:noProof/>
                <w:webHidden/>
              </w:rPr>
              <w:fldChar w:fldCharType="separate"/>
            </w:r>
            <w:r>
              <w:rPr>
                <w:noProof/>
                <w:webHidden/>
              </w:rPr>
              <w:t>40</w:t>
            </w:r>
            <w:r>
              <w:rPr>
                <w:noProof/>
                <w:webHidden/>
              </w:rPr>
              <w:fldChar w:fldCharType="end"/>
            </w:r>
          </w:hyperlink>
        </w:p>
        <w:p w14:paraId="0B111743" w14:textId="1FA73CC2" w:rsidR="00800BC3" w:rsidRDefault="00800BC3">
          <w:pPr>
            <w:pStyle w:val="TOC2"/>
            <w:tabs>
              <w:tab w:val="right" w:leader="hyphen" w:pos="9350"/>
            </w:tabs>
            <w:rPr>
              <w:noProof/>
              <w:kern w:val="2"/>
              <w:sz w:val="24"/>
              <w:szCs w:val="24"/>
              <w:lang w:eastAsia="zh-CN"/>
              <w14:ligatures w14:val="standardContextual"/>
            </w:rPr>
          </w:pPr>
          <w:hyperlink w:anchor="_Toc218512852" w:history="1">
            <w:r w:rsidRPr="00A36C15">
              <w:rPr>
                <w:rStyle w:val="Hyperlink"/>
                <w:rFonts w:ascii="Roboto" w:hAnsi="Roboto"/>
                <w:noProof/>
              </w:rPr>
              <w:t>5.24 Send CEC and/or RS232 Commands</w:t>
            </w:r>
            <w:r>
              <w:rPr>
                <w:noProof/>
                <w:webHidden/>
              </w:rPr>
              <w:tab/>
            </w:r>
            <w:r>
              <w:rPr>
                <w:noProof/>
                <w:webHidden/>
              </w:rPr>
              <w:fldChar w:fldCharType="begin"/>
            </w:r>
            <w:r>
              <w:rPr>
                <w:noProof/>
                <w:webHidden/>
              </w:rPr>
              <w:instrText xml:space="preserve"> PAGEREF _Toc218512852 \h </w:instrText>
            </w:r>
            <w:r>
              <w:rPr>
                <w:noProof/>
                <w:webHidden/>
              </w:rPr>
            </w:r>
            <w:r>
              <w:rPr>
                <w:noProof/>
                <w:webHidden/>
              </w:rPr>
              <w:fldChar w:fldCharType="separate"/>
            </w:r>
            <w:r>
              <w:rPr>
                <w:noProof/>
                <w:webHidden/>
              </w:rPr>
              <w:t>41</w:t>
            </w:r>
            <w:r>
              <w:rPr>
                <w:noProof/>
                <w:webHidden/>
              </w:rPr>
              <w:fldChar w:fldCharType="end"/>
            </w:r>
          </w:hyperlink>
        </w:p>
        <w:p w14:paraId="29B611A0" w14:textId="45FEC3BB" w:rsidR="00800BC3" w:rsidRDefault="00800BC3">
          <w:pPr>
            <w:pStyle w:val="TOC2"/>
            <w:tabs>
              <w:tab w:val="right" w:leader="hyphen" w:pos="9350"/>
            </w:tabs>
            <w:rPr>
              <w:noProof/>
              <w:kern w:val="2"/>
              <w:sz w:val="24"/>
              <w:szCs w:val="24"/>
              <w:lang w:eastAsia="zh-CN"/>
              <w14:ligatures w14:val="standardContextual"/>
            </w:rPr>
          </w:pPr>
          <w:hyperlink w:anchor="_Toc218512853" w:history="1">
            <w:r w:rsidRPr="00A36C15">
              <w:rPr>
                <w:rStyle w:val="Hyperlink"/>
                <w:rFonts w:ascii="Roboto" w:hAnsi="Roboto"/>
                <w:noProof/>
              </w:rPr>
              <w:t>5.25 Set UART Operating Mode</w:t>
            </w:r>
            <w:r>
              <w:rPr>
                <w:noProof/>
                <w:webHidden/>
              </w:rPr>
              <w:tab/>
            </w:r>
            <w:r>
              <w:rPr>
                <w:noProof/>
                <w:webHidden/>
              </w:rPr>
              <w:fldChar w:fldCharType="begin"/>
            </w:r>
            <w:r>
              <w:rPr>
                <w:noProof/>
                <w:webHidden/>
              </w:rPr>
              <w:instrText xml:space="preserve"> PAGEREF _Toc218512853 \h </w:instrText>
            </w:r>
            <w:r>
              <w:rPr>
                <w:noProof/>
                <w:webHidden/>
              </w:rPr>
            </w:r>
            <w:r>
              <w:rPr>
                <w:noProof/>
                <w:webHidden/>
              </w:rPr>
              <w:fldChar w:fldCharType="separate"/>
            </w:r>
            <w:r>
              <w:rPr>
                <w:noProof/>
                <w:webHidden/>
              </w:rPr>
              <w:t>41</w:t>
            </w:r>
            <w:r>
              <w:rPr>
                <w:noProof/>
                <w:webHidden/>
              </w:rPr>
              <w:fldChar w:fldCharType="end"/>
            </w:r>
          </w:hyperlink>
        </w:p>
        <w:p w14:paraId="48CEE803" w14:textId="10E52992" w:rsidR="00800BC3" w:rsidRDefault="00800BC3">
          <w:pPr>
            <w:pStyle w:val="TOC2"/>
            <w:tabs>
              <w:tab w:val="right" w:leader="hyphen" w:pos="9350"/>
            </w:tabs>
            <w:rPr>
              <w:noProof/>
              <w:kern w:val="2"/>
              <w:sz w:val="24"/>
              <w:szCs w:val="24"/>
              <w:lang w:eastAsia="zh-CN"/>
              <w14:ligatures w14:val="standardContextual"/>
            </w:rPr>
          </w:pPr>
          <w:hyperlink w:anchor="_Toc218512854" w:history="1">
            <w:r w:rsidRPr="00A36C15">
              <w:rPr>
                <w:rStyle w:val="Hyperlink"/>
                <w:rFonts w:ascii="Roboto" w:hAnsi="Roboto"/>
                <w:noProof/>
              </w:rPr>
              <w:t>5.26 Get UART Operating Mode</w:t>
            </w:r>
            <w:r>
              <w:rPr>
                <w:noProof/>
                <w:webHidden/>
              </w:rPr>
              <w:tab/>
            </w:r>
            <w:r>
              <w:rPr>
                <w:noProof/>
                <w:webHidden/>
              </w:rPr>
              <w:fldChar w:fldCharType="begin"/>
            </w:r>
            <w:r>
              <w:rPr>
                <w:noProof/>
                <w:webHidden/>
              </w:rPr>
              <w:instrText xml:space="preserve"> PAGEREF _Toc218512854 \h </w:instrText>
            </w:r>
            <w:r>
              <w:rPr>
                <w:noProof/>
                <w:webHidden/>
              </w:rPr>
            </w:r>
            <w:r>
              <w:rPr>
                <w:noProof/>
                <w:webHidden/>
              </w:rPr>
              <w:fldChar w:fldCharType="separate"/>
            </w:r>
            <w:r>
              <w:rPr>
                <w:noProof/>
                <w:webHidden/>
              </w:rPr>
              <w:t>41</w:t>
            </w:r>
            <w:r>
              <w:rPr>
                <w:noProof/>
                <w:webHidden/>
              </w:rPr>
              <w:fldChar w:fldCharType="end"/>
            </w:r>
          </w:hyperlink>
        </w:p>
        <w:p w14:paraId="44A7A078" w14:textId="263EA792" w:rsidR="00800BC3" w:rsidRDefault="00800BC3">
          <w:pPr>
            <w:pStyle w:val="TOC2"/>
            <w:tabs>
              <w:tab w:val="right" w:leader="hyphen" w:pos="9350"/>
            </w:tabs>
            <w:rPr>
              <w:noProof/>
              <w:kern w:val="2"/>
              <w:sz w:val="24"/>
              <w:szCs w:val="24"/>
              <w:lang w:eastAsia="zh-CN"/>
              <w14:ligatures w14:val="standardContextual"/>
            </w:rPr>
          </w:pPr>
          <w:hyperlink w:anchor="_Toc218512855" w:history="1">
            <w:r w:rsidRPr="00A36C15">
              <w:rPr>
                <w:rStyle w:val="Hyperlink"/>
                <w:rFonts w:ascii="Roboto" w:hAnsi="Roboto"/>
                <w:noProof/>
              </w:rPr>
              <w:t>5.27 Get MUTE Input</w:t>
            </w:r>
            <w:r>
              <w:rPr>
                <w:noProof/>
                <w:webHidden/>
              </w:rPr>
              <w:tab/>
            </w:r>
            <w:r>
              <w:rPr>
                <w:noProof/>
                <w:webHidden/>
              </w:rPr>
              <w:fldChar w:fldCharType="begin"/>
            </w:r>
            <w:r>
              <w:rPr>
                <w:noProof/>
                <w:webHidden/>
              </w:rPr>
              <w:instrText xml:space="preserve"> PAGEREF _Toc218512855 \h </w:instrText>
            </w:r>
            <w:r>
              <w:rPr>
                <w:noProof/>
                <w:webHidden/>
              </w:rPr>
            </w:r>
            <w:r>
              <w:rPr>
                <w:noProof/>
                <w:webHidden/>
              </w:rPr>
              <w:fldChar w:fldCharType="separate"/>
            </w:r>
            <w:r>
              <w:rPr>
                <w:noProof/>
                <w:webHidden/>
              </w:rPr>
              <w:t>42</w:t>
            </w:r>
            <w:r>
              <w:rPr>
                <w:noProof/>
                <w:webHidden/>
              </w:rPr>
              <w:fldChar w:fldCharType="end"/>
            </w:r>
          </w:hyperlink>
        </w:p>
        <w:p w14:paraId="6DC3EC37" w14:textId="7D495869" w:rsidR="00800BC3" w:rsidRDefault="00800BC3">
          <w:pPr>
            <w:pStyle w:val="TOC1"/>
            <w:tabs>
              <w:tab w:val="right" w:leader="hyphen" w:pos="9350"/>
            </w:tabs>
            <w:rPr>
              <w:noProof/>
              <w:lang w:eastAsia="zh-CN"/>
            </w:rPr>
          </w:pPr>
          <w:hyperlink w:anchor="_Toc218512856" w:history="1">
            <w:r w:rsidRPr="00A36C15">
              <w:rPr>
                <w:rStyle w:val="Hyperlink"/>
                <w:rFonts w:ascii="Roboto" w:hAnsi="Roboto"/>
                <w:noProof/>
              </w:rPr>
              <w:t xml:space="preserve">6. </w:t>
            </w:r>
            <w:r w:rsidRPr="00A36C15">
              <w:rPr>
                <w:rStyle w:val="Hyperlink"/>
                <w:rFonts w:ascii="Roboto" w:hAnsi="Roboto"/>
                <w:noProof/>
                <w:lang w:val="en"/>
              </w:rPr>
              <w:t>Network and BYOD Related Settings</w:t>
            </w:r>
            <w:r>
              <w:rPr>
                <w:noProof/>
                <w:webHidden/>
              </w:rPr>
              <w:tab/>
            </w:r>
            <w:r>
              <w:rPr>
                <w:noProof/>
                <w:webHidden/>
              </w:rPr>
              <w:fldChar w:fldCharType="begin"/>
            </w:r>
            <w:r>
              <w:rPr>
                <w:noProof/>
                <w:webHidden/>
              </w:rPr>
              <w:instrText xml:space="preserve"> PAGEREF _Toc218512856 \h </w:instrText>
            </w:r>
            <w:r>
              <w:rPr>
                <w:noProof/>
                <w:webHidden/>
              </w:rPr>
            </w:r>
            <w:r>
              <w:rPr>
                <w:noProof/>
                <w:webHidden/>
              </w:rPr>
              <w:fldChar w:fldCharType="separate"/>
            </w:r>
            <w:r>
              <w:rPr>
                <w:noProof/>
                <w:webHidden/>
              </w:rPr>
              <w:t>42</w:t>
            </w:r>
            <w:r>
              <w:rPr>
                <w:noProof/>
                <w:webHidden/>
              </w:rPr>
              <w:fldChar w:fldCharType="end"/>
            </w:r>
          </w:hyperlink>
        </w:p>
        <w:p w14:paraId="1049E4E8" w14:textId="647C5207" w:rsidR="00800BC3" w:rsidRDefault="00800BC3">
          <w:pPr>
            <w:pStyle w:val="TOC2"/>
            <w:tabs>
              <w:tab w:val="right" w:leader="hyphen" w:pos="9350"/>
            </w:tabs>
            <w:rPr>
              <w:noProof/>
              <w:kern w:val="2"/>
              <w:sz w:val="24"/>
              <w:szCs w:val="24"/>
              <w:lang w:eastAsia="zh-CN"/>
              <w14:ligatures w14:val="standardContextual"/>
            </w:rPr>
          </w:pPr>
          <w:hyperlink w:anchor="_Toc218512857" w:history="1">
            <w:r w:rsidRPr="00A36C15">
              <w:rPr>
                <w:rStyle w:val="Hyperlink"/>
                <w:rFonts w:ascii="Roboto" w:hAnsi="Roboto"/>
                <w:noProof/>
              </w:rPr>
              <w:t>6.1 Set Network Isolation</w:t>
            </w:r>
            <w:r>
              <w:rPr>
                <w:noProof/>
                <w:webHidden/>
              </w:rPr>
              <w:tab/>
            </w:r>
            <w:r>
              <w:rPr>
                <w:noProof/>
                <w:webHidden/>
              </w:rPr>
              <w:fldChar w:fldCharType="begin"/>
            </w:r>
            <w:r>
              <w:rPr>
                <w:noProof/>
                <w:webHidden/>
              </w:rPr>
              <w:instrText xml:space="preserve"> PAGEREF _Toc218512857 \h </w:instrText>
            </w:r>
            <w:r>
              <w:rPr>
                <w:noProof/>
                <w:webHidden/>
              </w:rPr>
            </w:r>
            <w:r>
              <w:rPr>
                <w:noProof/>
                <w:webHidden/>
              </w:rPr>
              <w:fldChar w:fldCharType="separate"/>
            </w:r>
            <w:r>
              <w:rPr>
                <w:noProof/>
                <w:webHidden/>
              </w:rPr>
              <w:t>42</w:t>
            </w:r>
            <w:r>
              <w:rPr>
                <w:noProof/>
                <w:webHidden/>
              </w:rPr>
              <w:fldChar w:fldCharType="end"/>
            </w:r>
          </w:hyperlink>
        </w:p>
        <w:p w14:paraId="7DDF538C" w14:textId="5C1660E7" w:rsidR="00800BC3" w:rsidRDefault="00800BC3">
          <w:pPr>
            <w:pStyle w:val="TOC2"/>
            <w:tabs>
              <w:tab w:val="right" w:leader="hyphen" w:pos="9350"/>
            </w:tabs>
            <w:rPr>
              <w:noProof/>
              <w:kern w:val="2"/>
              <w:sz w:val="24"/>
              <w:szCs w:val="24"/>
              <w:lang w:eastAsia="zh-CN"/>
              <w14:ligatures w14:val="standardContextual"/>
            </w:rPr>
          </w:pPr>
          <w:hyperlink w:anchor="_Toc218512858" w:history="1">
            <w:r w:rsidRPr="00A36C15">
              <w:rPr>
                <w:rStyle w:val="Hyperlink"/>
                <w:rFonts w:ascii="Roboto" w:hAnsi="Roboto"/>
                <w:noProof/>
              </w:rPr>
              <w:t>6.2 Get Network Isolation Settings</w:t>
            </w:r>
            <w:r>
              <w:rPr>
                <w:noProof/>
                <w:webHidden/>
              </w:rPr>
              <w:tab/>
            </w:r>
            <w:r>
              <w:rPr>
                <w:noProof/>
                <w:webHidden/>
              </w:rPr>
              <w:fldChar w:fldCharType="begin"/>
            </w:r>
            <w:r>
              <w:rPr>
                <w:noProof/>
                <w:webHidden/>
              </w:rPr>
              <w:instrText xml:space="preserve"> PAGEREF _Toc218512858 \h </w:instrText>
            </w:r>
            <w:r>
              <w:rPr>
                <w:noProof/>
                <w:webHidden/>
              </w:rPr>
            </w:r>
            <w:r>
              <w:rPr>
                <w:noProof/>
                <w:webHidden/>
              </w:rPr>
              <w:fldChar w:fldCharType="separate"/>
            </w:r>
            <w:r>
              <w:rPr>
                <w:noProof/>
                <w:webHidden/>
              </w:rPr>
              <w:t>43</w:t>
            </w:r>
            <w:r>
              <w:rPr>
                <w:noProof/>
                <w:webHidden/>
              </w:rPr>
              <w:fldChar w:fldCharType="end"/>
            </w:r>
          </w:hyperlink>
        </w:p>
        <w:p w14:paraId="7B9515B2" w14:textId="7D211581" w:rsidR="00800BC3" w:rsidRDefault="00800BC3">
          <w:pPr>
            <w:pStyle w:val="TOC2"/>
            <w:tabs>
              <w:tab w:val="right" w:leader="hyphen" w:pos="9350"/>
            </w:tabs>
            <w:rPr>
              <w:noProof/>
              <w:kern w:val="2"/>
              <w:sz w:val="24"/>
              <w:szCs w:val="24"/>
              <w:lang w:eastAsia="zh-CN"/>
              <w14:ligatures w14:val="standardContextual"/>
            </w:rPr>
          </w:pPr>
          <w:hyperlink w:anchor="_Toc218512859" w:history="1">
            <w:r w:rsidRPr="00A36C15">
              <w:rPr>
                <w:rStyle w:val="Hyperlink"/>
                <w:rFonts w:ascii="Roboto" w:hAnsi="Roboto"/>
                <w:noProof/>
              </w:rPr>
              <w:t>6.3 Set IP Address - DHCP</w:t>
            </w:r>
            <w:r>
              <w:rPr>
                <w:noProof/>
                <w:webHidden/>
              </w:rPr>
              <w:tab/>
            </w:r>
            <w:r>
              <w:rPr>
                <w:noProof/>
                <w:webHidden/>
              </w:rPr>
              <w:fldChar w:fldCharType="begin"/>
            </w:r>
            <w:r>
              <w:rPr>
                <w:noProof/>
                <w:webHidden/>
              </w:rPr>
              <w:instrText xml:space="preserve"> PAGEREF _Toc218512859 \h </w:instrText>
            </w:r>
            <w:r>
              <w:rPr>
                <w:noProof/>
                <w:webHidden/>
              </w:rPr>
            </w:r>
            <w:r>
              <w:rPr>
                <w:noProof/>
                <w:webHidden/>
              </w:rPr>
              <w:fldChar w:fldCharType="separate"/>
            </w:r>
            <w:r>
              <w:rPr>
                <w:noProof/>
                <w:webHidden/>
              </w:rPr>
              <w:t>43</w:t>
            </w:r>
            <w:r>
              <w:rPr>
                <w:noProof/>
                <w:webHidden/>
              </w:rPr>
              <w:fldChar w:fldCharType="end"/>
            </w:r>
          </w:hyperlink>
        </w:p>
        <w:p w14:paraId="216E46FA" w14:textId="157163C2" w:rsidR="00800BC3" w:rsidRDefault="00800BC3">
          <w:pPr>
            <w:pStyle w:val="TOC2"/>
            <w:tabs>
              <w:tab w:val="right" w:leader="hyphen" w:pos="9350"/>
            </w:tabs>
            <w:rPr>
              <w:noProof/>
              <w:kern w:val="2"/>
              <w:sz w:val="24"/>
              <w:szCs w:val="24"/>
              <w:lang w:eastAsia="zh-CN"/>
              <w14:ligatures w14:val="standardContextual"/>
            </w:rPr>
          </w:pPr>
          <w:hyperlink w:anchor="_Toc218512860" w:history="1">
            <w:r w:rsidRPr="00A36C15">
              <w:rPr>
                <w:rStyle w:val="Hyperlink"/>
                <w:rFonts w:ascii="Roboto" w:hAnsi="Roboto"/>
                <w:noProof/>
              </w:rPr>
              <w:t>6.4 Set IP Address - Static</w:t>
            </w:r>
            <w:r>
              <w:rPr>
                <w:noProof/>
                <w:webHidden/>
              </w:rPr>
              <w:tab/>
            </w:r>
            <w:r>
              <w:rPr>
                <w:noProof/>
                <w:webHidden/>
              </w:rPr>
              <w:fldChar w:fldCharType="begin"/>
            </w:r>
            <w:r>
              <w:rPr>
                <w:noProof/>
                <w:webHidden/>
              </w:rPr>
              <w:instrText xml:space="preserve"> PAGEREF _Toc218512860 \h </w:instrText>
            </w:r>
            <w:r>
              <w:rPr>
                <w:noProof/>
                <w:webHidden/>
              </w:rPr>
            </w:r>
            <w:r>
              <w:rPr>
                <w:noProof/>
                <w:webHidden/>
              </w:rPr>
              <w:fldChar w:fldCharType="separate"/>
            </w:r>
            <w:r>
              <w:rPr>
                <w:noProof/>
                <w:webHidden/>
              </w:rPr>
              <w:t>44</w:t>
            </w:r>
            <w:r>
              <w:rPr>
                <w:noProof/>
                <w:webHidden/>
              </w:rPr>
              <w:fldChar w:fldCharType="end"/>
            </w:r>
          </w:hyperlink>
        </w:p>
        <w:p w14:paraId="1EA59B4C" w14:textId="17351D3F" w:rsidR="00800BC3" w:rsidRDefault="00800BC3">
          <w:pPr>
            <w:pStyle w:val="TOC2"/>
            <w:tabs>
              <w:tab w:val="right" w:leader="hyphen" w:pos="9350"/>
            </w:tabs>
            <w:rPr>
              <w:noProof/>
              <w:kern w:val="2"/>
              <w:sz w:val="24"/>
              <w:szCs w:val="24"/>
              <w:lang w:eastAsia="zh-CN"/>
              <w14:ligatures w14:val="standardContextual"/>
            </w:rPr>
          </w:pPr>
          <w:hyperlink w:anchor="_Toc218512861" w:history="1">
            <w:r w:rsidRPr="00A36C15">
              <w:rPr>
                <w:rStyle w:val="Hyperlink"/>
                <w:rFonts w:ascii="Roboto" w:hAnsi="Roboto"/>
                <w:noProof/>
              </w:rPr>
              <w:t>6.5 Get IP Address</w:t>
            </w:r>
            <w:r>
              <w:rPr>
                <w:noProof/>
                <w:webHidden/>
              </w:rPr>
              <w:tab/>
            </w:r>
            <w:r>
              <w:rPr>
                <w:noProof/>
                <w:webHidden/>
              </w:rPr>
              <w:fldChar w:fldCharType="begin"/>
            </w:r>
            <w:r>
              <w:rPr>
                <w:noProof/>
                <w:webHidden/>
              </w:rPr>
              <w:instrText xml:space="preserve"> PAGEREF _Toc218512861 \h </w:instrText>
            </w:r>
            <w:r>
              <w:rPr>
                <w:noProof/>
                <w:webHidden/>
              </w:rPr>
            </w:r>
            <w:r>
              <w:rPr>
                <w:noProof/>
                <w:webHidden/>
              </w:rPr>
              <w:fldChar w:fldCharType="separate"/>
            </w:r>
            <w:r>
              <w:rPr>
                <w:noProof/>
                <w:webHidden/>
              </w:rPr>
              <w:t>44</w:t>
            </w:r>
            <w:r>
              <w:rPr>
                <w:noProof/>
                <w:webHidden/>
              </w:rPr>
              <w:fldChar w:fldCharType="end"/>
            </w:r>
          </w:hyperlink>
        </w:p>
        <w:p w14:paraId="5243681B" w14:textId="4C80E721" w:rsidR="00800BC3" w:rsidRDefault="00800BC3">
          <w:pPr>
            <w:pStyle w:val="TOC2"/>
            <w:tabs>
              <w:tab w:val="right" w:leader="hyphen" w:pos="9350"/>
            </w:tabs>
            <w:rPr>
              <w:noProof/>
              <w:kern w:val="2"/>
              <w:sz w:val="24"/>
              <w:szCs w:val="24"/>
              <w:lang w:eastAsia="zh-CN"/>
              <w14:ligatures w14:val="standardContextual"/>
            </w:rPr>
          </w:pPr>
          <w:hyperlink w:anchor="_Toc218512862" w:history="1">
            <w:r w:rsidRPr="00A36C15">
              <w:rPr>
                <w:rStyle w:val="Hyperlink"/>
                <w:rFonts w:ascii="Roboto" w:hAnsi="Roboto"/>
                <w:noProof/>
              </w:rPr>
              <w:t>6.6 Configure USB-C Network Adapter Function</w:t>
            </w:r>
            <w:r>
              <w:rPr>
                <w:noProof/>
                <w:webHidden/>
              </w:rPr>
              <w:tab/>
            </w:r>
            <w:r>
              <w:rPr>
                <w:noProof/>
                <w:webHidden/>
              </w:rPr>
              <w:fldChar w:fldCharType="begin"/>
            </w:r>
            <w:r>
              <w:rPr>
                <w:noProof/>
                <w:webHidden/>
              </w:rPr>
              <w:instrText xml:space="preserve"> PAGEREF _Toc218512862 \h </w:instrText>
            </w:r>
            <w:r>
              <w:rPr>
                <w:noProof/>
                <w:webHidden/>
              </w:rPr>
            </w:r>
            <w:r>
              <w:rPr>
                <w:noProof/>
                <w:webHidden/>
              </w:rPr>
              <w:fldChar w:fldCharType="separate"/>
            </w:r>
            <w:r>
              <w:rPr>
                <w:noProof/>
                <w:webHidden/>
              </w:rPr>
              <w:t>45</w:t>
            </w:r>
            <w:r>
              <w:rPr>
                <w:noProof/>
                <w:webHidden/>
              </w:rPr>
              <w:fldChar w:fldCharType="end"/>
            </w:r>
          </w:hyperlink>
        </w:p>
        <w:p w14:paraId="7EFDC82B" w14:textId="2C7C928C" w:rsidR="00800BC3" w:rsidRDefault="00800BC3">
          <w:pPr>
            <w:pStyle w:val="TOC2"/>
            <w:tabs>
              <w:tab w:val="right" w:leader="hyphen" w:pos="9350"/>
            </w:tabs>
            <w:rPr>
              <w:noProof/>
              <w:kern w:val="2"/>
              <w:sz w:val="24"/>
              <w:szCs w:val="24"/>
              <w:lang w:eastAsia="zh-CN"/>
              <w14:ligatures w14:val="standardContextual"/>
            </w:rPr>
          </w:pPr>
          <w:hyperlink w:anchor="_Toc218512863" w:history="1">
            <w:r w:rsidRPr="00A36C15">
              <w:rPr>
                <w:rStyle w:val="Hyperlink"/>
                <w:rFonts w:ascii="Roboto" w:hAnsi="Roboto"/>
                <w:noProof/>
              </w:rPr>
              <w:t>6.7 Get USB Network Adapter Switch Status</w:t>
            </w:r>
            <w:r>
              <w:rPr>
                <w:noProof/>
                <w:webHidden/>
              </w:rPr>
              <w:tab/>
            </w:r>
            <w:r>
              <w:rPr>
                <w:noProof/>
                <w:webHidden/>
              </w:rPr>
              <w:fldChar w:fldCharType="begin"/>
            </w:r>
            <w:r>
              <w:rPr>
                <w:noProof/>
                <w:webHidden/>
              </w:rPr>
              <w:instrText xml:space="preserve"> PAGEREF _Toc218512863 \h </w:instrText>
            </w:r>
            <w:r>
              <w:rPr>
                <w:noProof/>
                <w:webHidden/>
              </w:rPr>
            </w:r>
            <w:r>
              <w:rPr>
                <w:noProof/>
                <w:webHidden/>
              </w:rPr>
              <w:fldChar w:fldCharType="separate"/>
            </w:r>
            <w:r>
              <w:rPr>
                <w:noProof/>
                <w:webHidden/>
              </w:rPr>
              <w:t>45</w:t>
            </w:r>
            <w:r>
              <w:rPr>
                <w:noProof/>
                <w:webHidden/>
              </w:rPr>
              <w:fldChar w:fldCharType="end"/>
            </w:r>
          </w:hyperlink>
        </w:p>
        <w:p w14:paraId="68F51D31" w14:textId="4D602345" w:rsidR="00800BC3" w:rsidRDefault="00800BC3">
          <w:pPr>
            <w:pStyle w:val="TOC2"/>
            <w:tabs>
              <w:tab w:val="right" w:leader="hyphen" w:pos="9350"/>
            </w:tabs>
            <w:rPr>
              <w:noProof/>
              <w:kern w:val="2"/>
              <w:sz w:val="24"/>
              <w:szCs w:val="24"/>
              <w:lang w:eastAsia="zh-CN"/>
              <w14:ligatures w14:val="standardContextual"/>
            </w:rPr>
          </w:pPr>
          <w:hyperlink w:anchor="_Toc218512864" w:history="1">
            <w:r w:rsidRPr="00A36C15">
              <w:rPr>
                <w:rStyle w:val="Hyperlink"/>
                <w:rFonts w:ascii="Roboto" w:hAnsi="Roboto"/>
                <w:noProof/>
              </w:rPr>
              <w:t>6.8 Configure HTTPS</w:t>
            </w:r>
            <w:r>
              <w:rPr>
                <w:noProof/>
                <w:webHidden/>
              </w:rPr>
              <w:tab/>
            </w:r>
            <w:r>
              <w:rPr>
                <w:noProof/>
                <w:webHidden/>
              </w:rPr>
              <w:fldChar w:fldCharType="begin"/>
            </w:r>
            <w:r>
              <w:rPr>
                <w:noProof/>
                <w:webHidden/>
              </w:rPr>
              <w:instrText xml:space="preserve"> PAGEREF _Toc218512864 \h </w:instrText>
            </w:r>
            <w:r>
              <w:rPr>
                <w:noProof/>
                <w:webHidden/>
              </w:rPr>
            </w:r>
            <w:r>
              <w:rPr>
                <w:noProof/>
                <w:webHidden/>
              </w:rPr>
              <w:fldChar w:fldCharType="separate"/>
            </w:r>
            <w:r>
              <w:rPr>
                <w:noProof/>
                <w:webHidden/>
              </w:rPr>
              <w:t>46</w:t>
            </w:r>
            <w:r>
              <w:rPr>
                <w:noProof/>
                <w:webHidden/>
              </w:rPr>
              <w:fldChar w:fldCharType="end"/>
            </w:r>
          </w:hyperlink>
        </w:p>
        <w:p w14:paraId="1E6DDF82" w14:textId="3D58E692" w:rsidR="00800BC3" w:rsidRDefault="00800BC3">
          <w:pPr>
            <w:pStyle w:val="TOC2"/>
            <w:tabs>
              <w:tab w:val="right" w:leader="hyphen" w:pos="9350"/>
            </w:tabs>
            <w:rPr>
              <w:noProof/>
              <w:kern w:val="2"/>
              <w:sz w:val="24"/>
              <w:szCs w:val="24"/>
              <w:lang w:eastAsia="zh-CN"/>
              <w14:ligatures w14:val="standardContextual"/>
            </w:rPr>
          </w:pPr>
          <w:hyperlink w:anchor="_Toc218512865" w:history="1">
            <w:r w:rsidRPr="00A36C15">
              <w:rPr>
                <w:rStyle w:val="Hyperlink"/>
                <w:rFonts w:ascii="Roboto" w:hAnsi="Roboto"/>
                <w:noProof/>
              </w:rPr>
              <w:t>6.9 Get HTTPS Switch Status</w:t>
            </w:r>
            <w:r>
              <w:rPr>
                <w:noProof/>
                <w:webHidden/>
              </w:rPr>
              <w:tab/>
            </w:r>
            <w:r>
              <w:rPr>
                <w:noProof/>
                <w:webHidden/>
              </w:rPr>
              <w:fldChar w:fldCharType="begin"/>
            </w:r>
            <w:r>
              <w:rPr>
                <w:noProof/>
                <w:webHidden/>
              </w:rPr>
              <w:instrText xml:space="preserve"> PAGEREF _Toc218512865 \h </w:instrText>
            </w:r>
            <w:r>
              <w:rPr>
                <w:noProof/>
                <w:webHidden/>
              </w:rPr>
            </w:r>
            <w:r>
              <w:rPr>
                <w:noProof/>
                <w:webHidden/>
              </w:rPr>
              <w:fldChar w:fldCharType="separate"/>
            </w:r>
            <w:r>
              <w:rPr>
                <w:noProof/>
                <w:webHidden/>
              </w:rPr>
              <w:t>46</w:t>
            </w:r>
            <w:r>
              <w:rPr>
                <w:noProof/>
                <w:webHidden/>
              </w:rPr>
              <w:fldChar w:fldCharType="end"/>
            </w:r>
          </w:hyperlink>
        </w:p>
        <w:p w14:paraId="7824379E" w14:textId="0575AC3E" w:rsidR="00800BC3" w:rsidRDefault="00800BC3">
          <w:pPr>
            <w:pStyle w:val="TOC2"/>
            <w:tabs>
              <w:tab w:val="right" w:leader="hyphen" w:pos="9350"/>
            </w:tabs>
            <w:rPr>
              <w:noProof/>
              <w:kern w:val="2"/>
              <w:sz w:val="24"/>
              <w:szCs w:val="24"/>
              <w:lang w:eastAsia="zh-CN"/>
              <w14:ligatures w14:val="standardContextual"/>
            </w:rPr>
          </w:pPr>
          <w:hyperlink w:anchor="_Toc218512866" w:history="1">
            <w:r w:rsidRPr="00A36C15">
              <w:rPr>
                <w:rStyle w:val="Hyperlink"/>
                <w:rFonts w:ascii="Roboto" w:hAnsi="Roboto"/>
                <w:noProof/>
              </w:rPr>
              <w:t>6.10 Set Telnet over TLS</w:t>
            </w:r>
            <w:r>
              <w:rPr>
                <w:noProof/>
                <w:webHidden/>
              </w:rPr>
              <w:tab/>
            </w:r>
            <w:r>
              <w:rPr>
                <w:noProof/>
                <w:webHidden/>
              </w:rPr>
              <w:fldChar w:fldCharType="begin"/>
            </w:r>
            <w:r>
              <w:rPr>
                <w:noProof/>
                <w:webHidden/>
              </w:rPr>
              <w:instrText xml:space="preserve"> PAGEREF _Toc218512866 \h </w:instrText>
            </w:r>
            <w:r>
              <w:rPr>
                <w:noProof/>
                <w:webHidden/>
              </w:rPr>
            </w:r>
            <w:r>
              <w:rPr>
                <w:noProof/>
                <w:webHidden/>
              </w:rPr>
              <w:fldChar w:fldCharType="separate"/>
            </w:r>
            <w:r>
              <w:rPr>
                <w:noProof/>
                <w:webHidden/>
              </w:rPr>
              <w:t>46</w:t>
            </w:r>
            <w:r>
              <w:rPr>
                <w:noProof/>
                <w:webHidden/>
              </w:rPr>
              <w:fldChar w:fldCharType="end"/>
            </w:r>
          </w:hyperlink>
        </w:p>
        <w:p w14:paraId="2076ADD9" w14:textId="3157F81B" w:rsidR="00800BC3" w:rsidRDefault="00800BC3">
          <w:pPr>
            <w:pStyle w:val="TOC2"/>
            <w:tabs>
              <w:tab w:val="right" w:leader="hyphen" w:pos="9350"/>
            </w:tabs>
            <w:rPr>
              <w:noProof/>
              <w:kern w:val="2"/>
              <w:sz w:val="24"/>
              <w:szCs w:val="24"/>
              <w:lang w:eastAsia="zh-CN"/>
              <w14:ligatures w14:val="standardContextual"/>
            </w:rPr>
          </w:pPr>
          <w:hyperlink w:anchor="_Toc218512867" w:history="1">
            <w:r w:rsidRPr="00A36C15">
              <w:rPr>
                <w:rStyle w:val="Hyperlink"/>
                <w:rFonts w:ascii="Roboto" w:hAnsi="Roboto"/>
                <w:noProof/>
              </w:rPr>
              <w:t>6.11 Get Telnet over TLS Status</w:t>
            </w:r>
            <w:r>
              <w:rPr>
                <w:noProof/>
                <w:webHidden/>
              </w:rPr>
              <w:tab/>
            </w:r>
            <w:r>
              <w:rPr>
                <w:noProof/>
                <w:webHidden/>
              </w:rPr>
              <w:fldChar w:fldCharType="begin"/>
            </w:r>
            <w:r>
              <w:rPr>
                <w:noProof/>
                <w:webHidden/>
              </w:rPr>
              <w:instrText xml:space="preserve"> PAGEREF _Toc218512867 \h </w:instrText>
            </w:r>
            <w:r>
              <w:rPr>
                <w:noProof/>
                <w:webHidden/>
              </w:rPr>
            </w:r>
            <w:r>
              <w:rPr>
                <w:noProof/>
                <w:webHidden/>
              </w:rPr>
              <w:fldChar w:fldCharType="separate"/>
            </w:r>
            <w:r>
              <w:rPr>
                <w:noProof/>
                <w:webHidden/>
              </w:rPr>
              <w:t>47</w:t>
            </w:r>
            <w:r>
              <w:rPr>
                <w:noProof/>
                <w:webHidden/>
              </w:rPr>
              <w:fldChar w:fldCharType="end"/>
            </w:r>
          </w:hyperlink>
        </w:p>
        <w:p w14:paraId="03F824A5" w14:textId="2A371D91" w:rsidR="00800BC3" w:rsidRDefault="00800BC3">
          <w:pPr>
            <w:pStyle w:val="TOC2"/>
            <w:tabs>
              <w:tab w:val="right" w:leader="hyphen" w:pos="9350"/>
            </w:tabs>
            <w:rPr>
              <w:noProof/>
              <w:kern w:val="2"/>
              <w:sz w:val="24"/>
              <w:szCs w:val="24"/>
              <w:lang w:eastAsia="zh-CN"/>
              <w14:ligatures w14:val="standardContextual"/>
            </w:rPr>
          </w:pPr>
          <w:hyperlink w:anchor="_Toc218512868" w:history="1">
            <w:r w:rsidRPr="00A36C15">
              <w:rPr>
                <w:rStyle w:val="Hyperlink"/>
                <w:rFonts w:ascii="Roboto" w:hAnsi="Roboto"/>
                <w:noProof/>
              </w:rPr>
              <w:t>6.12 Set Wi-Fi Operating Mode</w:t>
            </w:r>
            <w:r>
              <w:rPr>
                <w:noProof/>
                <w:webHidden/>
              </w:rPr>
              <w:tab/>
            </w:r>
            <w:r>
              <w:rPr>
                <w:noProof/>
                <w:webHidden/>
              </w:rPr>
              <w:fldChar w:fldCharType="begin"/>
            </w:r>
            <w:r>
              <w:rPr>
                <w:noProof/>
                <w:webHidden/>
              </w:rPr>
              <w:instrText xml:space="preserve"> PAGEREF _Toc218512868 \h </w:instrText>
            </w:r>
            <w:r>
              <w:rPr>
                <w:noProof/>
                <w:webHidden/>
              </w:rPr>
            </w:r>
            <w:r>
              <w:rPr>
                <w:noProof/>
                <w:webHidden/>
              </w:rPr>
              <w:fldChar w:fldCharType="separate"/>
            </w:r>
            <w:r>
              <w:rPr>
                <w:noProof/>
                <w:webHidden/>
              </w:rPr>
              <w:t>47</w:t>
            </w:r>
            <w:r>
              <w:rPr>
                <w:noProof/>
                <w:webHidden/>
              </w:rPr>
              <w:fldChar w:fldCharType="end"/>
            </w:r>
          </w:hyperlink>
        </w:p>
        <w:p w14:paraId="61A27401" w14:textId="0C609BCA" w:rsidR="00800BC3" w:rsidRDefault="00800BC3">
          <w:pPr>
            <w:pStyle w:val="TOC2"/>
            <w:tabs>
              <w:tab w:val="right" w:leader="hyphen" w:pos="9350"/>
            </w:tabs>
            <w:rPr>
              <w:noProof/>
              <w:kern w:val="2"/>
              <w:sz w:val="24"/>
              <w:szCs w:val="24"/>
              <w:lang w:eastAsia="zh-CN"/>
              <w14:ligatures w14:val="standardContextual"/>
            </w:rPr>
          </w:pPr>
          <w:hyperlink w:anchor="_Toc218512869" w:history="1">
            <w:r w:rsidRPr="00A36C15">
              <w:rPr>
                <w:rStyle w:val="Hyperlink"/>
                <w:rFonts w:ascii="Roboto" w:hAnsi="Roboto"/>
                <w:noProof/>
              </w:rPr>
              <w:t>6.13 Get Wi‑Fi Operating Mode</w:t>
            </w:r>
            <w:r>
              <w:rPr>
                <w:noProof/>
                <w:webHidden/>
              </w:rPr>
              <w:tab/>
            </w:r>
            <w:r>
              <w:rPr>
                <w:noProof/>
                <w:webHidden/>
              </w:rPr>
              <w:fldChar w:fldCharType="begin"/>
            </w:r>
            <w:r>
              <w:rPr>
                <w:noProof/>
                <w:webHidden/>
              </w:rPr>
              <w:instrText xml:space="preserve"> PAGEREF _Toc218512869 \h </w:instrText>
            </w:r>
            <w:r>
              <w:rPr>
                <w:noProof/>
                <w:webHidden/>
              </w:rPr>
            </w:r>
            <w:r>
              <w:rPr>
                <w:noProof/>
                <w:webHidden/>
              </w:rPr>
              <w:fldChar w:fldCharType="separate"/>
            </w:r>
            <w:r>
              <w:rPr>
                <w:noProof/>
                <w:webHidden/>
              </w:rPr>
              <w:t>47</w:t>
            </w:r>
            <w:r>
              <w:rPr>
                <w:noProof/>
                <w:webHidden/>
              </w:rPr>
              <w:fldChar w:fldCharType="end"/>
            </w:r>
          </w:hyperlink>
        </w:p>
        <w:p w14:paraId="30492EB2" w14:textId="0C94758F" w:rsidR="00800BC3" w:rsidRDefault="00800BC3">
          <w:pPr>
            <w:pStyle w:val="TOC2"/>
            <w:tabs>
              <w:tab w:val="right" w:leader="hyphen" w:pos="9350"/>
            </w:tabs>
            <w:rPr>
              <w:noProof/>
              <w:kern w:val="2"/>
              <w:sz w:val="24"/>
              <w:szCs w:val="24"/>
              <w:lang w:eastAsia="zh-CN"/>
              <w14:ligatures w14:val="standardContextual"/>
            </w:rPr>
          </w:pPr>
          <w:hyperlink w:anchor="_Toc218512870" w:history="1">
            <w:r w:rsidRPr="00A36C15">
              <w:rPr>
                <w:rStyle w:val="Hyperlink"/>
                <w:rFonts w:ascii="Roboto" w:hAnsi="Roboto"/>
                <w:noProof/>
              </w:rPr>
              <w:t>6.14 Set Wi-Fi Password</w:t>
            </w:r>
            <w:r>
              <w:rPr>
                <w:noProof/>
                <w:webHidden/>
              </w:rPr>
              <w:tab/>
            </w:r>
            <w:r>
              <w:rPr>
                <w:noProof/>
                <w:webHidden/>
              </w:rPr>
              <w:fldChar w:fldCharType="begin"/>
            </w:r>
            <w:r>
              <w:rPr>
                <w:noProof/>
                <w:webHidden/>
              </w:rPr>
              <w:instrText xml:space="preserve"> PAGEREF _Toc218512870 \h </w:instrText>
            </w:r>
            <w:r>
              <w:rPr>
                <w:noProof/>
                <w:webHidden/>
              </w:rPr>
            </w:r>
            <w:r>
              <w:rPr>
                <w:noProof/>
                <w:webHidden/>
              </w:rPr>
              <w:fldChar w:fldCharType="separate"/>
            </w:r>
            <w:r>
              <w:rPr>
                <w:noProof/>
                <w:webHidden/>
              </w:rPr>
              <w:t>48</w:t>
            </w:r>
            <w:r>
              <w:rPr>
                <w:noProof/>
                <w:webHidden/>
              </w:rPr>
              <w:fldChar w:fldCharType="end"/>
            </w:r>
          </w:hyperlink>
        </w:p>
        <w:p w14:paraId="02911E76" w14:textId="4E90734D" w:rsidR="00800BC3" w:rsidRDefault="00800BC3">
          <w:pPr>
            <w:pStyle w:val="TOC2"/>
            <w:tabs>
              <w:tab w:val="right" w:leader="hyphen" w:pos="9350"/>
            </w:tabs>
            <w:rPr>
              <w:noProof/>
              <w:kern w:val="2"/>
              <w:sz w:val="24"/>
              <w:szCs w:val="24"/>
              <w:lang w:eastAsia="zh-CN"/>
              <w14:ligatures w14:val="standardContextual"/>
            </w:rPr>
          </w:pPr>
          <w:hyperlink w:anchor="_Toc218512871" w:history="1">
            <w:r w:rsidRPr="00A36C15">
              <w:rPr>
                <w:rStyle w:val="Hyperlink"/>
                <w:rFonts w:ascii="Roboto" w:hAnsi="Roboto"/>
                <w:noProof/>
              </w:rPr>
              <w:t>6.15 Get Wi-Fi Password</w:t>
            </w:r>
            <w:r>
              <w:rPr>
                <w:noProof/>
                <w:webHidden/>
              </w:rPr>
              <w:tab/>
            </w:r>
            <w:r>
              <w:rPr>
                <w:noProof/>
                <w:webHidden/>
              </w:rPr>
              <w:fldChar w:fldCharType="begin"/>
            </w:r>
            <w:r>
              <w:rPr>
                <w:noProof/>
                <w:webHidden/>
              </w:rPr>
              <w:instrText xml:space="preserve"> PAGEREF _Toc218512871 \h </w:instrText>
            </w:r>
            <w:r>
              <w:rPr>
                <w:noProof/>
                <w:webHidden/>
              </w:rPr>
            </w:r>
            <w:r>
              <w:rPr>
                <w:noProof/>
                <w:webHidden/>
              </w:rPr>
              <w:fldChar w:fldCharType="separate"/>
            </w:r>
            <w:r>
              <w:rPr>
                <w:noProof/>
                <w:webHidden/>
              </w:rPr>
              <w:t>48</w:t>
            </w:r>
            <w:r>
              <w:rPr>
                <w:noProof/>
                <w:webHidden/>
              </w:rPr>
              <w:fldChar w:fldCharType="end"/>
            </w:r>
          </w:hyperlink>
        </w:p>
        <w:p w14:paraId="144A4666" w14:textId="354465A1" w:rsidR="00800BC3" w:rsidRDefault="00800BC3">
          <w:pPr>
            <w:pStyle w:val="TOC2"/>
            <w:tabs>
              <w:tab w:val="right" w:leader="hyphen" w:pos="9350"/>
            </w:tabs>
            <w:rPr>
              <w:noProof/>
              <w:kern w:val="2"/>
              <w:sz w:val="24"/>
              <w:szCs w:val="24"/>
              <w:lang w:eastAsia="zh-CN"/>
              <w14:ligatures w14:val="standardContextual"/>
            </w:rPr>
          </w:pPr>
          <w:hyperlink w:anchor="_Toc218512872" w:history="1">
            <w:r w:rsidRPr="00A36C15">
              <w:rPr>
                <w:rStyle w:val="Hyperlink"/>
                <w:rFonts w:ascii="Roboto" w:hAnsi="Roboto"/>
                <w:noProof/>
              </w:rPr>
              <w:t>6.16 Configure Soft AP Function</w:t>
            </w:r>
            <w:r>
              <w:rPr>
                <w:noProof/>
                <w:webHidden/>
              </w:rPr>
              <w:tab/>
            </w:r>
            <w:r>
              <w:rPr>
                <w:noProof/>
                <w:webHidden/>
              </w:rPr>
              <w:fldChar w:fldCharType="begin"/>
            </w:r>
            <w:r>
              <w:rPr>
                <w:noProof/>
                <w:webHidden/>
              </w:rPr>
              <w:instrText xml:space="preserve"> PAGEREF _Toc218512872 \h </w:instrText>
            </w:r>
            <w:r>
              <w:rPr>
                <w:noProof/>
                <w:webHidden/>
              </w:rPr>
            </w:r>
            <w:r>
              <w:rPr>
                <w:noProof/>
                <w:webHidden/>
              </w:rPr>
              <w:fldChar w:fldCharType="separate"/>
            </w:r>
            <w:r>
              <w:rPr>
                <w:noProof/>
                <w:webHidden/>
              </w:rPr>
              <w:t>48</w:t>
            </w:r>
            <w:r>
              <w:rPr>
                <w:noProof/>
                <w:webHidden/>
              </w:rPr>
              <w:fldChar w:fldCharType="end"/>
            </w:r>
          </w:hyperlink>
        </w:p>
        <w:p w14:paraId="007B6D02" w14:textId="1F4A99D0" w:rsidR="00800BC3" w:rsidRDefault="00800BC3">
          <w:pPr>
            <w:pStyle w:val="TOC2"/>
            <w:tabs>
              <w:tab w:val="right" w:leader="hyphen" w:pos="9350"/>
            </w:tabs>
            <w:rPr>
              <w:noProof/>
              <w:kern w:val="2"/>
              <w:sz w:val="24"/>
              <w:szCs w:val="24"/>
              <w:lang w:eastAsia="zh-CN"/>
              <w14:ligatures w14:val="standardContextual"/>
            </w:rPr>
          </w:pPr>
          <w:hyperlink w:anchor="_Toc218512873" w:history="1">
            <w:r w:rsidRPr="00A36C15">
              <w:rPr>
                <w:rStyle w:val="Hyperlink"/>
                <w:rFonts w:ascii="Roboto" w:hAnsi="Roboto"/>
                <w:noProof/>
              </w:rPr>
              <w:t>6.17 Get Soft AP On/Off Status</w:t>
            </w:r>
            <w:r>
              <w:rPr>
                <w:noProof/>
                <w:webHidden/>
              </w:rPr>
              <w:tab/>
            </w:r>
            <w:r>
              <w:rPr>
                <w:noProof/>
                <w:webHidden/>
              </w:rPr>
              <w:fldChar w:fldCharType="begin"/>
            </w:r>
            <w:r>
              <w:rPr>
                <w:noProof/>
                <w:webHidden/>
              </w:rPr>
              <w:instrText xml:space="preserve"> PAGEREF _Toc218512873 \h </w:instrText>
            </w:r>
            <w:r>
              <w:rPr>
                <w:noProof/>
                <w:webHidden/>
              </w:rPr>
            </w:r>
            <w:r>
              <w:rPr>
                <w:noProof/>
                <w:webHidden/>
              </w:rPr>
              <w:fldChar w:fldCharType="separate"/>
            </w:r>
            <w:r>
              <w:rPr>
                <w:noProof/>
                <w:webHidden/>
              </w:rPr>
              <w:t>49</w:t>
            </w:r>
            <w:r>
              <w:rPr>
                <w:noProof/>
                <w:webHidden/>
              </w:rPr>
              <w:fldChar w:fldCharType="end"/>
            </w:r>
          </w:hyperlink>
        </w:p>
        <w:p w14:paraId="1A11A7D1" w14:textId="4B40170B" w:rsidR="00800BC3" w:rsidRDefault="00800BC3">
          <w:pPr>
            <w:pStyle w:val="TOC2"/>
            <w:tabs>
              <w:tab w:val="right" w:leader="hyphen" w:pos="9350"/>
            </w:tabs>
            <w:rPr>
              <w:noProof/>
              <w:kern w:val="2"/>
              <w:sz w:val="24"/>
              <w:szCs w:val="24"/>
              <w:lang w:eastAsia="zh-CN"/>
              <w14:ligatures w14:val="standardContextual"/>
            </w:rPr>
          </w:pPr>
          <w:hyperlink w:anchor="_Toc218512874" w:history="1">
            <w:r w:rsidRPr="00A36C15">
              <w:rPr>
                <w:rStyle w:val="Hyperlink"/>
                <w:rFonts w:ascii="Roboto" w:hAnsi="Roboto"/>
                <w:noProof/>
              </w:rPr>
              <w:t>6.18 Configure SoftAP Routing</w:t>
            </w:r>
            <w:r>
              <w:rPr>
                <w:noProof/>
                <w:webHidden/>
              </w:rPr>
              <w:tab/>
            </w:r>
            <w:r>
              <w:rPr>
                <w:noProof/>
                <w:webHidden/>
              </w:rPr>
              <w:fldChar w:fldCharType="begin"/>
            </w:r>
            <w:r>
              <w:rPr>
                <w:noProof/>
                <w:webHidden/>
              </w:rPr>
              <w:instrText xml:space="preserve"> PAGEREF _Toc218512874 \h </w:instrText>
            </w:r>
            <w:r>
              <w:rPr>
                <w:noProof/>
                <w:webHidden/>
              </w:rPr>
            </w:r>
            <w:r>
              <w:rPr>
                <w:noProof/>
                <w:webHidden/>
              </w:rPr>
              <w:fldChar w:fldCharType="separate"/>
            </w:r>
            <w:r>
              <w:rPr>
                <w:noProof/>
                <w:webHidden/>
              </w:rPr>
              <w:t>49</w:t>
            </w:r>
            <w:r>
              <w:rPr>
                <w:noProof/>
                <w:webHidden/>
              </w:rPr>
              <w:fldChar w:fldCharType="end"/>
            </w:r>
          </w:hyperlink>
        </w:p>
        <w:p w14:paraId="325FB859" w14:textId="24BD9F3F" w:rsidR="00800BC3" w:rsidRDefault="00800BC3">
          <w:pPr>
            <w:pStyle w:val="TOC2"/>
            <w:tabs>
              <w:tab w:val="right" w:leader="hyphen" w:pos="9350"/>
            </w:tabs>
            <w:rPr>
              <w:noProof/>
              <w:kern w:val="2"/>
              <w:sz w:val="24"/>
              <w:szCs w:val="24"/>
              <w:lang w:eastAsia="zh-CN"/>
              <w14:ligatures w14:val="standardContextual"/>
            </w:rPr>
          </w:pPr>
          <w:hyperlink w:anchor="_Toc218512875" w:history="1">
            <w:r w:rsidRPr="00A36C15">
              <w:rPr>
                <w:rStyle w:val="Hyperlink"/>
                <w:rFonts w:ascii="Roboto" w:hAnsi="Roboto"/>
                <w:noProof/>
              </w:rPr>
              <w:t>6.19 Get Soft Router Function Switch Status</w:t>
            </w:r>
            <w:r>
              <w:rPr>
                <w:noProof/>
                <w:webHidden/>
              </w:rPr>
              <w:tab/>
            </w:r>
            <w:r>
              <w:rPr>
                <w:noProof/>
                <w:webHidden/>
              </w:rPr>
              <w:fldChar w:fldCharType="begin"/>
            </w:r>
            <w:r>
              <w:rPr>
                <w:noProof/>
                <w:webHidden/>
              </w:rPr>
              <w:instrText xml:space="preserve"> PAGEREF _Toc218512875 \h </w:instrText>
            </w:r>
            <w:r>
              <w:rPr>
                <w:noProof/>
                <w:webHidden/>
              </w:rPr>
            </w:r>
            <w:r>
              <w:rPr>
                <w:noProof/>
                <w:webHidden/>
              </w:rPr>
              <w:fldChar w:fldCharType="separate"/>
            </w:r>
            <w:r>
              <w:rPr>
                <w:noProof/>
                <w:webHidden/>
              </w:rPr>
              <w:t>49</w:t>
            </w:r>
            <w:r>
              <w:rPr>
                <w:noProof/>
                <w:webHidden/>
              </w:rPr>
              <w:fldChar w:fldCharType="end"/>
            </w:r>
          </w:hyperlink>
        </w:p>
        <w:p w14:paraId="1D2FEEE3" w14:textId="34A8A21D" w:rsidR="00800BC3" w:rsidRDefault="00800BC3">
          <w:pPr>
            <w:pStyle w:val="TOC2"/>
            <w:tabs>
              <w:tab w:val="right" w:leader="hyphen" w:pos="9350"/>
            </w:tabs>
            <w:rPr>
              <w:noProof/>
              <w:kern w:val="2"/>
              <w:sz w:val="24"/>
              <w:szCs w:val="24"/>
              <w:lang w:eastAsia="zh-CN"/>
              <w14:ligatures w14:val="standardContextual"/>
            </w:rPr>
          </w:pPr>
          <w:hyperlink w:anchor="_Toc218512876" w:history="1">
            <w:r w:rsidRPr="00A36C15">
              <w:rPr>
                <w:rStyle w:val="Hyperlink"/>
                <w:rFonts w:ascii="Roboto" w:hAnsi="Roboto"/>
                <w:noProof/>
              </w:rPr>
              <w:t>6.20 Set BYOD Feature</w:t>
            </w:r>
            <w:r>
              <w:rPr>
                <w:noProof/>
                <w:webHidden/>
              </w:rPr>
              <w:tab/>
            </w:r>
            <w:r>
              <w:rPr>
                <w:noProof/>
                <w:webHidden/>
              </w:rPr>
              <w:fldChar w:fldCharType="begin"/>
            </w:r>
            <w:r>
              <w:rPr>
                <w:noProof/>
                <w:webHidden/>
              </w:rPr>
              <w:instrText xml:space="preserve"> PAGEREF _Toc218512876 \h </w:instrText>
            </w:r>
            <w:r>
              <w:rPr>
                <w:noProof/>
                <w:webHidden/>
              </w:rPr>
            </w:r>
            <w:r>
              <w:rPr>
                <w:noProof/>
                <w:webHidden/>
              </w:rPr>
              <w:fldChar w:fldCharType="separate"/>
            </w:r>
            <w:r>
              <w:rPr>
                <w:noProof/>
                <w:webHidden/>
              </w:rPr>
              <w:t>50</w:t>
            </w:r>
            <w:r>
              <w:rPr>
                <w:noProof/>
                <w:webHidden/>
              </w:rPr>
              <w:fldChar w:fldCharType="end"/>
            </w:r>
          </w:hyperlink>
        </w:p>
        <w:p w14:paraId="52EC2D4E" w14:textId="304C78A4" w:rsidR="00800BC3" w:rsidRDefault="00800BC3">
          <w:pPr>
            <w:pStyle w:val="TOC2"/>
            <w:tabs>
              <w:tab w:val="right" w:leader="hyphen" w:pos="9350"/>
            </w:tabs>
            <w:rPr>
              <w:noProof/>
              <w:kern w:val="2"/>
              <w:sz w:val="24"/>
              <w:szCs w:val="24"/>
              <w:lang w:eastAsia="zh-CN"/>
              <w14:ligatures w14:val="standardContextual"/>
            </w:rPr>
          </w:pPr>
          <w:hyperlink w:anchor="_Toc218512877" w:history="1">
            <w:r w:rsidRPr="00A36C15">
              <w:rPr>
                <w:rStyle w:val="Hyperlink"/>
                <w:rFonts w:ascii="Roboto" w:hAnsi="Roboto"/>
                <w:noProof/>
              </w:rPr>
              <w:t>6.21 Get BYOD Feature</w:t>
            </w:r>
            <w:r>
              <w:rPr>
                <w:noProof/>
                <w:webHidden/>
              </w:rPr>
              <w:tab/>
            </w:r>
            <w:r>
              <w:rPr>
                <w:noProof/>
                <w:webHidden/>
              </w:rPr>
              <w:fldChar w:fldCharType="begin"/>
            </w:r>
            <w:r>
              <w:rPr>
                <w:noProof/>
                <w:webHidden/>
              </w:rPr>
              <w:instrText xml:space="preserve"> PAGEREF _Toc218512877 \h </w:instrText>
            </w:r>
            <w:r>
              <w:rPr>
                <w:noProof/>
                <w:webHidden/>
              </w:rPr>
            </w:r>
            <w:r>
              <w:rPr>
                <w:noProof/>
                <w:webHidden/>
              </w:rPr>
              <w:fldChar w:fldCharType="separate"/>
            </w:r>
            <w:r>
              <w:rPr>
                <w:noProof/>
                <w:webHidden/>
              </w:rPr>
              <w:t>50</w:t>
            </w:r>
            <w:r>
              <w:rPr>
                <w:noProof/>
                <w:webHidden/>
              </w:rPr>
              <w:fldChar w:fldCharType="end"/>
            </w:r>
          </w:hyperlink>
        </w:p>
        <w:p w14:paraId="4992D952" w14:textId="6A6F5A9E" w:rsidR="00800BC3" w:rsidRDefault="00800BC3">
          <w:pPr>
            <w:pStyle w:val="TOC2"/>
            <w:tabs>
              <w:tab w:val="right" w:leader="hyphen" w:pos="9350"/>
            </w:tabs>
            <w:rPr>
              <w:noProof/>
              <w:kern w:val="2"/>
              <w:sz w:val="24"/>
              <w:szCs w:val="24"/>
              <w:lang w:eastAsia="zh-CN"/>
              <w14:ligatures w14:val="standardContextual"/>
            </w:rPr>
          </w:pPr>
          <w:hyperlink w:anchor="_Toc218512878" w:history="1">
            <w:r w:rsidRPr="00A36C15">
              <w:rPr>
                <w:rStyle w:val="Hyperlink"/>
                <w:rFonts w:ascii="Roboto" w:hAnsi="Roboto"/>
                <w:noProof/>
              </w:rPr>
              <w:t>6.22 Set BYOD Access Code</w:t>
            </w:r>
            <w:r>
              <w:rPr>
                <w:noProof/>
                <w:webHidden/>
              </w:rPr>
              <w:tab/>
            </w:r>
            <w:r>
              <w:rPr>
                <w:noProof/>
                <w:webHidden/>
              </w:rPr>
              <w:fldChar w:fldCharType="begin"/>
            </w:r>
            <w:r>
              <w:rPr>
                <w:noProof/>
                <w:webHidden/>
              </w:rPr>
              <w:instrText xml:space="preserve"> PAGEREF _Toc218512878 \h </w:instrText>
            </w:r>
            <w:r>
              <w:rPr>
                <w:noProof/>
                <w:webHidden/>
              </w:rPr>
            </w:r>
            <w:r>
              <w:rPr>
                <w:noProof/>
                <w:webHidden/>
              </w:rPr>
              <w:fldChar w:fldCharType="separate"/>
            </w:r>
            <w:r>
              <w:rPr>
                <w:noProof/>
                <w:webHidden/>
              </w:rPr>
              <w:t>50</w:t>
            </w:r>
            <w:r>
              <w:rPr>
                <w:noProof/>
                <w:webHidden/>
              </w:rPr>
              <w:fldChar w:fldCharType="end"/>
            </w:r>
          </w:hyperlink>
        </w:p>
        <w:p w14:paraId="21A807FE" w14:textId="50C8F059" w:rsidR="00800BC3" w:rsidRDefault="00800BC3">
          <w:pPr>
            <w:pStyle w:val="TOC2"/>
            <w:tabs>
              <w:tab w:val="right" w:leader="hyphen" w:pos="9350"/>
            </w:tabs>
            <w:rPr>
              <w:noProof/>
              <w:kern w:val="2"/>
              <w:sz w:val="24"/>
              <w:szCs w:val="24"/>
              <w:lang w:eastAsia="zh-CN"/>
              <w14:ligatures w14:val="standardContextual"/>
            </w:rPr>
          </w:pPr>
          <w:hyperlink w:anchor="_Toc218512879" w:history="1">
            <w:r w:rsidRPr="00A36C15">
              <w:rPr>
                <w:rStyle w:val="Hyperlink"/>
                <w:rFonts w:ascii="Roboto" w:hAnsi="Roboto"/>
                <w:noProof/>
              </w:rPr>
              <w:t>6.23 Get BYOD Access Code</w:t>
            </w:r>
            <w:r>
              <w:rPr>
                <w:noProof/>
                <w:webHidden/>
              </w:rPr>
              <w:tab/>
            </w:r>
            <w:r>
              <w:rPr>
                <w:noProof/>
                <w:webHidden/>
              </w:rPr>
              <w:fldChar w:fldCharType="begin"/>
            </w:r>
            <w:r>
              <w:rPr>
                <w:noProof/>
                <w:webHidden/>
              </w:rPr>
              <w:instrText xml:space="preserve"> PAGEREF _Toc218512879 \h </w:instrText>
            </w:r>
            <w:r>
              <w:rPr>
                <w:noProof/>
                <w:webHidden/>
              </w:rPr>
            </w:r>
            <w:r>
              <w:rPr>
                <w:noProof/>
                <w:webHidden/>
              </w:rPr>
              <w:fldChar w:fldCharType="separate"/>
            </w:r>
            <w:r>
              <w:rPr>
                <w:noProof/>
                <w:webHidden/>
              </w:rPr>
              <w:t>51</w:t>
            </w:r>
            <w:r>
              <w:rPr>
                <w:noProof/>
                <w:webHidden/>
              </w:rPr>
              <w:fldChar w:fldCharType="end"/>
            </w:r>
          </w:hyperlink>
        </w:p>
        <w:p w14:paraId="46474FA6" w14:textId="2CBCB464" w:rsidR="00800BC3" w:rsidRDefault="00800BC3">
          <w:pPr>
            <w:pStyle w:val="TOC2"/>
            <w:tabs>
              <w:tab w:val="right" w:leader="hyphen" w:pos="9350"/>
            </w:tabs>
            <w:rPr>
              <w:noProof/>
              <w:kern w:val="2"/>
              <w:sz w:val="24"/>
              <w:szCs w:val="24"/>
              <w:lang w:eastAsia="zh-CN"/>
              <w14:ligatures w14:val="standardContextual"/>
            </w:rPr>
          </w:pPr>
          <w:hyperlink w:anchor="_Toc218512880" w:history="1">
            <w:r w:rsidRPr="00A36C15">
              <w:rPr>
                <w:rStyle w:val="Hyperlink"/>
                <w:rFonts w:ascii="Roboto" w:hAnsi="Roboto"/>
                <w:noProof/>
              </w:rPr>
              <w:t>6.24 Set SSID Broadcast</w:t>
            </w:r>
            <w:r>
              <w:rPr>
                <w:noProof/>
                <w:webHidden/>
              </w:rPr>
              <w:tab/>
            </w:r>
            <w:r>
              <w:rPr>
                <w:noProof/>
                <w:webHidden/>
              </w:rPr>
              <w:fldChar w:fldCharType="begin"/>
            </w:r>
            <w:r>
              <w:rPr>
                <w:noProof/>
                <w:webHidden/>
              </w:rPr>
              <w:instrText xml:space="preserve"> PAGEREF _Toc218512880 \h </w:instrText>
            </w:r>
            <w:r>
              <w:rPr>
                <w:noProof/>
                <w:webHidden/>
              </w:rPr>
            </w:r>
            <w:r>
              <w:rPr>
                <w:noProof/>
                <w:webHidden/>
              </w:rPr>
              <w:fldChar w:fldCharType="separate"/>
            </w:r>
            <w:r>
              <w:rPr>
                <w:noProof/>
                <w:webHidden/>
              </w:rPr>
              <w:t>51</w:t>
            </w:r>
            <w:r>
              <w:rPr>
                <w:noProof/>
                <w:webHidden/>
              </w:rPr>
              <w:fldChar w:fldCharType="end"/>
            </w:r>
          </w:hyperlink>
        </w:p>
        <w:p w14:paraId="38C76BDF" w14:textId="52747BA1" w:rsidR="00800BC3" w:rsidRDefault="00800BC3">
          <w:pPr>
            <w:pStyle w:val="TOC2"/>
            <w:tabs>
              <w:tab w:val="right" w:leader="hyphen" w:pos="9350"/>
            </w:tabs>
            <w:rPr>
              <w:noProof/>
              <w:kern w:val="2"/>
              <w:sz w:val="24"/>
              <w:szCs w:val="24"/>
              <w:lang w:eastAsia="zh-CN"/>
              <w14:ligatures w14:val="standardContextual"/>
            </w:rPr>
          </w:pPr>
          <w:hyperlink w:anchor="_Toc218512881" w:history="1">
            <w:r w:rsidRPr="00A36C15">
              <w:rPr>
                <w:rStyle w:val="Hyperlink"/>
                <w:rFonts w:ascii="Roboto" w:hAnsi="Roboto"/>
                <w:noProof/>
              </w:rPr>
              <w:t>6.25 Get SSID Broadcast Switch Status</w:t>
            </w:r>
            <w:r>
              <w:rPr>
                <w:noProof/>
                <w:webHidden/>
              </w:rPr>
              <w:tab/>
            </w:r>
            <w:r>
              <w:rPr>
                <w:noProof/>
                <w:webHidden/>
              </w:rPr>
              <w:fldChar w:fldCharType="begin"/>
            </w:r>
            <w:r>
              <w:rPr>
                <w:noProof/>
                <w:webHidden/>
              </w:rPr>
              <w:instrText xml:space="preserve"> PAGEREF _Toc218512881 \h </w:instrText>
            </w:r>
            <w:r>
              <w:rPr>
                <w:noProof/>
                <w:webHidden/>
              </w:rPr>
            </w:r>
            <w:r>
              <w:rPr>
                <w:noProof/>
                <w:webHidden/>
              </w:rPr>
              <w:fldChar w:fldCharType="separate"/>
            </w:r>
            <w:r>
              <w:rPr>
                <w:noProof/>
                <w:webHidden/>
              </w:rPr>
              <w:t>51</w:t>
            </w:r>
            <w:r>
              <w:rPr>
                <w:noProof/>
                <w:webHidden/>
              </w:rPr>
              <w:fldChar w:fldCharType="end"/>
            </w:r>
          </w:hyperlink>
        </w:p>
        <w:p w14:paraId="5CB85E38" w14:textId="55821850" w:rsidR="00B627E2" w:rsidRDefault="00B627E2">
          <w:r>
            <w:rPr>
              <w:b/>
              <w:bCs/>
              <w:noProof/>
            </w:rPr>
            <w:fldChar w:fldCharType="end"/>
          </w:r>
        </w:p>
      </w:sdtContent>
    </w:sdt>
    <w:p w14:paraId="0DDADB16" w14:textId="77777777" w:rsidR="00813AEA" w:rsidRDefault="00813AEA">
      <w:pPr>
        <w:rPr>
          <w:rFonts w:ascii="Roboto" w:eastAsiaTheme="majorEastAsia" w:hAnsi="Roboto" w:cstheme="majorBidi"/>
          <w:b/>
          <w:bCs/>
          <w:color w:val="000000"/>
          <w:sz w:val="32"/>
          <w:szCs w:val="28"/>
        </w:rPr>
      </w:pPr>
      <w:r>
        <w:rPr>
          <w:rFonts w:ascii="Roboto" w:hAnsi="Roboto"/>
          <w:color w:val="000000"/>
          <w:sz w:val="32"/>
        </w:rPr>
        <w:br w:type="page"/>
      </w:r>
    </w:p>
    <w:p w14:paraId="7E71CF1A" w14:textId="4B6C1E7F" w:rsidR="002C5F7A" w:rsidRPr="000B05FA" w:rsidRDefault="002C5F7A" w:rsidP="002C5F7A">
      <w:pPr>
        <w:pStyle w:val="Heading1"/>
        <w:spacing w:before="0"/>
        <w:rPr>
          <w:rFonts w:ascii="Roboto" w:hAnsi="Roboto"/>
          <w:color w:val="000000"/>
          <w:sz w:val="32"/>
        </w:rPr>
      </w:pPr>
      <w:bookmarkStart w:id="1" w:name="_Hlk210657058"/>
      <w:bookmarkStart w:id="2" w:name="_Toc218512767"/>
      <w:r w:rsidRPr="000B05FA">
        <w:rPr>
          <w:rFonts w:ascii="Roboto" w:hAnsi="Roboto"/>
          <w:color w:val="000000"/>
          <w:sz w:val="32"/>
        </w:rPr>
        <w:lastRenderedPageBreak/>
        <w:t>0. Device Communication</w:t>
      </w:r>
      <w:bookmarkEnd w:id="0"/>
      <w:bookmarkEnd w:id="2"/>
    </w:p>
    <w:p w14:paraId="6F2324DC" w14:textId="77777777" w:rsidR="002C5F7A" w:rsidRPr="000B05FA" w:rsidRDefault="002C5F7A" w:rsidP="002C5F7A">
      <w:pPr>
        <w:pStyle w:val="Heading2"/>
        <w:rPr>
          <w:rFonts w:ascii="Roboto" w:hAnsi="Roboto"/>
          <w:color w:val="000000"/>
          <w:sz w:val="28"/>
          <w:szCs w:val="24"/>
        </w:rPr>
      </w:pPr>
      <w:bookmarkStart w:id="3" w:name="_Toc208388224"/>
      <w:bookmarkStart w:id="4" w:name="_Toc218512768"/>
      <w:r w:rsidRPr="000B05FA">
        <w:rPr>
          <w:rFonts w:ascii="Roboto" w:hAnsi="Roboto"/>
          <w:color w:val="000000"/>
          <w:sz w:val="28"/>
          <w:szCs w:val="24"/>
        </w:rPr>
        <w:t>0.1 Overview</w:t>
      </w:r>
      <w:bookmarkEnd w:id="3"/>
      <w:bookmarkEnd w:id="4"/>
    </w:p>
    <w:p w14:paraId="3249F50C" w14:textId="5D948A43" w:rsidR="002C5F7A" w:rsidRPr="000B05FA" w:rsidRDefault="002C5F7A" w:rsidP="002C5F7A">
      <w:pPr>
        <w:rPr>
          <w:rFonts w:ascii="Roboto" w:hAnsi="Roboto"/>
          <w:sz w:val="18"/>
          <w:szCs w:val="18"/>
        </w:rPr>
      </w:pPr>
      <w:r w:rsidRPr="000B05FA">
        <w:rPr>
          <w:rFonts w:ascii="Roboto" w:hAnsi="Roboto"/>
          <w:sz w:val="18"/>
          <w:szCs w:val="18"/>
        </w:rPr>
        <w:t>The following contains the connection and commands to control the SW-6</w:t>
      </w:r>
      <w:r w:rsidR="005601CE">
        <w:rPr>
          <w:rFonts w:ascii="Roboto" w:hAnsi="Roboto"/>
          <w:sz w:val="18"/>
          <w:szCs w:val="18"/>
        </w:rPr>
        <w:t>20</w:t>
      </w:r>
      <w:r w:rsidRPr="000B05FA">
        <w:rPr>
          <w:rFonts w:ascii="Roboto" w:hAnsi="Roboto"/>
          <w:sz w:val="18"/>
          <w:szCs w:val="18"/>
        </w:rPr>
        <w:t>-TX-W. By following the content contained in this document, the device can be controlled and configured via 3</w:t>
      </w:r>
      <w:r w:rsidRPr="000B05FA">
        <w:rPr>
          <w:rFonts w:ascii="Roboto" w:hAnsi="Roboto"/>
          <w:sz w:val="18"/>
          <w:szCs w:val="18"/>
          <w:vertAlign w:val="superscript"/>
        </w:rPr>
        <w:t>rd</w:t>
      </w:r>
      <w:r w:rsidRPr="000B05FA">
        <w:rPr>
          <w:rFonts w:ascii="Roboto" w:hAnsi="Roboto"/>
          <w:sz w:val="18"/>
          <w:szCs w:val="18"/>
        </w:rPr>
        <w:t xml:space="preserve"> party control system.</w:t>
      </w:r>
    </w:p>
    <w:p w14:paraId="5A4AA134" w14:textId="77777777" w:rsidR="002C5F7A" w:rsidRPr="000B05FA" w:rsidRDefault="002C5F7A" w:rsidP="002C5F7A">
      <w:pPr>
        <w:rPr>
          <w:rFonts w:ascii="Roboto" w:hAnsi="Roboto"/>
          <w:sz w:val="18"/>
          <w:szCs w:val="18"/>
        </w:rPr>
      </w:pPr>
      <w:r w:rsidRPr="000B05FA">
        <w:rPr>
          <w:rFonts w:ascii="Roboto" w:hAnsi="Roboto"/>
          <w:noProof/>
          <w:sz w:val="18"/>
          <w:szCs w:val="18"/>
        </w:rPr>
        <w:drawing>
          <wp:inline distT="0" distB="0" distL="0" distR="0" wp14:anchorId="49ED4A1F" wp14:editId="70470BC7">
            <wp:extent cx="180975" cy="145157"/>
            <wp:effectExtent l="0" t="0" r="0" b="7620"/>
            <wp:docPr id="8" name="Picture 8" descr="A yellow triangle with a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triangle with a black exclamation mar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94784" cy="156233"/>
                    </a:xfrm>
                    <a:prstGeom prst="rect">
                      <a:avLst/>
                    </a:prstGeom>
                    <a:noFill/>
                    <a:ln>
                      <a:noFill/>
                    </a:ln>
                  </pic:spPr>
                </pic:pic>
              </a:graphicData>
            </a:graphic>
          </wp:inline>
        </w:drawing>
      </w:r>
      <w:r w:rsidRPr="000B05FA">
        <w:rPr>
          <w:rFonts w:ascii="Roboto" w:hAnsi="Roboto"/>
          <w:sz w:val="18"/>
          <w:szCs w:val="18"/>
        </w:rPr>
        <w:t xml:space="preserve"> IMPORTANT NOTE: Due to differences between </w:t>
      </w:r>
      <w:proofErr w:type="spellStart"/>
      <w:r w:rsidRPr="000B05FA">
        <w:rPr>
          <w:rFonts w:ascii="Roboto" w:hAnsi="Roboto"/>
          <w:sz w:val="18"/>
          <w:szCs w:val="18"/>
        </w:rPr>
        <w:t>WyreStorm</w:t>
      </w:r>
      <w:proofErr w:type="spellEnd"/>
      <w:r w:rsidRPr="000B05FA">
        <w:rPr>
          <w:rFonts w:ascii="Roboto" w:hAnsi="Roboto"/>
          <w:sz w:val="18"/>
          <w:szCs w:val="18"/>
        </w:rPr>
        <w:t xml:space="preserve"> device model versions within a series, some commands have different parameters based on the model and version. These differences are noted where applicable and should be followed, as sending an incorrect parameter may cause the unit to lock up and become inoperable.</w:t>
      </w:r>
    </w:p>
    <w:p w14:paraId="7C172B8B" w14:textId="77777777" w:rsidR="002C5F7A" w:rsidRPr="000B05FA" w:rsidRDefault="002C5F7A" w:rsidP="002C5F7A">
      <w:pPr>
        <w:pStyle w:val="Heading2"/>
        <w:rPr>
          <w:rFonts w:ascii="Roboto" w:hAnsi="Roboto"/>
          <w:color w:val="000000"/>
          <w:sz w:val="28"/>
          <w:szCs w:val="24"/>
        </w:rPr>
      </w:pPr>
      <w:bookmarkStart w:id="5" w:name="_Toc208388225"/>
      <w:bookmarkStart w:id="6" w:name="_Toc218512769"/>
      <w:r w:rsidRPr="000B05FA">
        <w:rPr>
          <w:rFonts w:ascii="Roboto" w:hAnsi="Roboto"/>
          <w:color w:val="000000"/>
          <w:sz w:val="28"/>
          <w:szCs w:val="24"/>
        </w:rPr>
        <w:t>0.2 Network Connection</w:t>
      </w:r>
      <w:bookmarkEnd w:id="5"/>
      <w:bookmarkEnd w:id="6"/>
    </w:p>
    <w:p w14:paraId="1FEE63AB" w14:textId="77777777" w:rsidR="002C5F7A" w:rsidRPr="000B05FA" w:rsidRDefault="002C5F7A" w:rsidP="002C5F7A">
      <w:pPr>
        <w:rPr>
          <w:rFonts w:ascii="Roboto" w:hAnsi="Roboto"/>
          <w:sz w:val="18"/>
          <w:szCs w:val="18"/>
        </w:rPr>
      </w:pPr>
      <w:r w:rsidRPr="000B05FA">
        <w:rPr>
          <w:rFonts w:ascii="Roboto" w:hAnsi="Roboto"/>
          <w:sz w:val="18"/>
          <w:szCs w:val="18"/>
        </w:rPr>
        <w:t xml:space="preserve">By default, the IP address is assigned by the DHCP server. If the DHCP server is not available the unit will use a link local IP address based on its MAC address, if the unit was not already configured via the Web interface. </w:t>
      </w:r>
    </w:p>
    <w:p w14:paraId="17724774" w14:textId="77777777" w:rsidR="002C5F7A" w:rsidRPr="000B05FA" w:rsidRDefault="002C5F7A" w:rsidP="002C5F7A">
      <w:pPr>
        <w:rPr>
          <w:rFonts w:ascii="Roboto" w:hAnsi="Roboto"/>
          <w:sz w:val="18"/>
          <w:szCs w:val="18"/>
        </w:rPr>
      </w:pPr>
      <w:r w:rsidRPr="000B05FA">
        <w:rPr>
          <w:rFonts w:ascii="Roboto" w:hAnsi="Roboto"/>
          <w:sz w:val="18"/>
          <w:szCs w:val="18"/>
        </w:rPr>
        <w:t>Default communication port number is 23.</w:t>
      </w:r>
    </w:p>
    <w:p w14:paraId="162BE6B0" w14:textId="77777777" w:rsidR="002C5F7A" w:rsidRDefault="002C5F7A" w:rsidP="002C5F7A">
      <w:pPr>
        <w:pStyle w:val="Heading2"/>
        <w:rPr>
          <w:rFonts w:ascii="Roboto" w:hAnsi="Roboto"/>
          <w:color w:val="000000"/>
          <w:sz w:val="28"/>
          <w:szCs w:val="24"/>
        </w:rPr>
      </w:pPr>
      <w:bookmarkStart w:id="7" w:name="_Toc208388226"/>
      <w:bookmarkStart w:id="8" w:name="_Toc218512770"/>
      <w:r w:rsidRPr="000B05FA">
        <w:rPr>
          <w:rFonts w:ascii="Roboto" w:hAnsi="Roboto"/>
          <w:color w:val="000000"/>
          <w:sz w:val="28"/>
          <w:szCs w:val="24"/>
        </w:rPr>
        <w:t xml:space="preserve">0.3 </w:t>
      </w:r>
      <w:r>
        <w:rPr>
          <w:rFonts w:ascii="Roboto" w:hAnsi="Roboto"/>
          <w:color w:val="000000"/>
          <w:sz w:val="28"/>
          <w:szCs w:val="24"/>
        </w:rPr>
        <w:t>Serial Connection</w:t>
      </w:r>
      <w:bookmarkEnd w:id="7"/>
      <w:bookmarkEnd w:id="8"/>
    </w:p>
    <w:p w14:paraId="2D3DB499" w14:textId="5F91327D" w:rsidR="002C5F7A" w:rsidRPr="00E8580D" w:rsidRDefault="002C5F7A" w:rsidP="002C5F7A">
      <w:pPr>
        <w:rPr>
          <w:rFonts w:ascii="Roboto" w:hAnsi="Roboto"/>
          <w:sz w:val="18"/>
          <w:szCs w:val="18"/>
        </w:rPr>
      </w:pPr>
      <w:r w:rsidRPr="0086300D">
        <w:rPr>
          <w:rFonts w:ascii="Roboto" w:hAnsi="Roboto"/>
          <w:sz w:val="18"/>
          <w:szCs w:val="18"/>
        </w:rPr>
        <w:t>The SW-6</w:t>
      </w:r>
      <w:r w:rsidR="005601CE">
        <w:rPr>
          <w:rFonts w:ascii="Roboto" w:hAnsi="Roboto"/>
          <w:sz w:val="18"/>
          <w:szCs w:val="18"/>
        </w:rPr>
        <w:t>20</w:t>
      </w:r>
      <w:r w:rsidRPr="0086300D">
        <w:rPr>
          <w:rFonts w:ascii="Roboto" w:hAnsi="Roboto"/>
          <w:sz w:val="18"/>
          <w:szCs w:val="18"/>
        </w:rPr>
        <w:t>-TX-W uses a 3-pin RS-232 with no hardware flow control. Most control systems and computers are DTE where pin 2 is RX, this can vary from device to device. Refer to the documentation for the connected device for pin</w:t>
      </w:r>
      <w:r w:rsidRPr="00E8580D">
        <w:rPr>
          <w:rFonts w:ascii="Roboto" w:hAnsi="Roboto"/>
          <w:sz w:val="18"/>
          <w:szCs w:val="18"/>
        </w:rPr>
        <w:t xml:space="preserve"> </w:t>
      </w:r>
      <w:r w:rsidRPr="0086300D">
        <w:rPr>
          <w:rFonts w:ascii="Roboto" w:hAnsi="Roboto"/>
          <w:sz w:val="18"/>
          <w:szCs w:val="18"/>
        </w:rPr>
        <w:t>functionally to ensure that the correct connections can be made.</w:t>
      </w:r>
    </w:p>
    <w:tbl>
      <w:tblPr>
        <w:tblStyle w:val="TableGrid"/>
        <w:tblpPr w:leftFromText="180" w:rightFromText="180" w:vertAnchor="text" w:horzAnchor="margin" w:tblpY="29"/>
        <w:tblW w:w="0" w:type="auto"/>
        <w:tblLook w:val="04A0" w:firstRow="1" w:lastRow="0" w:firstColumn="1" w:lastColumn="0" w:noHBand="0" w:noVBand="1"/>
      </w:tblPr>
      <w:tblGrid>
        <w:gridCol w:w="2355"/>
      </w:tblGrid>
      <w:tr w:rsidR="002C5F7A" w:rsidRPr="000B05FA" w14:paraId="21E36F1D" w14:textId="77777777" w:rsidTr="00327168">
        <w:trPr>
          <w:trHeight w:val="217"/>
        </w:trPr>
        <w:tc>
          <w:tcPr>
            <w:tcW w:w="2355" w:type="dxa"/>
            <w:shd w:val="clear" w:color="auto" w:fill="D9D9D9" w:themeFill="background1" w:themeFillShade="D9"/>
            <w:vAlign w:val="center"/>
          </w:tcPr>
          <w:p w14:paraId="33461013" w14:textId="77777777" w:rsidR="002C5F7A" w:rsidRPr="00E8580D" w:rsidRDefault="002C5F7A" w:rsidP="00327168">
            <w:pPr>
              <w:rPr>
                <w:rFonts w:ascii="Roboto" w:hAnsi="Roboto"/>
                <w:sz w:val="18"/>
                <w:szCs w:val="18"/>
              </w:rPr>
            </w:pPr>
            <w:r w:rsidRPr="00E8580D">
              <w:rPr>
                <w:rFonts w:ascii="Roboto" w:hAnsi="Roboto"/>
                <w:sz w:val="18"/>
                <w:szCs w:val="18"/>
              </w:rPr>
              <w:t>RS-232 Settings</w:t>
            </w:r>
          </w:p>
        </w:tc>
      </w:tr>
      <w:tr w:rsidR="002C5F7A" w:rsidRPr="000B05FA" w14:paraId="4EAE1AB3" w14:textId="77777777" w:rsidTr="00327168">
        <w:trPr>
          <w:trHeight w:val="207"/>
        </w:trPr>
        <w:tc>
          <w:tcPr>
            <w:tcW w:w="2355" w:type="dxa"/>
            <w:shd w:val="clear" w:color="auto" w:fill="F2F2F2" w:themeFill="background1" w:themeFillShade="F2"/>
            <w:vAlign w:val="center"/>
          </w:tcPr>
          <w:p w14:paraId="2D2A6695" w14:textId="77777777" w:rsidR="002C5F7A" w:rsidRPr="00E8580D" w:rsidRDefault="002C5F7A" w:rsidP="00327168">
            <w:pPr>
              <w:rPr>
                <w:rFonts w:ascii="Roboto" w:hAnsi="Roboto"/>
                <w:sz w:val="18"/>
                <w:szCs w:val="18"/>
              </w:rPr>
            </w:pPr>
            <w:r w:rsidRPr="00E8580D">
              <w:rPr>
                <w:rFonts w:ascii="Roboto" w:hAnsi="Roboto"/>
                <w:sz w:val="18"/>
                <w:szCs w:val="18"/>
              </w:rPr>
              <w:t>Baud Rate: 9600</w:t>
            </w:r>
          </w:p>
        </w:tc>
      </w:tr>
      <w:tr w:rsidR="002C5F7A" w:rsidRPr="000B05FA" w14:paraId="12D01324" w14:textId="77777777" w:rsidTr="00327168">
        <w:trPr>
          <w:trHeight w:val="217"/>
        </w:trPr>
        <w:tc>
          <w:tcPr>
            <w:tcW w:w="2355" w:type="dxa"/>
            <w:shd w:val="clear" w:color="auto" w:fill="F2F2F2" w:themeFill="background1" w:themeFillShade="F2"/>
            <w:vAlign w:val="center"/>
          </w:tcPr>
          <w:p w14:paraId="08432431" w14:textId="77777777" w:rsidR="002C5F7A" w:rsidRPr="00E8580D" w:rsidRDefault="002C5F7A" w:rsidP="00327168">
            <w:pPr>
              <w:rPr>
                <w:rFonts w:ascii="Roboto" w:hAnsi="Roboto"/>
                <w:sz w:val="18"/>
                <w:szCs w:val="18"/>
              </w:rPr>
            </w:pPr>
            <w:r w:rsidRPr="00E8580D">
              <w:rPr>
                <w:rFonts w:ascii="Roboto" w:hAnsi="Roboto"/>
                <w:sz w:val="18"/>
                <w:szCs w:val="18"/>
              </w:rPr>
              <w:t>Data Bits: 8bits</w:t>
            </w:r>
          </w:p>
        </w:tc>
      </w:tr>
      <w:tr w:rsidR="002C5F7A" w:rsidRPr="000B05FA" w14:paraId="32BE8455" w14:textId="77777777" w:rsidTr="00327168">
        <w:trPr>
          <w:trHeight w:val="207"/>
        </w:trPr>
        <w:tc>
          <w:tcPr>
            <w:tcW w:w="2355" w:type="dxa"/>
            <w:shd w:val="clear" w:color="auto" w:fill="F2F2F2" w:themeFill="background1" w:themeFillShade="F2"/>
            <w:vAlign w:val="center"/>
          </w:tcPr>
          <w:p w14:paraId="537B0D6A" w14:textId="77777777" w:rsidR="002C5F7A" w:rsidRPr="00E8580D" w:rsidRDefault="002C5F7A" w:rsidP="00327168">
            <w:pPr>
              <w:rPr>
                <w:rFonts w:ascii="Roboto" w:hAnsi="Roboto"/>
                <w:sz w:val="18"/>
                <w:szCs w:val="18"/>
              </w:rPr>
            </w:pPr>
            <w:r w:rsidRPr="00E8580D">
              <w:rPr>
                <w:rFonts w:ascii="Roboto" w:hAnsi="Roboto"/>
                <w:sz w:val="18"/>
                <w:szCs w:val="18"/>
              </w:rPr>
              <w:t>Parity: None</w:t>
            </w:r>
          </w:p>
        </w:tc>
      </w:tr>
      <w:tr w:rsidR="002C5F7A" w:rsidRPr="000B05FA" w14:paraId="3B6B1EE3" w14:textId="77777777" w:rsidTr="00327168">
        <w:trPr>
          <w:trHeight w:val="217"/>
        </w:trPr>
        <w:tc>
          <w:tcPr>
            <w:tcW w:w="2355" w:type="dxa"/>
            <w:shd w:val="clear" w:color="auto" w:fill="F2F2F2" w:themeFill="background1" w:themeFillShade="F2"/>
            <w:vAlign w:val="center"/>
          </w:tcPr>
          <w:p w14:paraId="51E78F23" w14:textId="77777777" w:rsidR="002C5F7A" w:rsidRPr="00E8580D" w:rsidRDefault="002C5F7A" w:rsidP="00327168">
            <w:pPr>
              <w:rPr>
                <w:rFonts w:ascii="Roboto" w:hAnsi="Roboto"/>
                <w:sz w:val="18"/>
                <w:szCs w:val="18"/>
              </w:rPr>
            </w:pPr>
            <w:r w:rsidRPr="00E8580D">
              <w:rPr>
                <w:rFonts w:ascii="Roboto" w:hAnsi="Roboto"/>
                <w:sz w:val="18"/>
                <w:szCs w:val="18"/>
              </w:rPr>
              <w:t>Stop Bits: 1bit</w:t>
            </w:r>
          </w:p>
        </w:tc>
      </w:tr>
      <w:tr w:rsidR="002C5F7A" w:rsidRPr="000B05FA" w14:paraId="0C512D29" w14:textId="77777777" w:rsidTr="00327168">
        <w:trPr>
          <w:trHeight w:val="217"/>
        </w:trPr>
        <w:tc>
          <w:tcPr>
            <w:tcW w:w="2355" w:type="dxa"/>
            <w:shd w:val="clear" w:color="auto" w:fill="F2F2F2" w:themeFill="background1" w:themeFillShade="F2"/>
            <w:vAlign w:val="center"/>
          </w:tcPr>
          <w:p w14:paraId="178CB6E5" w14:textId="77777777" w:rsidR="002C5F7A" w:rsidRPr="00E8580D" w:rsidRDefault="002C5F7A" w:rsidP="00327168">
            <w:pPr>
              <w:rPr>
                <w:rFonts w:ascii="Roboto" w:hAnsi="Roboto"/>
                <w:sz w:val="18"/>
                <w:szCs w:val="18"/>
              </w:rPr>
            </w:pPr>
            <w:r w:rsidRPr="00E8580D">
              <w:rPr>
                <w:rFonts w:ascii="Roboto" w:hAnsi="Roboto"/>
                <w:sz w:val="18"/>
                <w:szCs w:val="18"/>
              </w:rPr>
              <w:t>Flow Control: None</w:t>
            </w:r>
          </w:p>
        </w:tc>
      </w:tr>
    </w:tbl>
    <w:tbl>
      <w:tblPr>
        <w:tblStyle w:val="TableGrid"/>
        <w:tblpPr w:leftFromText="180" w:rightFromText="180" w:vertAnchor="page" w:horzAnchor="margin" w:tblpXSpec="right" w:tblpY="7181"/>
        <w:tblW w:w="0" w:type="auto"/>
        <w:tblLook w:val="04A0" w:firstRow="1" w:lastRow="0" w:firstColumn="1" w:lastColumn="0" w:noHBand="0" w:noVBand="1"/>
      </w:tblPr>
      <w:tblGrid>
        <w:gridCol w:w="895"/>
        <w:gridCol w:w="1440"/>
        <w:gridCol w:w="1440"/>
        <w:gridCol w:w="1620"/>
      </w:tblGrid>
      <w:tr w:rsidR="002C5F7A" w:rsidRPr="000B05FA" w14:paraId="265A30F7" w14:textId="77777777" w:rsidTr="00327168">
        <w:trPr>
          <w:trHeight w:val="242"/>
        </w:trPr>
        <w:tc>
          <w:tcPr>
            <w:tcW w:w="2335" w:type="dxa"/>
            <w:gridSpan w:val="2"/>
            <w:shd w:val="clear" w:color="auto" w:fill="D9D9D9" w:themeFill="background1" w:themeFillShade="D9"/>
            <w:vAlign w:val="center"/>
          </w:tcPr>
          <w:p w14:paraId="213E39B1" w14:textId="77777777" w:rsidR="002C5F7A" w:rsidRPr="000B05FA" w:rsidRDefault="002C5F7A" w:rsidP="00327168">
            <w:pPr>
              <w:rPr>
                <w:rFonts w:ascii="Roboto" w:hAnsi="Roboto"/>
                <w:sz w:val="18"/>
                <w:szCs w:val="18"/>
              </w:rPr>
            </w:pPr>
            <w:proofErr w:type="spellStart"/>
            <w:r w:rsidRPr="0086300D">
              <w:rPr>
                <w:rFonts w:ascii="Roboto" w:hAnsi="Roboto"/>
                <w:sz w:val="18"/>
                <w:szCs w:val="18"/>
              </w:rPr>
              <w:t>WyreStorm</w:t>
            </w:r>
            <w:proofErr w:type="spellEnd"/>
            <w:r w:rsidRPr="0086300D">
              <w:rPr>
                <w:rFonts w:ascii="Roboto" w:hAnsi="Roboto"/>
                <w:sz w:val="18"/>
                <w:szCs w:val="18"/>
              </w:rPr>
              <w:t xml:space="preserve"> Connector</w:t>
            </w:r>
          </w:p>
        </w:tc>
        <w:tc>
          <w:tcPr>
            <w:tcW w:w="1440" w:type="dxa"/>
            <w:shd w:val="clear" w:color="auto" w:fill="D9D9D9" w:themeFill="background1" w:themeFillShade="D9"/>
            <w:vAlign w:val="center"/>
          </w:tcPr>
          <w:p w14:paraId="6B37ECD3" w14:textId="77777777" w:rsidR="002C5F7A" w:rsidRPr="000B05FA" w:rsidRDefault="002C5F7A" w:rsidP="00327168">
            <w:pPr>
              <w:rPr>
                <w:rFonts w:ascii="Roboto" w:hAnsi="Roboto"/>
                <w:sz w:val="18"/>
                <w:szCs w:val="18"/>
              </w:rPr>
            </w:pPr>
          </w:p>
        </w:tc>
        <w:tc>
          <w:tcPr>
            <w:tcW w:w="1620" w:type="dxa"/>
            <w:shd w:val="clear" w:color="auto" w:fill="D9D9D9" w:themeFill="background1" w:themeFillShade="D9"/>
            <w:vAlign w:val="center"/>
          </w:tcPr>
          <w:p w14:paraId="5B855D53" w14:textId="77777777" w:rsidR="002C5F7A" w:rsidRPr="000B05FA" w:rsidRDefault="002C5F7A" w:rsidP="00327168">
            <w:pPr>
              <w:rPr>
                <w:rFonts w:ascii="Roboto" w:hAnsi="Roboto"/>
                <w:sz w:val="18"/>
                <w:szCs w:val="18"/>
              </w:rPr>
            </w:pPr>
            <w:r>
              <w:rPr>
                <w:rFonts w:ascii="Roboto" w:hAnsi="Roboto"/>
                <w:sz w:val="18"/>
                <w:szCs w:val="18"/>
              </w:rPr>
              <w:t>3</w:t>
            </w:r>
            <w:r w:rsidRPr="0086300D">
              <w:rPr>
                <w:rFonts w:ascii="Roboto" w:hAnsi="Roboto"/>
                <w:sz w:val="18"/>
                <w:szCs w:val="18"/>
                <w:vertAlign w:val="superscript"/>
              </w:rPr>
              <w:t>rd</w:t>
            </w:r>
            <w:r>
              <w:rPr>
                <w:rFonts w:ascii="Roboto" w:hAnsi="Roboto"/>
                <w:sz w:val="18"/>
                <w:szCs w:val="18"/>
              </w:rPr>
              <w:t xml:space="preserve"> Party device</w:t>
            </w:r>
          </w:p>
        </w:tc>
      </w:tr>
      <w:tr w:rsidR="002C5F7A" w:rsidRPr="000B05FA" w14:paraId="7965069E" w14:textId="77777777" w:rsidTr="00327168">
        <w:tc>
          <w:tcPr>
            <w:tcW w:w="895" w:type="dxa"/>
            <w:shd w:val="clear" w:color="auto" w:fill="F2F2F2" w:themeFill="background1" w:themeFillShade="F2"/>
            <w:vAlign w:val="center"/>
          </w:tcPr>
          <w:p w14:paraId="6D153836" w14:textId="1E03BD0E" w:rsidR="002C5F7A" w:rsidRPr="000B05FA" w:rsidRDefault="002C5F7A" w:rsidP="00327168">
            <w:pPr>
              <w:rPr>
                <w:rFonts w:ascii="Roboto" w:hAnsi="Roboto"/>
                <w:sz w:val="18"/>
                <w:szCs w:val="18"/>
              </w:rPr>
            </w:pPr>
            <w:r>
              <w:rPr>
                <w:rFonts w:ascii="Roboto" w:hAnsi="Roboto"/>
                <w:sz w:val="18"/>
                <w:szCs w:val="18"/>
              </w:rPr>
              <w:t xml:space="preserve">Pin 1 </w:t>
            </w:r>
          </w:p>
        </w:tc>
        <w:tc>
          <w:tcPr>
            <w:tcW w:w="1440" w:type="dxa"/>
            <w:shd w:val="clear" w:color="auto" w:fill="F2F2F2" w:themeFill="background1" w:themeFillShade="F2"/>
            <w:vAlign w:val="center"/>
          </w:tcPr>
          <w:p w14:paraId="621A7091" w14:textId="77777777" w:rsidR="002C5F7A" w:rsidRPr="000B05FA" w:rsidRDefault="002C5F7A" w:rsidP="00327168">
            <w:pPr>
              <w:rPr>
                <w:rFonts w:ascii="Roboto" w:hAnsi="Roboto"/>
                <w:sz w:val="18"/>
                <w:szCs w:val="18"/>
              </w:rPr>
            </w:pPr>
            <w:r w:rsidRPr="0086300D">
              <w:rPr>
                <w:rFonts w:ascii="Roboto" w:hAnsi="Roboto"/>
                <w:sz w:val="18"/>
                <w:szCs w:val="18"/>
              </w:rPr>
              <w:t>12V DC Out</w:t>
            </w:r>
          </w:p>
        </w:tc>
        <w:tc>
          <w:tcPr>
            <w:tcW w:w="1440" w:type="dxa"/>
            <w:shd w:val="clear" w:color="auto" w:fill="F2F2F2" w:themeFill="background1" w:themeFillShade="F2"/>
            <w:vAlign w:val="center"/>
          </w:tcPr>
          <w:p w14:paraId="2B5D5BBF" w14:textId="77777777" w:rsidR="002C5F7A" w:rsidRPr="000B05FA" w:rsidRDefault="002C5F7A" w:rsidP="00327168">
            <w:pPr>
              <w:rPr>
                <w:rFonts w:ascii="Roboto" w:hAnsi="Roboto"/>
                <w:sz w:val="18"/>
                <w:szCs w:val="18"/>
              </w:rPr>
            </w:pPr>
            <w:r w:rsidRPr="0086300D">
              <w:rPr>
                <w:rFonts w:ascii="Roboto" w:hAnsi="Roboto"/>
                <w:sz w:val="18"/>
                <w:szCs w:val="18"/>
              </w:rPr>
              <w:t>No Connection</w:t>
            </w:r>
          </w:p>
        </w:tc>
        <w:tc>
          <w:tcPr>
            <w:tcW w:w="1620" w:type="dxa"/>
            <w:shd w:val="clear" w:color="auto" w:fill="F2F2F2" w:themeFill="background1" w:themeFillShade="F2"/>
            <w:vAlign w:val="center"/>
          </w:tcPr>
          <w:p w14:paraId="37956589" w14:textId="77777777" w:rsidR="002C5F7A" w:rsidRPr="000B05FA" w:rsidRDefault="002C5F7A" w:rsidP="00327168">
            <w:pPr>
              <w:rPr>
                <w:rFonts w:ascii="Roboto" w:hAnsi="Roboto"/>
                <w:sz w:val="18"/>
                <w:szCs w:val="18"/>
              </w:rPr>
            </w:pPr>
            <w:r w:rsidRPr="0086300D">
              <w:rPr>
                <w:rFonts w:ascii="Roboto" w:hAnsi="Roboto"/>
                <w:sz w:val="18"/>
                <w:szCs w:val="18"/>
              </w:rPr>
              <w:t>Reserved</w:t>
            </w:r>
          </w:p>
        </w:tc>
      </w:tr>
      <w:tr w:rsidR="002C5F7A" w:rsidRPr="000B05FA" w14:paraId="024F8ECE" w14:textId="77777777" w:rsidTr="00327168">
        <w:tc>
          <w:tcPr>
            <w:tcW w:w="895" w:type="dxa"/>
            <w:shd w:val="clear" w:color="auto" w:fill="F2F2F2" w:themeFill="background1" w:themeFillShade="F2"/>
            <w:vAlign w:val="center"/>
          </w:tcPr>
          <w:p w14:paraId="33BBD109" w14:textId="77777777" w:rsidR="002C5F7A" w:rsidRPr="000B05FA" w:rsidRDefault="002C5F7A" w:rsidP="00327168">
            <w:pPr>
              <w:rPr>
                <w:rFonts w:ascii="Roboto" w:hAnsi="Roboto"/>
                <w:sz w:val="18"/>
                <w:szCs w:val="18"/>
              </w:rPr>
            </w:pPr>
            <w:r>
              <w:rPr>
                <w:rFonts w:ascii="Roboto" w:hAnsi="Roboto"/>
                <w:sz w:val="18"/>
                <w:szCs w:val="18"/>
              </w:rPr>
              <w:t>Pin 2</w:t>
            </w:r>
          </w:p>
        </w:tc>
        <w:tc>
          <w:tcPr>
            <w:tcW w:w="1440" w:type="dxa"/>
            <w:shd w:val="clear" w:color="auto" w:fill="F2F2F2" w:themeFill="background1" w:themeFillShade="F2"/>
            <w:vAlign w:val="center"/>
          </w:tcPr>
          <w:p w14:paraId="474F2700" w14:textId="68F090C9" w:rsidR="002C5F7A" w:rsidRPr="000B05FA" w:rsidRDefault="002C5F7A" w:rsidP="00327168">
            <w:pPr>
              <w:rPr>
                <w:rFonts w:ascii="Roboto" w:hAnsi="Roboto"/>
                <w:sz w:val="18"/>
                <w:szCs w:val="18"/>
              </w:rPr>
            </w:pPr>
            <w:r w:rsidRPr="0086300D">
              <w:rPr>
                <w:rFonts w:ascii="Roboto" w:hAnsi="Roboto"/>
                <w:sz w:val="18"/>
                <w:szCs w:val="18"/>
              </w:rPr>
              <w:t>TX (Transmit)</w:t>
            </w:r>
          </w:p>
        </w:tc>
        <w:tc>
          <w:tcPr>
            <w:tcW w:w="1440" w:type="dxa"/>
            <w:shd w:val="clear" w:color="auto" w:fill="F2F2F2" w:themeFill="background1" w:themeFillShade="F2"/>
            <w:vAlign w:val="center"/>
          </w:tcPr>
          <w:p w14:paraId="429817F2" w14:textId="77777777" w:rsidR="002C5F7A" w:rsidRPr="000B05FA" w:rsidRDefault="002C5F7A" w:rsidP="00327168">
            <w:pPr>
              <w:rPr>
                <w:rFonts w:ascii="Roboto" w:hAnsi="Roboto"/>
                <w:sz w:val="18"/>
                <w:szCs w:val="18"/>
              </w:rPr>
            </w:pPr>
            <w:r w:rsidRPr="0086300D">
              <w:rPr>
                <w:rFonts w:ascii="Roboto" w:hAnsi="Roboto"/>
                <w:sz w:val="18"/>
                <w:szCs w:val="18"/>
              </w:rPr>
              <w:t>---&gt; To ---&gt;</w:t>
            </w:r>
          </w:p>
        </w:tc>
        <w:tc>
          <w:tcPr>
            <w:tcW w:w="1620" w:type="dxa"/>
            <w:shd w:val="clear" w:color="auto" w:fill="F2F2F2" w:themeFill="background1" w:themeFillShade="F2"/>
            <w:vAlign w:val="center"/>
          </w:tcPr>
          <w:p w14:paraId="5FDB7CCC" w14:textId="77777777" w:rsidR="002C5F7A" w:rsidRPr="000B05FA" w:rsidRDefault="002C5F7A" w:rsidP="00327168">
            <w:pPr>
              <w:rPr>
                <w:rFonts w:ascii="Roboto" w:hAnsi="Roboto"/>
                <w:sz w:val="18"/>
                <w:szCs w:val="18"/>
              </w:rPr>
            </w:pPr>
            <w:r w:rsidRPr="0086300D">
              <w:rPr>
                <w:rFonts w:ascii="Roboto" w:hAnsi="Roboto"/>
                <w:sz w:val="18"/>
                <w:szCs w:val="18"/>
              </w:rPr>
              <w:t>RX (Receive)</w:t>
            </w:r>
          </w:p>
        </w:tc>
      </w:tr>
      <w:tr w:rsidR="002C5F7A" w:rsidRPr="000B05FA" w14:paraId="177527DF" w14:textId="77777777" w:rsidTr="00327168">
        <w:tc>
          <w:tcPr>
            <w:tcW w:w="895" w:type="dxa"/>
            <w:shd w:val="clear" w:color="auto" w:fill="F2F2F2" w:themeFill="background1" w:themeFillShade="F2"/>
            <w:vAlign w:val="center"/>
          </w:tcPr>
          <w:p w14:paraId="41262F81" w14:textId="77777777" w:rsidR="002C5F7A" w:rsidRPr="000B05FA" w:rsidRDefault="002C5F7A" w:rsidP="00327168">
            <w:pPr>
              <w:rPr>
                <w:rFonts w:ascii="Roboto" w:hAnsi="Roboto"/>
                <w:sz w:val="18"/>
                <w:szCs w:val="18"/>
              </w:rPr>
            </w:pPr>
            <w:r>
              <w:rPr>
                <w:rFonts w:ascii="Roboto" w:hAnsi="Roboto"/>
                <w:sz w:val="18"/>
                <w:szCs w:val="18"/>
              </w:rPr>
              <w:t>Pin 3</w:t>
            </w:r>
          </w:p>
        </w:tc>
        <w:tc>
          <w:tcPr>
            <w:tcW w:w="1440" w:type="dxa"/>
            <w:shd w:val="clear" w:color="auto" w:fill="F2F2F2" w:themeFill="background1" w:themeFillShade="F2"/>
            <w:vAlign w:val="center"/>
          </w:tcPr>
          <w:p w14:paraId="70F94A52" w14:textId="77777777" w:rsidR="002C5F7A" w:rsidRPr="000B05FA" w:rsidRDefault="002C5F7A" w:rsidP="00327168">
            <w:pPr>
              <w:rPr>
                <w:rFonts w:ascii="Roboto" w:hAnsi="Roboto"/>
                <w:sz w:val="18"/>
                <w:szCs w:val="18"/>
              </w:rPr>
            </w:pPr>
            <w:r w:rsidRPr="0086300D">
              <w:rPr>
                <w:rFonts w:ascii="Roboto" w:hAnsi="Roboto"/>
                <w:sz w:val="18"/>
                <w:szCs w:val="18"/>
              </w:rPr>
              <w:t>RX (Receive)</w:t>
            </w:r>
          </w:p>
        </w:tc>
        <w:tc>
          <w:tcPr>
            <w:tcW w:w="1440" w:type="dxa"/>
            <w:shd w:val="clear" w:color="auto" w:fill="F2F2F2" w:themeFill="background1" w:themeFillShade="F2"/>
            <w:vAlign w:val="center"/>
          </w:tcPr>
          <w:p w14:paraId="26A51032" w14:textId="77777777" w:rsidR="002C5F7A" w:rsidRPr="000B05FA" w:rsidRDefault="002C5F7A" w:rsidP="00327168">
            <w:pPr>
              <w:rPr>
                <w:rFonts w:ascii="Roboto" w:hAnsi="Roboto"/>
                <w:sz w:val="18"/>
                <w:szCs w:val="18"/>
              </w:rPr>
            </w:pPr>
            <w:r w:rsidRPr="0086300D">
              <w:rPr>
                <w:rFonts w:ascii="Roboto" w:hAnsi="Roboto"/>
                <w:sz w:val="18"/>
                <w:szCs w:val="18"/>
              </w:rPr>
              <w:t>---&gt; To ---&gt;</w:t>
            </w:r>
          </w:p>
        </w:tc>
        <w:tc>
          <w:tcPr>
            <w:tcW w:w="1620" w:type="dxa"/>
            <w:shd w:val="clear" w:color="auto" w:fill="F2F2F2" w:themeFill="background1" w:themeFillShade="F2"/>
            <w:vAlign w:val="center"/>
          </w:tcPr>
          <w:p w14:paraId="256B10ED" w14:textId="77777777" w:rsidR="002C5F7A" w:rsidRPr="000B05FA" w:rsidRDefault="002C5F7A" w:rsidP="00327168">
            <w:pPr>
              <w:rPr>
                <w:rFonts w:ascii="Roboto" w:hAnsi="Roboto"/>
                <w:sz w:val="18"/>
                <w:szCs w:val="18"/>
              </w:rPr>
            </w:pPr>
            <w:r w:rsidRPr="0086300D">
              <w:rPr>
                <w:rFonts w:ascii="Roboto" w:hAnsi="Roboto"/>
                <w:sz w:val="18"/>
                <w:szCs w:val="18"/>
              </w:rPr>
              <w:t>TX (Transmit)</w:t>
            </w:r>
          </w:p>
        </w:tc>
      </w:tr>
      <w:tr w:rsidR="002C5F7A" w:rsidRPr="000B05FA" w14:paraId="635890C5" w14:textId="77777777" w:rsidTr="00327168">
        <w:tc>
          <w:tcPr>
            <w:tcW w:w="895" w:type="dxa"/>
            <w:shd w:val="clear" w:color="auto" w:fill="F2F2F2" w:themeFill="background1" w:themeFillShade="F2"/>
            <w:vAlign w:val="center"/>
          </w:tcPr>
          <w:p w14:paraId="04874C57" w14:textId="77777777" w:rsidR="002C5F7A" w:rsidRDefault="002C5F7A" w:rsidP="00327168">
            <w:pPr>
              <w:rPr>
                <w:rFonts w:ascii="Roboto" w:hAnsi="Roboto"/>
                <w:sz w:val="18"/>
                <w:szCs w:val="18"/>
              </w:rPr>
            </w:pPr>
            <w:r>
              <w:rPr>
                <w:rFonts w:ascii="Roboto" w:hAnsi="Roboto"/>
                <w:sz w:val="18"/>
                <w:szCs w:val="18"/>
              </w:rPr>
              <w:t>Pin 4</w:t>
            </w:r>
          </w:p>
        </w:tc>
        <w:tc>
          <w:tcPr>
            <w:tcW w:w="1440" w:type="dxa"/>
            <w:shd w:val="clear" w:color="auto" w:fill="F2F2F2" w:themeFill="background1" w:themeFillShade="F2"/>
            <w:vAlign w:val="center"/>
          </w:tcPr>
          <w:p w14:paraId="55884D2B" w14:textId="77777777" w:rsidR="002C5F7A" w:rsidRPr="000B05FA" w:rsidRDefault="002C5F7A" w:rsidP="00327168">
            <w:pPr>
              <w:rPr>
                <w:rFonts w:ascii="Roboto" w:hAnsi="Roboto"/>
                <w:sz w:val="18"/>
                <w:szCs w:val="18"/>
              </w:rPr>
            </w:pPr>
            <w:r w:rsidRPr="0086300D">
              <w:rPr>
                <w:rFonts w:ascii="Roboto" w:hAnsi="Roboto"/>
                <w:sz w:val="18"/>
                <w:szCs w:val="18"/>
              </w:rPr>
              <w:t>G (Ground)</w:t>
            </w:r>
          </w:p>
        </w:tc>
        <w:tc>
          <w:tcPr>
            <w:tcW w:w="1440" w:type="dxa"/>
            <w:shd w:val="clear" w:color="auto" w:fill="F2F2F2" w:themeFill="background1" w:themeFillShade="F2"/>
            <w:vAlign w:val="center"/>
          </w:tcPr>
          <w:p w14:paraId="690540DD" w14:textId="77777777" w:rsidR="002C5F7A" w:rsidRPr="000B05FA" w:rsidRDefault="002C5F7A" w:rsidP="00327168">
            <w:pPr>
              <w:rPr>
                <w:rFonts w:ascii="Roboto" w:hAnsi="Roboto"/>
                <w:sz w:val="18"/>
                <w:szCs w:val="18"/>
              </w:rPr>
            </w:pPr>
            <w:r w:rsidRPr="0086300D">
              <w:rPr>
                <w:rFonts w:ascii="Roboto" w:hAnsi="Roboto"/>
                <w:sz w:val="18"/>
                <w:szCs w:val="18"/>
              </w:rPr>
              <w:t>---&gt; To ---&gt;</w:t>
            </w:r>
          </w:p>
        </w:tc>
        <w:tc>
          <w:tcPr>
            <w:tcW w:w="1620" w:type="dxa"/>
            <w:shd w:val="clear" w:color="auto" w:fill="F2F2F2" w:themeFill="background1" w:themeFillShade="F2"/>
            <w:vAlign w:val="center"/>
          </w:tcPr>
          <w:p w14:paraId="09963AC0" w14:textId="77777777" w:rsidR="002C5F7A" w:rsidRPr="000B05FA" w:rsidRDefault="002C5F7A" w:rsidP="00327168">
            <w:pPr>
              <w:rPr>
                <w:rFonts w:ascii="Roboto" w:hAnsi="Roboto"/>
                <w:sz w:val="18"/>
                <w:szCs w:val="18"/>
              </w:rPr>
            </w:pPr>
            <w:r w:rsidRPr="0086300D">
              <w:rPr>
                <w:rFonts w:ascii="Roboto" w:hAnsi="Roboto"/>
                <w:sz w:val="18"/>
                <w:szCs w:val="18"/>
              </w:rPr>
              <w:t>G (Ground)</w:t>
            </w:r>
          </w:p>
        </w:tc>
      </w:tr>
    </w:tbl>
    <w:p w14:paraId="57B6B82C" w14:textId="1078732B" w:rsidR="002C5F7A" w:rsidRPr="00E8580D" w:rsidRDefault="00813AEA" w:rsidP="002C5F7A">
      <w:pPr>
        <w:spacing w:after="0"/>
      </w:pPr>
      <w:r w:rsidRPr="0086300D">
        <w:rPr>
          <w:noProof/>
        </w:rPr>
        <w:drawing>
          <wp:anchor distT="0" distB="0" distL="114300" distR="114300" simplePos="0" relativeHeight="251656192" behindDoc="0" locked="0" layoutInCell="1" allowOverlap="1" wp14:anchorId="78F50299" wp14:editId="6B76709D">
            <wp:simplePos x="0" y="0"/>
            <wp:positionH relativeFrom="column">
              <wp:posOffset>123408</wp:posOffset>
            </wp:positionH>
            <wp:positionV relativeFrom="paragraph">
              <wp:posOffset>128270</wp:posOffset>
            </wp:positionV>
            <wp:extent cx="664845" cy="660400"/>
            <wp:effectExtent l="0" t="0" r="1905" b="6350"/>
            <wp:wrapNone/>
            <wp:docPr id="6" name="Picture 6" descr="A green electrical device with whit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electrical device with white numbers&#10;&#10;AI-generated content may be incorrect."/>
                    <pic:cNvPicPr/>
                  </pic:nvPicPr>
                  <pic:blipFill>
                    <a:blip r:embed="rId13"/>
                    <a:stretch>
                      <a:fillRect/>
                    </a:stretch>
                  </pic:blipFill>
                  <pic:spPr>
                    <a:xfrm>
                      <a:off x="0" y="0"/>
                      <a:ext cx="664845" cy="660400"/>
                    </a:xfrm>
                    <a:prstGeom prst="rect">
                      <a:avLst/>
                    </a:prstGeom>
                  </pic:spPr>
                </pic:pic>
              </a:graphicData>
            </a:graphic>
            <wp14:sizeRelH relativeFrom="margin">
              <wp14:pctWidth>0</wp14:pctWidth>
            </wp14:sizeRelH>
            <wp14:sizeRelV relativeFrom="margin">
              <wp14:pctHeight>0</wp14:pctHeight>
            </wp14:sizeRelV>
          </wp:anchor>
        </w:drawing>
      </w:r>
    </w:p>
    <w:p w14:paraId="17C44B53" w14:textId="77777777" w:rsidR="002C5F7A" w:rsidRPr="00E8580D" w:rsidRDefault="002C5F7A" w:rsidP="002C5F7A"/>
    <w:p w14:paraId="608A72BC" w14:textId="77777777" w:rsidR="002C5F7A" w:rsidRDefault="002C5F7A" w:rsidP="002C5F7A">
      <w:pPr>
        <w:pStyle w:val="Heading2"/>
        <w:rPr>
          <w:rFonts w:ascii="Roboto" w:hAnsi="Roboto"/>
          <w:color w:val="000000"/>
          <w:sz w:val="28"/>
          <w:szCs w:val="24"/>
        </w:rPr>
      </w:pPr>
    </w:p>
    <w:p w14:paraId="3A60905B" w14:textId="77777777" w:rsidR="002C5F7A" w:rsidRDefault="002C5F7A" w:rsidP="002C5F7A">
      <w:pPr>
        <w:pStyle w:val="Heading2"/>
        <w:rPr>
          <w:rFonts w:ascii="Roboto" w:hAnsi="Roboto"/>
          <w:color w:val="000000"/>
          <w:sz w:val="28"/>
          <w:szCs w:val="24"/>
        </w:rPr>
      </w:pPr>
    </w:p>
    <w:p w14:paraId="258EC8C7" w14:textId="77777777" w:rsidR="002C5F7A" w:rsidRPr="000B05FA" w:rsidRDefault="002C5F7A" w:rsidP="002C5F7A">
      <w:pPr>
        <w:pStyle w:val="Heading2"/>
        <w:rPr>
          <w:rFonts w:ascii="Roboto" w:hAnsi="Roboto"/>
          <w:color w:val="000000"/>
          <w:sz w:val="28"/>
          <w:szCs w:val="24"/>
        </w:rPr>
      </w:pPr>
      <w:bookmarkStart w:id="9" w:name="_Toc208388227"/>
      <w:bookmarkStart w:id="10" w:name="_Toc218512771"/>
      <w:r w:rsidRPr="000B05FA">
        <w:rPr>
          <w:rFonts w:ascii="Roboto" w:hAnsi="Roboto"/>
          <w:color w:val="000000"/>
          <w:sz w:val="28"/>
          <w:szCs w:val="24"/>
        </w:rPr>
        <w:t>0.</w:t>
      </w:r>
      <w:r>
        <w:rPr>
          <w:rFonts w:ascii="Roboto" w:hAnsi="Roboto"/>
          <w:color w:val="000000"/>
          <w:sz w:val="28"/>
          <w:szCs w:val="24"/>
        </w:rPr>
        <w:t>4</w:t>
      </w:r>
      <w:r w:rsidRPr="000B05FA">
        <w:rPr>
          <w:rFonts w:ascii="Roboto" w:hAnsi="Roboto"/>
          <w:color w:val="000000"/>
          <w:sz w:val="28"/>
          <w:szCs w:val="24"/>
        </w:rPr>
        <w:t xml:space="preserve"> Command Delimiters for Sent Commands</w:t>
      </w:r>
      <w:bookmarkEnd w:id="9"/>
      <w:bookmarkEnd w:id="10"/>
    </w:p>
    <w:p w14:paraId="71B94C56" w14:textId="77777777" w:rsidR="002C5F7A" w:rsidRPr="000B05FA" w:rsidRDefault="002C5F7A" w:rsidP="002C5F7A">
      <w:pPr>
        <w:rPr>
          <w:rFonts w:ascii="Roboto" w:hAnsi="Roboto"/>
          <w:sz w:val="18"/>
          <w:szCs w:val="18"/>
        </w:rPr>
      </w:pPr>
      <w:r w:rsidRPr="000B05FA">
        <w:rPr>
          <w:rFonts w:ascii="Roboto" w:hAnsi="Roboto"/>
          <w:sz w:val="18"/>
          <w:szCs w:val="18"/>
        </w:rPr>
        <w:t>All commands should be delimited with carriage return and line feed.</w:t>
      </w:r>
    </w:p>
    <w:p w14:paraId="6CB27B79" w14:textId="77777777" w:rsidR="002C5F7A" w:rsidRPr="000B05FA" w:rsidRDefault="002C5F7A" w:rsidP="002C5F7A">
      <w:pPr>
        <w:rPr>
          <w:rFonts w:ascii="Roboto" w:hAnsi="Roboto"/>
          <w:sz w:val="18"/>
          <w:szCs w:val="18"/>
        </w:rPr>
      </w:pPr>
      <w:r w:rsidRPr="000B05FA">
        <w:rPr>
          <w:rFonts w:ascii="Roboto" w:hAnsi="Roboto"/>
          <w:sz w:val="18"/>
          <w:szCs w:val="18"/>
        </w:rPr>
        <w:t>Accepted delimiter characters are:</w:t>
      </w:r>
    </w:p>
    <w:tbl>
      <w:tblPr>
        <w:tblStyle w:val="TableGrid"/>
        <w:tblW w:w="0" w:type="auto"/>
        <w:tblLook w:val="04A0" w:firstRow="1" w:lastRow="0" w:firstColumn="1" w:lastColumn="0" w:noHBand="0" w:noVBand="1"/>
      </w:tblPr>
      <w:tblGrid>
        <w:gridCol w:w="2906"/>
        <w:gridCol w:w="1409"/>
        <w:gridCol w:w="1440"/>
        <w:gridCol w:w="1710"/>
        <w:gridCol w:w="1885"/>
      </w:tblGrid>
      <w:tr w:rsidR="002C5F7A" w:rsidRPr="000B05FA" w14:paraId="57B96306" w14:textId="77777777" w:rsidTr="00327168">
        <w:trPr>
          <w:trHeight w:val="395"/>
        </w:trPr>
        <w:tc>
          <w:tcPr>
            <w:tcW w:w="2906" w:type="dxa"/>
            <w:shd w:val="clear" w:color="auto" w:fill="D9D9D9" w:themeFill="background1" w:themeFillShade="D9"/>
          </w:tcPr>
          <w:p w14:paraId="1637B118" w14:textId="77777777" w:rsidR="002C5F7A" w:rsidRPr="000B05FA" w:rsidRDefault="002C5F7A" w:rsidP="00327168">
            <w:pPr>
              <w:rPr>
                <w:rFonts w:ascii="Roboto" w:hAnsi="Roboto"/>
                <w:sz w:val="18"/>
                <w:szCs w:val="18"/>
              </w:rPr>
            </w:pPr>
            <w:r w:rsidRPr="000B05FA">
              <w:rPr>
                <w:rFonts w:ascii="Roboto" w:hAnsi="Roboto"/>
                <w:sz w:val="18"/>
                <w:szCs w:val="18"/>
              </w:rPr>
              <w:t>Character</w:t>
            </w:r>
          </w:p>
        </w:tc>
        <w:tc>
          <w:tcPr>
            <w:tcW w:w="1409" w:type="dxa"/>
            <w:shd w:val="clear" w:color="auto" w:fill="D9D9D9" w:themeFill="background1" w:themeFillShade="D9"/>
          </w:tcPr>
          <w:p w14:paraId="71919AFD" w14:textId="77777777" w:rsidR="002C5F7A" w:rsidRPr="000B05FA" w:rsidRDefault="002C5F7A" w:rsidP="00327168">
            <w:pPr>
              <w:rPr>
                <w:rFonts w:ascii="Roboto" w:hAnsi="Roboto"/>
                <w:sz w:val="18"/>
                <w:szCs w:val="18"/>
              </w:rPr>
            </w:pPr>
            <w:r w:rsidRPr="000B05FA">
              <w:rPr>
                <w:rFonts w:ascii="Roboto" w:hAnsi="Roboto"/>
                <w:sz w:val="18"/>
                <w:szCs w:val="18"/>
              </w:rPr>
              <w:t>Shorthand</w:t>
            </w:r>
          </w:p>
        </w:tc>
        <w:tc>
          <w:tcPr>
            <w:tcW w:w="1440" w:type="dxa"/>
            <w:shd w:val="clear" w:color="auto" w:fill="D9D9D9" w:themeFill="background1" w:themeFillShade="D9"/>
          </w:tcPr>
          <w:p w14:paraId="79F3E1BB" w14:textId="77777777" w:rsidR="002C5F7A" w:rsidRPr="000B05FA" w:rsidRDefault="002C5F7A" w:rsidP="00327168">
            <w:pPr>
              <w:rPr>
                <w:rFonts w:ascii="Roboto" w:hAnsi="Roboto"/>
                <w:sz w:val="18"/>
                <w:szCs w:val="18"/>
              </w:rPr>
            </w:pPr>
            <w:r w:rsidRPr="000B05FA">
              <w:rPr>
                <w:rFonts w:ascii="Roboto" w:hAnsi="Roboto"/>
                <w:sz w:val="18"/>
                <w:szCs w:val="18"/>
              </w:rPr>
              <w:t>Hex Notation</w:t>
            </w:r>
          </w:p>
        </w:tc>
        <w:tc>
          <w:tcPr>
            <w:tcW w:w="1710" w:type="dxa"/>
            <w:shd w:val="clear" w:color="auto" w:fill="D9D9D9" w:themeFill="background1" w:themeFillShade="D9"/>
          </w:tcPr>
          <w:p w14:paraId="1C27ACA9" w14:textId="77777777" w:rsidR="002C5F7A" w:rsidRPr="000B05FA" w:rsidRDefault="002C5F7A" w:rsidP="00327168">
            <w:pPr>
              <w:rPr>
                <w:rFonts w:ascii="Roboto" w:hAnsi="Roboto"/>
                <w:sz w:val="18"/>
                <w:szCs w:val="18"/>
              </w:rPr>
            </w:pPr>
            <w:r w:rsidRPr="000B05FA">
              <w:rPr>
                <w:rFonts w:ascii="Roboto" w:hAnsi="Roboto"/>
                <w:sz w:val="18"/>
                <w:szCs w:val="18"/>
              </w:rPr>
              <w:t>Escape Notation</w:t>
            </w:r>
          </w:p>
        </w:tc>
        <w:tc>
          <w:tcPr>
            <w:tcW w:w="1885" w:type="dxa"/>
            <w:shd w:val="clear" w:color="auto" w:fill="D9D9D9" w:themeFill="background1" w:themeFillShade="D9"/>
          </w:tcPr>
          <w:p w14:paraId="39178E43" w14:textId="77777777" w:rsidR="002C5F7A" w:rsidRPr="000B05FA" w:rsidRDefault="002C5F7A" w:rsidP="00327168">
            <w:pPr>
              <w:rPr>
                <w:rFonts w:ascii="Roboto" w:hAnsi="Roboto"/>
                <w:sz w:val="18"/>
                <w:szCs w:val="18"/>
              </w:rPr>
            </w:pPr>
            <w:r w:rsidRPr="000B05FA">
              <w:rPr>
                <w:rFonts w:ascii="Roboto" w:hAnsi="Roboto"/>
                <w:sz w:val="18"/>
                <w:szCs w:val="18"/>
              </w:rPr>
              <w:t>Decimal Notation</w:t>
            </w:r>
          </w:p>
        </w:tc>
      </w:tr>
      <w:tr w:rsidR="002C5F7A" w:rsidRPr="000B05FA" w14:paraId="020F6704" w14:textId="77777777" w:rsidTr="00327168">
        <w:tc>
          <w:tcPr>
            <w:tcW w:w="2906" w:type="dxa"/>
            <w:shd w:val="clear" w:color="auto" w:fill="F2F2F2" w:themeFill="background1" w:themeFillShade="F2"/>
          </w:tcPr>
          <w:p w14:paraId="7E18D057" w14:textId="77777777" w:rsidR="002C5F7A" w:rsidRPr="000B05FA" w:rsidRDefault="002C5F7A" w:rsidP="00327168">
            <w:pPr>
              <w:rPr>
                <w:rFonts w:ascii="Roboto" w:hAnsi="Roboto"/>
                <w:sz w:val="18"/>
                <w:szCs w:val="18"/>
              </w:rPr>
            </w:pPr>
            <w:r w:rsidRPr="000B05FA">
              <w:rPr>
                <w:rFonts w:ascii="Roboto" w:hAnsi="Roboto"/>
                <w:sz w:val="18"/>
                <w:szCs w:val="18"/>
              </w:rPr>
              <w:t>Line Feed</w:t>
            </w:r>
          </w:p>
        </w:tc>
        <w:tc>
          <w:tcPr>
            <w:tcW w:w="1409" w:type="dxa"/>
            <w:shd w:val="clear" w:color="auto" w:fill="F2F2F2" w:themeFill="background1" w:themeFillShade="F2"/>
          </w:tcPr>
          <w:p w14:paraId="18FDA0C7" w14:textId="77777777" w:rsidR="002C5F7A" w:rsidRPr="000B05FA" w:rsidRDefault="002C5F7A" w:rsidP="00327168">
            <w:pPr>
              <w:rPr>
                <w:rFonts w:ascii="Roboto" w:hAnsi="Roboto"/>
                <w:sz w:val="18"/>
                <w:szCs w:val="18"/>
              </w:rPr>
            </w:pPr>
            <w:r w:rsidRPr="000B05FA">
              <w:rPr>
                <w:rFonts w:ascii="Roboto" w:hAnsi="Roboto"/>
                <w:sz w:val="18"/>
                <w:szCs w:val="18"/>
              </w:rPr>
              <w:t>LF</w:t>
            </w:r>
          </w:p>
        </w:tc>
        <w:tc>
          <w:tcPr>
            <w:tcW w:w="1440" w:type="dxa"/>
            <w:shd w:val="clear" w:color="auto" w:fill="F2F2F2" w:themeFill="background1" w:themeFillShade="F2"/>
          </w:tcPr>
          <w:p w14:paraId="550DBFD8" w14:textId="77777777" w:rsidR="002C5F7A" w:rsidRPr="000B05FA" w:rsidRDefault="002C5F7A" w:rsidP="00327168">
            <w:pPr>
              <w:rPr>
                <w:rFonts w:ascii="Roboto" w:hAnsi="Roboto"/>
                <w:sz w:val="18"/>
                <w:szCs w:val="18"/>
              </w:rPr>
            </w:pPr>
            <w:r w:rsidRPr="000B05FA">
              <w:rPr>
                <w:rFonts w:ascii="Roboto" w:hAnsi="Roboto"/>
                <w:sz w:val="18"/>
                <w:szCs w:val="18"/>
              </w:rPr>
              <w:t>0A</w:t>
            </w:r>
          </w:p>
        </w:tc>
        <w:tc>
          <w:tcPr>
            <w:tcW w:w="1710" w:type="dxa"/>
            <w:shd w:val="clear" w:color="auto" w:fill="F2F2F2" w:themeFill="background1" w:themeFillShade="F2"/>
          </w:tcPr>
          <w:p w14:paraId="0B859B3D" w14:textId="77777777" w:rsidR="002C5F7A" w:rsidRPr="000B05FA" w:rsidRDefault="002C5F7A" w:rsidP="00327168">
            <w:pPr>
              <w:rPr>
                <w:rFonts w:ascii="Roboto" w:hAnsi="Roboto"/>
                <w:sz w:val="18"/>
                <w:szCs w:val="18"/>
              </w:rPr>
            </w:pPr>
            <w:r w:rsidRPr="000B05FA">
              <w:rPr>
                <w:rFonts w:ascii="Roboto" w:hAnsi="Roboto"/>
                <w:sz w:val="18"/>
                <w:szCs w:val="18"/>
              </w:rPr>
              <w:t>\n</w:t>
            </w:r>
          </w:p>
        </w:tc>
        <w:tc>
          <w:tcPr>
            <w:tcW w:w="1885" w:type="dxa"/>
            <w:shd w:val="clear" w:color="auto" w:fill="F2F2F2" w:themeFill="background1" w:themeFillShade="F2"/>
          </w:tcPr>
          <w:p w14:paraId="1FA11781" w14:textId="77777777" w:rsidR="002C5F7A" w:rsidRPr="000B05FA" w:rsidRDefault="002C5F7A" w:rsidP="00327168">
            <w:pPr>
              <w:rPr>
                <w:rFonts w:ascii="Roboto" w:hAnsi="Roboto"/>
                <w:sz w:val="18"/>
                <w:szCs w:val="18"/>
              </w:rPr>
            </w:pPr>
            <w:r w:rsidRPr="000B05FA">
              <w:rPr>
                <w:rFonts w:ascii="Roboto" w:hAnsi="Roboto"/>
                <w:sz w:val="18"/>
                <w:szCs w:val="18"/>
              </w:rPr>
              <w:t>10</w:t>
            </w:r>
          </w:p>
        </w:tc>
      </w:tr>
      <w:tr w:rsidR="002C5F7A" w:rsidRPr="000B05FA" w14:paraId="53BD416E" w14:textId="77777777" w:rsidTr="00327168">
        <w:tc>
          <w:tcPr>
            <w:tcW w:w="2906" w:type="dxa"/>
            <w:shd w:val="clear" w:color="auto" w:fill="F2F2F2" w:themeFill="background1" w:themeFillShade="F2"/>
          </w:tcPr>
          <w:p w14:paraId="23EFABF1" w14:textId="77777777" w:rsidR="002C5F7A" w:rsidRPr="000B05FA" w:rsidRDefault="002C5F7A" w:rsidP="00327168">
            <w:pPr>
              <w:rPr>
                <w:rFonts w:ascii="Roboto" w:hAnsi="Roboto"/>
                <w:sz w:val="18"/>
                <w:szCs w:val="18"/>
              </w:rPr>
            </w:pPr>
            <w:r w:rsidRPr="000B05FA">
              <w:rPr>
                <w:rFonts w:ascii="Roboto" w:hAnsi="Roboto"/>
                <w:sz w:val="18"/>
                <w:szCs w:val="18"/>
              </w:rPr>
              <w:t>Carriage Return + Line Feed</w:t>
            </w:r>
          </w:p>
        </w:tc>
        <w:tc>
          <w:tcPr>
            <w:tcW w:w="1409" w:type="dxa"/>
            <w:shd w:val="clear" w:color="auto" w:fill="F2F2F2" w:themeFill="background1" w:themeFillShade="F2"/>
          </w:tcPr>
          <w:p w14:paraId="3CA40BD4" w14:textId="77777777" w:rsidR="002C5F7A" w:rsidRPr="000B05FA" w:rsidRDefault="002C5F7A" w:rsidP="00327168">
            <w:pPr>
              <w:rPr>
                <w:rFonts w:ascii="Roboto" w:hAnsi="Roboto"/>
                <w:sz w:val="18"/>
                <w:szCs w:val="18"/>
              </w:rPr>
            </w:pPr>
            <w:r w:rsidRPr="000B05FA">
              <w:rPr>
                <w:rFonts w:ascii="Roboto" w:hAnsi="Roboto"/>
                <w:sz w:val="18"/>
                <w:szCs w:val="18"/>
              </w:rPr>
              <w:t>CR LF</w:t>
            </w:r>
          </w:p>
        </w:tc>
        <w:tc>
          <w:tcPr>
            <w:tcW w:w="1440" w:type="dxa"/>
            <w:shd w:val="clear" w:color="auto" w:fill="F2F2F2" w:themeFill="background1" w:themeFillShade="F2"/>
          </w:tcPr>
          <w:p w14:paraId="7C66953C" w14:textId="77777777" w:rsidR="002C5F7A" w:rsidRPr="000B05FA" w:rsidRDefault="002C5F7A" w:rsidP="00327168">
            <w:pPr>
              <w:rPr>
                <w:rFonts w:ascii="Roboto" w:hAnsi="Roboto"/>
                <w:sz w:val="18"/>
                <w:szCs w:val="18"/>
              </w:rPr>
            </w:pPr>
            <w:r w:rsidRPr="000B05FA">
              <w:rPr>
                <w:rFonts w:ascii="Roboto" w:hAnsi="Roboto"/>
                <w:sz w:val="18"/>
                <w:szCs w:val="18"/>
              </w:rPr>
              <w:t>0D 0A</w:t>
            </w:r>
          </w:p>
        </w:tc>
        <w:tc>
          <w:tcPr>
            <w:tcW w:w="1710" w:type="dxa"/>
            <w:shd w:val="clear" w:color="auto" w:fill="F2F2F2" w:themeFill="background1" w:themeFillShade="F2"/>
          </w:tcPr>
          <w:p w14:paraId="06781B1B" w14:textId="77777777" w:rsidR="002C5F7A" w:rsidRPr="000B05FA" w:rsidRDefault="002C5F7A" w:rsidP="00327168">
            <w:pPr>
              <w:rPr>
                <w:rFonts w:ascii="Roboto" w:hAnsi="Roboto"/>
                <w:sz w:val="18"/>
                <w:szCs w:val="18"/>
              </w:rPr>
            </w:pPr>
            <w:r w:rsidRPr="000B05FA">
              <w:rPr>
                <w:rFonts w:ascii="Roboto" w:hAnsi="Roboto"/>
                <w:sz w:val="18"/>
                <w:szCs w:val="18"/>
              </w:rPr>
              <w:t>\r\n</w:t>
            </w:r>
          </w:p>
        </w:tc>
        <w:tc>
          <w:tcPr>
            <w:tcW w:w="1885" w:type="dxa"/>
            <w:shd w:val="clear" w:color="auto" w:fill="F2F2F2" w:themeFill="background1" w:themeFillShade="F2"/>
          </w:tcPr>
          <w:p w14:paraId="48B49B79" w14:textId="77777777" w:rsidR="002C5F7A" w:rsidRPr="000B05FA" w:rsidRDefault="002C5F7A" w:rsidP="00327168">
            <w:pPr>
              <w:rPr>
                <w:rFonts w:ascii="Roboto" w:hAnsi="Roboto"/>
                <w:sz w:val="18"/>
                <w:szCs w:val="18"/>
              </w:rPr>
            </w:pPr>
            <w:r w:rsidRPr="000B05FA">
              <w:rPr>
                <w:rFonts w:ascii="Roboto" w:hAnsi="Roboto"/>
                <w:sz w:val="18"/>
                <w:szCs w:val="18"/>
              </w:rPr>
              <w:t>13 10</w:t>
            </w:r>
          </w:p>
        </w:tc>
      </w:tr>
    </w:tbl>
    <w:p w14:paraId="1E83F5F3" w14:textId="77777777" w:rsidR="002C5F7A" w:rsidRPr="00221701" w:rsidRDefault="002C5F7A" w:rsidP="002C5F7A">
      <w:pPr>
        <w:rPr>
          <w:rFonts w:ascii="Roboto" w:hAnsi="Roboto"/>
          <w:sz w:val="18"/>
          <w:szCs w:val="18"/>
        </w:rPr>
      </w:pPr>
    </w:p>
    <w:p w14:paraId="477F2EB6" w14:textId="7D63AD5C" w:rsidR="002C5F7A" w:rsidRPr="00221701" w:rsidRDefault="002C5F7A" w:rsidP="002C5F7A">
      <w:pPr>
        <w:rPr>
          <w:rFonts w:ascii="Roboto" w:hAnsi="Roboto"/>
          <w:sz w:val="18"/>
          <w:szCs w:val="18"/>
        </w:rPr>
      </w:pPr>
      <w:r w:rsidRPr="00221701">
        <w:rPr>
          <w:rFonts w:ascii="Roboto" w:hAnsi="Roboto"/>
          <w:sz w:val="18"/>
          <w:szCs w:val="18"/>
        </w:rPr>
        <w:t>Please note, most 3</w:t>
      </w:r>
      <w:r w:rsidRPr="00221701">
        <w:rPr>
          <w:rFonts w:ascii="Roboto" w:hAnsi="Roboto"/>
          <w:sz w:val="18"/>
          <w:szCs w:val="18"/>
          <w:vertAlign w:val="superscript"/>
        </w:rPr>
        <w:t>rd</w:t>
      </w:r>
      <w:r w:rsidRPr="00221701">
        <w:rPr>
          <w:rFonts w:ascii="Roboto" w:hAnsi="Roboto"/>
          <w:sz w:val="18"/>
          <w:szCs w:val="18"/>
        </w:rPr>
        <w:t xml:space="preserve"> party control software will either append these characters automatically or </w:t>
      </w:r>
      <w:r w:rsidR="00813AEA" w:rsidRPr="00221701">
        <w:rPr>
          <w:rFonts w:ascii="Roboto" w:hAnsi="Roboto"/>
          <w:sz w:val="18"/>
          <w:szCs w:val="18"/>
        </w:rPr>
        <w:t>an</w:t>
      </w:r>
      <w:r w:rsidRPr="00221701">
        <w:rPr>
          <w:rFonts w:ascii="Roboto" w:hAnsi="Roboto"/>
          <w:sz w:val="18"/>
          <w:szCs w:val="18"/>
        </w:rPr>
        <w:t xml:space="preserve"> option to specify them will be present. It is important that the last </w:t>
      </w:r>
      <w:r w:rsidR="00813AEA" w:rsidRPr="00221701">
        <w:rPr>
          <w:rFonts w:ascii="Roboto" w:hAnsi="Roboto"/>
          <w:sz w:val="18"/>
          <w:szCs w:val="18"/>
        </w:rPr>
        <w:t>delimited</w:t>
      </w:r>
      <w:r w:rsidRPr="00221701">
        <w:rPr>
          <w:rFonts w:ascii="Roboto" w:hAnsi="Roboto"/>
          <w:sz w:val="18"/>
          <w:szCs w:val="18"/>
        </w:rPr>
        <w:t xml:space="preserve"> character is LF and not CR.</w:t>
      </w:r>
    </w:p>
    <w:p w14:paraId="2B0C740D" w14:textId="77777777" w:rsidR="00836874" w:rsidRDefault="002C5F7A" w:rsidP="00813AEA">
      <w:pPr>
        <w:rPr>
          <w:rFonts w:ascii="Roboto" w:hAnsi="Roboto"/>
          <w:color w:val="000000"/>
          <w:sz w:val="32"/>
        </w:rPr>
      </w:pPr>
      <w:r>
        <w:rPr>
          <w:rFonts w:ascii="Roboto" w:hAnsi="Roboto"/>
          <w:color w:val="000000"/>
          <w:sz w:val="32"/>
        </w:rPr>
        <w:br w:type="page"/>
      </w:r>
    </w:p>
    <w:p w14:paraId="32D6C613" w14:textId="57F33731" w:rsidR="00EC7A70" w:rsidRPr="000B05FA" w:rsidRDefault="00EC7A70" w:rsidP="00EC7A70">
      <w:pPr>
        <w:pStyle w:val="Heading1"/>
        <w:spacing w:before="0"/>
        <w:rPr>
          <w:rFonts w:ascii="Roboto" w:hAnsi="Roboto"/>
          <w:color w:val="000000"/>
          <w:sz w:val="32"/>
        </w:rPr>
      </w:pPr>
      <w:bookmarkStart w:id="11" w:name="_Toc218512772"/>
      <w:bookmarkEnd w:id="1"/>
      <w:r>
        <w:rPr>
          <w:rFonts w:ascii="Roboto" w:hAnsi="Roboto"/>
          <w:color w:val="000000"/>
          <w:sz w:val="32"/>
        </w:rPr>
        <w:lastRenderedPageBreak/>
        <w:t>1</w:t>
      </w:r>
      <w:r w:rsidRPr="000B05FA">
        <w:rPr>
          <w:rFonts w:ascii="Roboto" w:hAnsi="Roboto"/>
          <w:color w:val="000000"/>
          <w:sz w:val="32"/>
        </w:rPr>
        <w:t xml:space="preserve">. Device </w:t>
      </w:r>
      <w:r>
        <w:rPr>
          <w:rFonts w:ascii="Roboto" w:hAnsi="Roboto"/>
          <w:color w:val="000000"/>
          <w:sz w:val="32"/>
        </w:rPr>
        <w:t>Management</w:t>
      </w:r>
      <w:bookmarkEnd w:id="11"/>
    </w:p>
    <w:p w14:paraId="4FF3A500" w14:textId="77777777" w:rsidR="00EC7A70" w:rsidRDefault="00EC7A70" w:rsidP="00EC7A70">
      <w:pPr>
        <w:pStyle w:val="Heading2"/>
      </w:pPr>
      <w:bookmarkStart w:id="12" w:name="_Toc218512773"/>
      <w:r>
        <w:rPr>
          <w:rFonts w:ascii="Roboto" w:hAnsi="Roboto"/>
          <w:color w:val="000000"/>
          <w:sz w:val="28"/>
        </w:rPr>
        <w:t>1.1 Set Device Alias</w:t>
      </w:r>
      <w:bookmarkEnd w:id="12"/>
    </w:p>
    <w:p w14:paraId="510DC25F" w14:textId="77777777" w:rsidR="00EC7A70" w:rsidRDefault="00EC7A70" w:rsidP="00EC7A70">
      <w:r>
        <w:rPr>
          <w:rFonts w:ascii="Roboto" w:hAnsi="Roboto"/>
          <w:sz w:val="18"/>
        </w:rPr>
        <w:br/>
        <w:t>Set the device alias.</w:t>
      </w:r>
      <w:r>
        <w:rPr>
          <w:rFonts w:ascii="Roboto" w:hAnsi="Roboto"/>
          <w:sz w:val="18"/>
        </w:rPr>
        <w:br/>
        <w:t xml:space="preserve">This alias is used as the </w:t>
      </w:r>
      <w:proofErr w:type="gramStart"/>
      <w:r>
        <w:rPr>
          <w:rFonts w:ascii="Roboto" w:hAnsi="Roboto"/>
          <w:sz w:val="18"/>
        </w:rPr>
        <w:t>receiver</w:t>
      </w:r>
      <w:proofErr w:type="gramEnd"/>
      <w:r>
        <w:rPr>
          <w:rFonts w:ascii="Roboto" w:hAnsi="Roboto"/>
          <w:sz w:val="18"/>
        </w:rPr>
        <w:t xml:space="preserve"> name for BYOD casting methods such as Miracast and </w:t>
      </w:r>
      <w:proofErr w:type="spellStart"/>
      <w:r>
        <w:rPr>
          <w:rFonts w:ascii="Roboto" w:hAnsi="Roboto"/>
          <w:sz w:val="18"/>
        </w:rPr>
        <w:t>AirPlay</w:t>
      </w:r>
      <w:proofErr w:type="spellEnd"/>
      <w:r>
        <w:rPr>
          <w:rFonts w:ascii="Roboto" w:hAnsi="Roboto"/>
          <w:sz w:val="18"/>
        </w:rPr>
        <w:t>, and is also used as the SSID for the built-in soft AP.</w:t>
      </w:r>
    </w:p>
    <w:tbl>
      <w:tblPr>
        <w:tblStyle w:val="luka"/>
        <w:tblW w:w="0" w:type="auto"/>
        <w:jc w:val="center"/>
        <w:tblLook w:val="04A0" w:firstRow="1" w:lastRow="0" w:firstColumn="1" w:lastColumn="0" w:noHBand="0" w:noVBand="1"/>
      </w:tblPr>
      <w:tblGrid>
        <w:gridCol w:w="5760"/>
        <w:gridCol w:w="3600"/>
      </w:tblGrid>
      <w:tr w:rsidR="00EC7A70" w14:paraId="006FC2E4" w14:textId="77777777" w:rsidTr="00D420CD">
        <w:trPr>
          <w:jc w:val="center"/>
        </w:trPr>
        <w:tc>
          <w:tcPr>
            <w:tcW w:w="5760" w:type="dxa"/>
            <w:tcMar>
              <w:top w:w="80" w:type="dxa"/>
              <w:left w:w="80" w:type="dxa"/>
              <w:bottom w:w="80" w:type="dxa"/>
              <w:right w:w="80" w:type="dxa"/>
            </w:tcMar>
          </w:tcPr>
          <w:p w14:paraId="17E69A65" w14:textId="77777777" w:rsidR="00EC7A70" w:rsidRDefault="00EC7A70" w:rsidP="00D420CD">
            <w:r>
              <w:rPr>
                <w:color w:val="000000"/>
                <w:sz w:val="18"/>
              </w:rPr>
              <w:t>Command Structure</w:t>
            </w:r>
            <w:r>
              <w:rPr>
                <w:rFonts w:ascii="Roboto Mono" w:hAnsi="Roboto Mono"/>
                <w:b/>
                <w:color w:val="000000"/>
                <w:sz w:val="16"/>
              </w:rPr>
              <w:br/>
              <w:t xml:space="preserve">SET ALIAS &lt; </w:t>
            </w:r>
            <w:proofErr w:type="spellStart"/>
            <w:r>
              <w:rPr>
                <w:rFonts w:ascii="Roboto Mono" w:hAnsi="Roboto Mono"/>
                <w:b/>
                <w:color w:val="000000"/>
                <w:sz w:val="16"/>
              </w:rPr>
              <w:t>DeivceName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04BDCD0B" w14:textId="77777777" w:rsidR="00EC7A70" w:rsidRDefault="00EC7A70" w:rsidP="00D420CD">
            <w:r>
              <w:rPr>
                <w:color w:val="000000"/>
                <w:sz w:val="16"/>
              </w:rPr>
              <w:t>Parameters:</w:t>
            </w:r>
            <w:r>
              <w:rPr>
                <w:color w:val="000000"/>
                <w:sz w:val="16"/>
              </w:rPr>
              <w:br/>
            </w:r>
            <w:proofErr w:type="spellStart"/>
            <w:r>
              <w:rPr>
                <w:color w:val="000000"/>
                <w:sz w:val="16"/>
              </w:rPr>
              <w:t>DeviceName</w:t>
            </w:r>
            <w:proofErr w:type="spellEnd"/>
            <w:r>
              <w:rPr>
                <w:color w:val="000000"/>
                <w:sz w:val="16"/>
              </w:rPr>
              <w:t xml:space="preserve"> = The alias to set, up to 31 characters. Allowed characters: letters, digits, spaces, underscore ('_'), and hyphen ('-'). Spaces cannot appear at the beginning or end.</w:t>
            </w:r>
          </w:p>
        </w:tc>
      </w:tr>
      <w:tr w:rsidR="00EC7A70" w14:paraId="2C84C141" w14:textId="77777777" w:rsidTr="00D420CD">
        <w:trPr>
          <w:jc w:val="center"/>
        </w:trPr>
        <w:tc>
          <w:tcPr>
            <w:tcW w:w="5760" w:type="dxa"/>
            <w:tcMar>
              <w:top w:w="80" w:type="dxa"/>
              <w:left w:w="80" w:type="dxa"/>
              <w:bottom w:w="80" w:type="dxa"/>
              <w:right w:w="80" w:type="dxa"/>
            </w:tcMar>
          </w:tcPr>
          <w:p w14:paraId="5A945887" w14:textId="77777777" w:rsidR="00EC7A70" w:rsidRDefault="00EC7A70" w:rsidP="00D420CD">
            <w:r>
              <w:rPr>
                <w:color w:val="000000"/>
                <w:sz w:val="18"/>
              </w:rPr>
              <w:t>Response Structure</w:t>
            </w:r>
            <w:r>
              <w:rPr>
                <w:rFonts w:ascii="Roboto Mono" w:hAnsi="Roboto Mono"/>
                <w:b/>
                <w:color w:val="000000"/>
                <w:sz w:val="16"/>
              </w:rPr>
              <w:br/>
              <w:t xml:space="preserve">ALIAS &lt; </w:t>
            </w:r>
            <w:proofErr w:type="spellStart"/>
            <w:r>
              <w:rPr>
                <w:rFonts w:ascii="Roboto Mono" w:hAnsi="Roboto Mono"/>
                <w:b/>
                <w:color w:val="000000"/>
                <w:sz w:val="16"/>
              </w:rPr>
              <w:t>DeivceName</w:t>
            </w:r>
            <w:proofErr w:type="spellEnd"/>
            <w:r>
              <w:rPr>
                <w:rFonts w:ascii="Roboto Mono" w:hAnsi="Roboto Mono"/>
                <w:b/>
                <w:color w:val="000000"/>
                <w:sz w:val="16"/>
              </w:rPr>
              <w:t xml:space="preserve"> &gt;</w:t>
            </w:r>
          </w:p>
        </w:tc>
        <w:tc>
          <w:tcPr>
            <w:tcW w:w="3600" w:type="dxa"/>
            <w:vMerge/>
          </w:tcPr>
          <w:p w14:paraId="081519A0" w14:textId="77777777" w:rsidR="00EC7A70" w:rsidRDefault="00EC7A70" w:rsidP="00D420CD"/>
        </w:tc>
      </w:tr>
      <w:tr w:rsidR="00EC7A70" w14:paraId="4E5DB508" w14:textId="77777777" w:rsidTr="00D420CD">
        <w:trPr>
          <w:jc w:val="center"/>
        </w:trPr>
        <w:tc>
          <w:tcPr>
            <w:tcW w:w="5760" w:type="dxa"/>
            <w:tcMar>
              <w:top w:w="80" w:type="dxa"/>
              <w:left w:w="80" w:type="dxa"/>
              <w:bottom w:w="0" w:type="dxa"/>
              <w:right w:w="80" w:type="dxa"/>
            </w:tcMar>
          </w:tcPr>
          <w:p w14:paraId="7BF6A1F1" w14:textId="77777777" w:rsidR="00EC7A70" w:rsidRDefault="00EC7A70" w:rsidP="00D420CD">
            <w:r>
              <w:rPr>
                <w:color w:val="000000"/>
                <w:sz w:val="18"/>
              </w:rPr>
              <w:t>Command Example</w:t>
            </w:r>
          </w:p>
        </w:tc>
        <w:tc>
          <w:tcPr>
            <w:tcW w:w="3600" w:type="dxa"/>
            <w:vMerge/>
          </w:tcPr>
          <w:p w14:paraId="3FAF97C2" w14:textId="77777777" w:rsidR="00EC7A70" w:rsidRDefault="00EC7A70" w:rsidP="00D420CD"/>
        </w:tc>
      </w:tr>
      <w:tr w:rsidR="00EC7A70" w14:paraId="10BFF6C9" w14:textId="77777777" w:rsidTr="00D420CD">
        <w:trPr>
          <w:jc w:val="center"/>
        </w:trPr>
        <w:tc>
          <w:tcPr>
            <w:tcW w:w="5760" w:type="dxa"/>
            <w:shd w:val="clear" w:color="auto" w:fill="000000"/>
            <w:tcMar>
              <w:top w:w="0" w:type="dxa"/>
              <w:left w:w="80" w:type="dxa"/>
              <w:bottom w:w="80" w:type="dxa"/>
              <w:right w:w="80" w:type="dxa"/>
            </w:tcMar>
          </w:tcPr>
          <w:p w14:paraId="7BF6DFA6" w14:textId="77777777" w:rsidR="00EC7A70" w:rsidRDefault="00EC7A70" w:rsidP="00D420CD">
            <w:r>
              <w:rPr>
                <w:rFonts w:ascii="Roboto Mono" w:hAnsi="Roboto Mono"/>
                <w:b/>
                <w:color w:val="FFFFFF"/>
                <w:sz w:val="16"/>
              </w:rPr>
              <w:t xml:space="preserve">SET ALIAS </w:t>
            </w:r>
            <w:proofErr w:type="spellStart"/>
            <w:r>
              <w:rPr>
                <w:rFonts w:ascii="Roboto Mono" w:hAnsi="Roboto Mono"/>
                <w:b/>
                <w:color w:val="FFFFFF"/>
                <w:sz w:val="16"/>
              </w:rPr>
              <w:t>MeetingRoom</w:t>
            </w:r>
            <w:proofErr w:type="spellEnd"/>
          </w:p>
        </w:tc>
        <w:tc>
          <w:tcPr>
            <w:tcW w:w="3600" w:type="dxa"/>
            <w:vMerge/>
          </w:tcPr>
          <w:p w14:paraId="48EEEB26" w14:textId="77777777" w:rsidR="00EC7A70" w:rsidRDefault="00EC7A70" w:rsidP="00D420CD"/>
        </w:tc>
      </w:tr>
      <w:tr w:rsidR="00EC7A70" w14:paraId="518779AC" w14:textId="77777777" w:rsidTr="00D420CD">
        <w:trPr>
          <w:jc w:val="center"/>
        </w:trPr>
        <w:tc>
          <w:tcPr>
            <w:tcW w:w="5760" w:type="dxa"/>
            <w:tcMar>
              <w:top w:w="80" w:type="dxa"/>
              <w:left w:w="80" w:type="dxa"/>
              <w:bottom w:w="0" w:type="dxa"/>
              <w:right w:w="80" w:type="dxa"/>
            </w:tcMar>
          </w:tcPr>
          <w:p w14:paraId="2F6B38AA" w14:textId="77777777" w:rsidR="00EC7A70" w:rsidRDefault="00EC7A70" w:rsidP="00D420CD">
            <w:r>
              <w:rPr>
                <w:color w:val="000000"/>
                <w:sz w:val="18"/>
              </w:rPr>
              <w:t>Response Example</w:t>
            </w:r>
          </w:p>
        </w:tc>
        <w:tc>
          <w:tcPr>
            <w:tcW w:w="3600" w:type="dxa"/>
            <w:vMerge/>
          </w:tcPr>
          <w:p w14:paraId="3F699BB6" w14:textId="77777777" w:rsidR="00EC7A70" w:rsidRDefault="00EC7A70" w:rsidP="00D420CD"/>
        </w:tc>
      </w:tr>
      <w:tr w:rsidR="00EC7A70" w14:paraId="04119B63" w14:textId="77777777" w:rsidTr="00D420CD">
        <w:trPr>
          <w:jc w:val="center"/>
        </w:trPr>
        <w:tc>
          <w:tcPr>
            <w:tcW w:w="5760" w:type="dxa"/>
            <w:shd w:val="clear" w:color="auto" w:fill="000000"/>
            <w:tcMar>
              <w:top w:w="0" w:type="dxa"/>
              <w:left w:w="80" w:type="dxa"/>
              <w:bottom w:w="80" w:type="dxa"/>
              <w:right w:w="80" w:type="dxa"/>
            </w:tcMar>
          </w:tcPr>
          <w:p w14:paraId="55538C2E" w14:textId="77777777" w:rsidR="00EC7A70" w:rsidRDefault="00EC7A70" w:rsidP="00D420CD">
            <w:r>
              <w:rPr>
                <w:rFonts w:ascii="Roboto Mono" w:hAnsi="Roboto Mono"/>
                <w:b/>
                <w:color w:val="FFFFFF"/>
                <w:sz w:val="16"/>
              </w:rPr>
              <w:t xml:space="preserve">ALIAS </w:t>
            </w:r>
            <w:proofErr w:type="spellStart"/>
            <w:r>
              <w:rPr>
                <w:rFonts w:ascii="Roboto Mono" w:hAnsi="Roboto Mono"/>
                <w:b/>
                <w:color w:val="FFFFFF"/>
                <w:sz w:val="16"/>
              </w:rPr>
              <w:t>MeetingRoom</w:t>
            </w:r>
            <w:proofErr w:type="spellEnd"/>
          </w:p>
        </w:tc>
        <w:tc>
          <w:tcPr>
            <w:tcW w:w="3600" w:type="dxa"/>
            <w:vMerge/>
          </w:tcPr>
          <w:p w14:paraId="0135B29B" w14:textId="77777777" w:rsidR="00EC7A70" w:rsidRDefault="00EC7A70" w:rsidP="00D420CD"/>
        </w:tc>
      </w:tr>
      <w:tr w:rsidR="00EC7A70" w14:paraId="5DDF04F0" w14:textId="77777777" w:rsidTr="00D420CD">
        <w:trPr>
          <w:jc w:val="center"/>
        </w:trPr>
        <w:tc>
          <w:tcPr>
            <w:tcW w:w="9360" w:type="dxa"/>
            <w:gridSpan w:val="2"/>
            <w:shd w:val="clear" w:color="auto" w:fill="E0F6EC"/>
            <w:tcMar>
              <w:top w:w="80" w:type="dxa"/>
              <w:left w:w="80" w:type="dxa"/>
              <w:bottom w:w="80" w:type="dxa"/>
              <w:right w:w="80" w:type="dxa"/>
            </w:tcMar>
          </w:tcPr>
          <w:p w14:paraId="3282C57C" w14:textId="77777777" w:rsidR="00EC7A70" w:rsidRDefault="00EC7A70" w:rsidP="00D420CD">
            <w:r>
              <w:rPr>
                <w:color w:val="000000"/>
                <w:sz w:val="16"/>
              </w:rPr>
              <w:t>Additional Notes: Default value: SW-640L-TX-W-XXXX, where XXXX are the last two bytes of the MAC address in hexadecimal. For example: SW-640L-TX-W-327C</w:t>
            </w:r>
          </w:p>
        </w:tc>
      </w:tr>
    </w:tbl>
    <w:p w14:paraId="4FCD5267" w14:textId="77777777" w:rsidR="00EC7A70" w:rsidRDefault="00EC7A70" w:rsidP="00EC7A70"/>
    <w:p w14:paraId="12DF0819" w14:textId="77777777" w:rsidR="00EC7A70" w:rsidRDefault="00EC7A70" w:rsidP="00EC7A70">
      <w:pPr>
        <w:pStyle w:val="Heading2"/>
      </w:pPr>
      <w:bookmarkStart w:id="13" w:name="_Toc218512774"/>
      <w:r>
        <w:rPr>
          <w:rFonts w:ascii="Roboto" w:hAnsi="Roboto"/>
          <w:color w:val="000000"/>
          <w:sz w:val="28"/>
        </w:rPr>
        <w:t>1.2 Get Device Alias</w:t>
      </w:r>
      <w:bookmarkEnd w:id="13"/>
    </w:p>
    <w:p w14:paraId="11464FEC"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26D53B9A" w14:textId="77777777" w:rsidTr="00D420CD">
        <w:trPr>
          <w:jc w:val="center"/>
        </w:trPr>
        <w:tc>
          <w:tcPr>
            <w:tcW w:w="5760" w:type="dxa"/>
            <w:tcMar>
              <w:top w:w="80" w:type="dxa"/>
              <w:left w:w="80" w:type="dxa"/>
              <w:bottom w:w="80" w:type="dxa"/>
              <w:right w:w="80" w:type="dxa"/>
            </w:tcMar>
          </w:tcPr>
          <w:p w14:paraId="5174C3FC" w14:textId="77777777" w:rsidR="00EC7A70" w:rsidRDefault="00EC7A70" w:rsidP="00D420CD">
            <w:r>
              <w:rPr>
                <w:color w:val="000000"/>
                <w:sz w:val="18"/>
              </w:rPr>
              <w:t>Command Structure</w:t>
            </w:r>
            <w:r>
              <w:rPr>
                <w:rFonts w:ascii="Roboto Mono" w:hAnsi="Roboto Mono"/>
                <w:b/>
                <w:color w:val="000000"/>
                <w:sz w:val="16"/>
              </w:rPr>
              <w:br/>
              <w:t>GET ALIAS</w:t>
            </w:r>
          </w:p>
        </w:tc>
        <w:tc>
          <w:tcPr>
            <w:tcW w:w="3600" w:type="dxa"/>
            <w:vMerge w:val="restart"/>
            <w:shd w:val="clear" w:color="auto" w:fill="F2F2F2"/>
            <w:tcMar>
              <w:top w:w="80" w:type="dxa"/>
              <w:left w:w="80" w:type="dxa"/>
              <w:bottom w:w="80" w:type="dxa"/>
              <w:right w:w="80" w:type="dxa"/>
            </w:tcMar>
          </w:tcPr>
          <w:p w14:paraId="078F7DAE" w14:textId="77777777" w:rsidR="00EC7A70" w:rsidRDefault="00EC7A70" w:rsidP="00D420CD">
            <w:r>
              <w:rPr>
                <w:color w:val="000000"/>
                <w:sz w:val="16"/>
              </w:rPr>
              <w:t>Parameters:</w:t>
            </w:r>
            <w:r>
              <w:rPr>
                <w:color w:val="000000"/>
                <w:sz w:val="16"/>
              </w:rPr>
              <w:br/>
            </w:r>
          </w:p>
        </w:tc>
      </w:tr>
      <w:tr w:rsidR="00EC7A70" w14:paraId="400E7A47" w14:textId="77777777" w:rsidTr="00D420CD">
        <w:trPr>
          <w:jc w:val="center"/>
        </w:trPr>
        <w:tc>
          <w:tcPr>
            <w:tcW w:w="5760" w:type="dxa"/>
            <w:tcMar>
              <w:top w:w="80" w:type="dxa"/>
              <w:left w:w="80" w:type="dxa"/>
              <w:bottom w:w="80" w:type="dxa"/>
              <w:right w:w="80" w:type="dxa"/>
            </w:tcMar>
          </w:tcPr>
          <w:p w14:paraId="5D5C500C" w14:textId="77777777" w:rsidR="00EC7A70" w:rsidRDefault="00EC7A70" w:rsidP="00D420CD">
            <w:r>
              <w:rPr>
                <w:color w:val="000000"/>
                <w:sz w:val="18"/>
              </w:rPr>
              <w:t>Response Structure</w:t>
            </w:r>
            <w:r>
              <w:rPr>
                <w:rFonts w:ascii="Roboto Mono" w:hAnsi="Roboto Mono"/>
                <w:b/>
                <w:color w:val="000000"/>
                <w:sz w:val="16"/>
              </w:rPr>
              <w:br/>
              <w:t xml:space="preserve">ALIAS &lt; </w:t>
            </w:r>
            <w:proofErr w:type="spellStart"/>
            <w:r>
              <w:rPr>
                <w:rFonts w:ascii="Roboto Mono" w:hAnsi="Roboto Mono"/>
                <w:b/>
                <w:color w:val="000000"/>
                <w:sz w:val="16"/>
              </w:rPr>
              <w:t>DeivceName</w:t>
            </w:r>
            <w:proofErr w:type="spellEnd"/>
            <w:r>
              <w:rPr>
                <w:rFonts w:ascii="Roboto Mono" w:hAnsi="Roboto Mono"/>
                <w:b/>
                <w:color w:val="000000"/>
                <w:sz w:val="16"/>
              </w:rPr>
              <w:t xml:space="preserve"> &gt;</w:t>
            </w:r>
          </w:p>
        </w:tc>
        <w:tc>
          <w:tcPr>
            <w:tcW w:w="3600" w:type="dxa"/>
            <w:vMerge/>
          </w:tcPr>
          <w:p w14:paraId="3977B2AD" w14:textId="77777777" w:rsidR="00EC7A70" w:rsidRDefault="00EC7A70" w:rsidP="00D420CD"/>
        </w:tc>
      </w:tr>
      <w:tr w:rsidR="00EC7A70" w14:paraId="25B708FE" w14:textId="77777777" w:rsidTr="00D420CD">
        <w:trPr>
          <w:jc w:val="center"/>
        </w:trPr>
        <w:tc>
          <w:tcPr>
            <w:tcW w:w="5760" w:type="dxa"/>
            <w:tcMar>
              <w:top w:w="80" w:type="dxa"/>
              <w:left w:w="80" w:type="dxa"/>
              <w:bottom w:w="0" w:type="dxa"/>
              <w:right w:w="80" w:type="dxa"/>
            </w:tcMar>
          </w:tcPr>
          <w:p w14:paraId="0675D10F" w14:textId="77777777" w:rsidR="00EC7A70" w:rsidRDefault="00EC7A70" w:rsidP="00D420CD">
            <w:r>
              <w:rPr>
                <w:color w:val="000000"/>
                <w:sz w:val="18"/>
              </w:rPr>
              <w:t>Command Example</w:t>
            </w:r>
          </w:p>
        </w:tc>
        <w:tc>
          <w:tcPr>
            <w:tcW w:w="3600" w:type="dxa"/>
            <w:vMerge/>
          </w:tcPr>
          <w:p w14:paraId="70E1E910" w14:textId="77777777" w:rsidR="00EC7A70" w:rsidRDefault="00EC7A70" w:rsidP="00D420CD"/>
        </w:tc>
      </w:tr>
      <w:tr w:rsidR="00EC7A70" w14:paraId="7E9B1D5A" w14:textId="77777777" w:rsidTr="00D420CD">
        <w:trPr>
          <w:jc w:val="center"/>
        </w:trPr>
        <w:tc>
          <w:tcPr>
            <w:tcW w:w="5760" w:type="dxa"/>
            <w:shd w:val="clear" w:color="auto" w:fill="000000"/>
            <w:tcMar>
              <w:top w:w="0" w:type="dxa"/>
              <w:left w:w="80" w:type="dxa"/>
              <w:bottom w:w="80" w:type="dxa"/>
              <w:right w:w="80" w:type="dxa"/>
            </w:tcMar>
          </w:tcPr>
          <w:p w14:paraId="79E0CD9D" w14:textId="77777777" w:rsidR="00EC7A70" w:rsidRDefault="00EC7A70" w:rsidP="00D420CD">
            <w:r>
              <w:rPr>
                <w:rFonts w:ascii="Roboto Mono" w:hAnsi="Roboto Mono"/>
                <w:b/>
                <w:color w:val="FFFFFF"/>
                <w:sz w:val="16"/>
              </w:rPr>
              <w:t>GET ALIAS</w:t>
            </w:r>
          </w:p>
        </w:tc>
        <w:tc>
          <w:tcPr>
            <w:tcW w:w="3600" w:type="dxa"/>
            <w:vMerge/>
          </w:tcPr>
          <w:p w14:paraId="403CFBF8" w14:textId="77777777" w:rsidR="00EC7A70" w:rsidRDefault="00EC7A70" w:rsidP="00D420CD"/>
        </w:tc>
      </w:tr>
      <w:tr w:rsidR="00EC7A70" w14:paraId="0828779E" w14:textId="77777777" w:rsidTr="00D420CD">
        <w:trPr>
          <w:jc w:val="center"/>
        </w:trPr>
        <w:tc>
          <w:tcPr>
            <w:tcW w:w="5760" w:type="dxa"/>
            <w:tcMar>
              <w:top w:w="80" w:type="dxa"/>
              <w:left w:w="80" w:type="dxa"/>
              <w:bottom w:w="0" w:type="dxa"/>
              <w:right w:w="80" w:type="dxa"/>
            </w:tcMar>
          </w:tcPr>
          <w:p w14:paraId="1FC1F1BF" w14:textId="77777777" w:rsidR="00EC7A70" w:rsidRDefault="00EC7A70" w:rsidP="00D420CD">
            <w:r>
              <w:rPr>
                <w:color w:val="000000"/>
                <w:sz w:val="18"/>
              </w:rPr>
              <w:t>Response Example</w:t>
            </w:r>
          </w:p>
        </w:tc>
        <w:tc>
          <w:tcPr>
            <w:tcW w:w="3600" w:type="dxa"/>
            <w:vMerge/>
          </w:tcPr>
          <w:p w14:paraId="6E63DD2A" w14:textId="77777777" w:rsidR="00EC7A70" w:rsidRDefault="00EC7A70" w:rsidP="00D420CD"/>
        </w:tc>
      </w:tr>
      <w:tr w:rsidR="00EC7A70" w14:paraId="7EFE879E" w14:textId="77777777" w:rsidTr="00D420CD">
        <w:trPr>
          <w:jc w:val="center"/>
        </w:trPr>
        <w:tc>
          <w:tcPr>
            <w:tcW w:w="5760" w:type="dxa"/>
            <w:shd w:val="clear" w:color="auto" w:fill="000000"/>
            <w:tcMar>
              <w:top w:w="0" w:type="dxa"/>
              <w:left w:w="80" w:type="dxa"/>
              <w:bottom w:w="80" w:type="dxa"/>
              <w:right w:w="80" w:type="dxa"/>
            </w:tcMar>
          </w:tcPr>
          <w:p w14:paraId="1381967B" w14:textId="77777777" w:rsidR="00EC7A70" w:rsidRDefault="00EC7A70" w:rsidP="00D420CD">
            <w:r>
              <w:rPr>
                <w:rFonts w:ascii="Roboto Mono" w:hAnsi="Roboto Mono"/>
                <w:b/>
                <w:color w:val="FFFFFF"/>
                <w:sz w:val="16"/>
              </w:rPr>
              <w:t xml:space="preserve">ALIAS </w:t>
            </w:r>
            <w:proofErr w:type="spellStart"/>
            <w:r>
              <w:rPr>
                <w:rFonts w:ascii="Roboto Mono" w:hAnsi="Roboto Mono"/>
                <w:b/>
                <w:color w:val="FFFFFF"/>
                <w:sz w:val="16"/>
              </w:rPr>
              <w:t>MeetingRoom</w:t>
            </w:r>
            <w:proofErr w:type="spellEnd"/>
          </w:p>
        </w:tc>
        <w:tc>
          <w:tcPr>
            <w:tcW w:w="3600" w:type="dxa"/>
            <w:vMerge/>
          </w:tcPr>
          <w:p w14:paraId="6D76BB5B" w14:textId="77777777" w:rsidR="00EC7A70" w:rsidRDefault="00EC7A70" w:rsidP="00D420CD"/>
        </w:tc>
      </w:tr>
      <w:tr w:rsidR="00EC7A70" w14:paraId="41A1FDF3" w14:textId="77777777" w:rsidTr="00D420CD">
        <w:trPr>
          <w:jc w:val="center"/>
        </w:trPr>
        <w:tc>
          <w:tcPr>
            <w:tcW w:w="9360" w:type="dxa"/>
            <w:gridSpan w:val="2"/>
            <w:shd w:val="clear" w:color="auto" w:fill="E0F6EC"/>
            <w:tcMar>
              <w:top w:w="80" w:type="dxa"/>
              <w:left w:w="80" w:type="dxa"/>
              <w:bottom w:w="80" w:type="dxa"/>
              <w:right w:w="80" w:type="dxa"/>
            </w:tcMar>
          </w:tcPr>
          <w:p w14:paraId="05A5B874" w14:textId="77777777" w:rsidR="00EC7A70" w:rsidRDefault="00EC7A70" w:rsidP="00D420CD">
            <w:r>
              <w:rPr>
                <w:color w:val="000000"/>
                <w:sz w:val="16"/>
              </w:rPr>
              <w:t xml:space="preserve">Additional Notes: </w:t>
            </w:r>
          </w:p>
        </w:tc>
      </w:tr>
    </w:tbl>
    <w:p w14:paraId="7E983BE0" w14:textId="0778EA3C" w:rsidR="00EC7A70" w:rsidRDefault="00EC7A70" w:rsidP="00EC7A70"/>
    <w:p w14:paraId="44BEA184" w14:textId="77777777" w:rsidR="00EC7A70" w:rsidRDefault="00EC7A70">
      <w:r>
        <w:br w:type="page"/>
      </w:r>
    </w:p>
    <w:p w14:paraId="313DF018" w14:textId="77777777" w:rsidR="00EC7A70" w:rsidRDefault="00EC7A70" w:rsidP="00EC7A70">
      <w:pPr>
        <w:pStyle w:val="Heading2"/>
      </w:pPr>
      <w:bookmarkStart w:id="14" w:name="_Toc218512775"/>
      <w:r>
        <w:rPr>
          <w:rFonts w:ascii="Roboto" w:hAnsi="Roboto"/>
          <w:color w:val="000000"/>
          <w:sz w:val="28"/>
        </w:rPr>
        <w:lastRenderedPageBreak/>
        <w:t>1.3 Get Device Version Information</w:t>
      </w:r>
      <w:bookmarkEnd w:id="14"/>
    </w:p>
    <w:p w14:paraId="30309BF7" w14:textId="77777777" w:rsidR="00EC7A70" w:rsidRDefault="00EC7A70" w:rsidP="00EC7A70">
      <w:r>
        <w:rPr>
          <w:rFonts w:ascii="Roboto" w:hAnsi="Roboto"/>
          <w:sz w:val="18"/>
        </w:rPr>
        <w:br/>
        <w:t xml:space="preserve">Retrieve </w:t>
      </w:r>
      <w:proofErr w:type="gramStart"/>
      <w:r>
        <w:rPr>
          <w:rFonts w:ascii="Roboto" w:hAnsi="Roboto"/>
          <w:sz w:val="18"/>
        </w:rPr>
        <w:t>the version</w:t>
      </w:r>
      <w:proofErr w:type="gramEnd"/>
      <w:r>
        <w:rPr>
          <w:rFonts w:ascii="Roboto" w:hAnsi="Roboto"/>
          <w:sz w:val="18"/>
        </w:rPr>
        <w:t xml:space="preserve"> information for each software module on the device.</w:t>
      </w:r>
    </w:p>
    <w:tbl>
      <w:tblPr>
        <w:tblStyle w:val="luka"/>
        <w:tblW w:w="0" w:type="auto"/>
        <w:jc w:val="center"/>
        <w:tblLook w:val="04A0" w:firstRow="1" w:lastRow="0" w:firstColumn="1" w:lastColumn="0" w:noHBand="0" w:noVBand="1"/>
      </w:tblPr>
      <w:tblGrid>
        <w:gridCol w:w="5760"/>
        <w:gridCol w:w="3600"/>
      </w:tblGrid>
      <w:tr w:rsidR="00EC7A70" w14:paraId="53C18E8C" w14:textId="77777777" w:rsidTr="00D420CD">
        <w:trPr>
          <w:jc w:val="center"/>
        </w:trPr>
        <w:tc>
          <w:tcPr>
            <w:tcW w:w="5760" w:type="dxa"/>
            <w:tcMar>
              <w:top w:w="80" w:type="dxa"/>
              <w:left w:w="80" w:type="dxa"/>
              <w:bottom w:w="80" w:type="dxa"/>
              <w:right w:w="80" w:type="dxa"/>
            </w:tcMar>
          </w:tcPr>
          <w:p w14:paraId="53DC2500" w14:textId="77777777" w:rsidR="00EC7A70" w:rsidRDefault="00EC7A70" w:rsidP="00D420CD">
            <w:r>
              <w:rPr>
                <w:color w:val="000000"/>
                <w:sz w:val="18"/>
              </w:rPr>
              <w:t>Command Structure</w:t>
            </w:r>
            <w:r>
              <w:rPr>
                <w:rFonts w:ascii="Roboto Mono" w:hAnsi="Roboto Mono"/>
                <w:b/>
                <w:color w:val="000000"/>
                <w:sz w:val="16"/>
              </w:rPr>
              <w:br/>
              <w:t xml:space="preserve">GET VER &lt; ALL | </w:t>
            </w:r>
            <w:proofErr w:type="spellStart"/>
            <w:r>
              <w:rPr>
                <w:rFonts w:ascii="Roboto Mono" w:hAnsi="Roboto Mono"/>
                <w:b/>
                <w:color w:val="000000"/>
                <w:sz w:val="16"/>
              </w:rPr>
              <w:t>ModuleName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3F845BC6" w14:textId="77777777" w:rsidR="00EC7A70" w:rsidRDefault="00EC7A70" w:rsidP="00D420CD">
            <w:r>
              <w:rPr>
                <w:color w:val="000000"/>
                <w:sz w:val="16"/>
              </w:rPr>
              <w:t>Parameters:</w:t>
            </w:r>
            <w:r>
              <w:rPr>
                <w:color w:val="000000"/>
                <w:sz w:val="16"/>
              </w:rPr>
              <w:br/>
            </w:r>
            <w:proofErr w:type="spellStart"/>
            <w:r>
              <w:rPr>
                <w:color w:val="000000"/>
                <w:sz w:val="16"/>
              </w:rPr>
              <w:t>ModuleName</w:t>
            </w:r>
            <w:proofErr w:type="spellEnd"/>
            <w:r>
              <w:rPr>
                <w:color w:val="000000"/>
                <w:sz w:val="16"/>
              </w:rPr>
              <w:t xml:space="preserve"> = the software module whose version you want to retrieve. Currently supported values:</w:t>
            </w:r>
            <w:r>
              <w:rPr>
                <w:color w:val="000000"/>
                <w:sz w:val="16"/>
              </w:rPr>
              <w:br/>
              <w:t>MAINSOC, USBCCHIP, USBCVIDEO, VIDEOCHIP</w:t>
            </w:r>
            <w:r>
              <w:rPr>
                <w:color w:val="000000"/>
                <w:sz w:val="16"/>
              </w:rPr>
              <w:br/>
              <w:t>ALL = retrieve version information for all software modules; in this case the device returns each module's version on separate lines.</w:t>
            </w:r>
          </w:p>
        </w:tc>
      </w:tr>
      <w:tr w:rsidR="00EC7A70" w14:paraId="7DD00A9D" w14:textId="77777777" w:rsidTr="00D420CD">
        <w:trPr>
          <w:jc w:val="center"/>
        </w:trPr>
        <w:tc>
          <w:tcPr>
            <w:tcW w:w="5760" w:type="dxa"/>
            <w:tcMar>
              <w:top w:w="80" w:type="dxa"/>
              <w:left w:w="80" w:type="dxa"/>
              <w:bottom w:w="80" w:type="dxa"/>
              <w:right w:w="80" w:type="dxa"/>
            </w:tcMar>
          </w:tcPr>
          <w:p w14:paraId="438685F9" w14:textId="77777777" w:rsidR="00EC7A70" w:rsidRDefault="00EC7A70" w:rsidP="00D420CD">
            <w:r>
              <w:rPr>
                <w:color w:val="000000"/>
                <w:sz w:val="18"/>
              </w:rPr>
              <w:t>Response Structure</w:t>
            </w:r>
            <w:r>
              <w:rPr>
                <w:rFonts w:ascii="Roboto Mono" w:hAnsi="Roboto Mono"/>
                <w:b/>
                <w:color w:val="000000"/>
                <w:sz w:val="16"/>
              </w:rPr>
              <w:br/>
              <w:t xml:space="preserve">VER </w:t>
            </w:r>
            <w:proofErr w:type="spellStart"/>
            <w:r>
              <w:rPr>
                <w:rFonts w:ascii="Roboto Mono" w:hAnsi="Roboto Mono"/>
                <w:b/>
                <w:color w:val="000000"/>
                <w:sz w:val="16"/>
              </w:rPr>
              <w:t>ModuleName</w:t>
            </w:r>
            <w:proofErr w:type="spellEnd"/>
            <w:r>
              <w:rPr>
                <w:rFonts w:ascii="Roboto Mono" w:hAnsi="Roboto Mono"/>
                <w:b/>
                <w:color w:val="000000"/>
                <w:sz w:val="16"/>
              </w:rPr>
              <w:t xml:space="preserve"> Version</w:t>
            </w:r>
            <w:r>
              <w:rPr>
                <w:rFonts w:ascii="Roboto Mono" w:hAnsi="Roboto Mono"/>
                <w:b/>
                <w:color w:val="000000"/>
                <w:sz w:val="16"/>
              </w:rPr>
              <w:br/>
              <w:t>or</w:t>
            </w:r>
            <w:r>
              <w:rPr>
                <w:rFonts w:ascii="Roboto Mono" w:hAnsi="Roboto Mono"/>
                <w:b/>
                <w:color w:val="000000"/>
                <w:sz w:val="16"/>
              </w:rPr>
              <w:br/>
              <w:t>VER ModuleName1 Version1</w:t>
            </w:r>
            <w:r>
              <w:rPr>
                <w:rFonts w:ascii="Roboto Mono" w:hAnsi="Roboto Mono"/>
                <w:b/>
                <w:color w:val="000000"/>
                <w:sz w:val="16"/>
              </w:rPr>
              <w:br/>
              <w:t>VER ModuleName2 Version2</w:t>
            </w:r>
            <w:r>
              <w:rPr>
                <w:rFonts w:ascii="Roboto Mono" w:hAnsi="Roboto Mono"/>
                <w:b/>
                <w:color w:val="000000"/>
                <w:sz w:val="16"/>
              </w:rPr>
              <w:br/>
              <w:t>...</w:t>
            </w:r>
          </w:p>
        </w:tc>
        <w:tc>
          <w:tcPr>
            <w:tcW w:w="3600" w:type="dxa"/>
            <w:vMerge/>
          </w:tcPr>
          <w:p w14:paraId="1ACE77A1" w14:textId="77777777" w:rsidR="00EC7A70" w:rsidRDefault="00EC7A70" w:rsidP="00D420CD"/>
        </w:tc>
      </w:tr>
      <w:tr w:rsidR="00EC7A70" w14:paraId="013952AB" w14:textId="77777777" w:rsidTr="00D420CD">
        <w:trPr>
          <w:jc w:val="center"/>
        </w:trPr>
        <w:tc>
          <w:tcPr>
            <w:tcW w:w="5760" w:type="dxa"/>
            <w:tcMar>
              <w:top w:w="80" w:type="dxa"/>
              <w:left w:w="80" w:type="dxa"/>
              <w:bottom w:w="0" w:type="dxa"/>
              <w:right w:w="80" w:type="dxa"/>
            </w:tcMar>
          </w:tcPr>
          <w:p w14:paraId="313432E8" w14:textId="77777777" w:rsidR="00EC7A70" w:rsidRDefault="00EC7A70" w:rsidP="00D420CD">
            <w:r>
              <w:rPr>
                <w:color w:val="000000"/>
                <w:sz w:val="18"/>
              </w:rPr>
              <w:t>Command Example</w:t>
            </w:r>
          </w:p>
        </w:tc>
        <w:tc>
          <w:tcPr>
            <w:tcW w:w="3600" w:type="dxa"/>
            <w:vMerge/>
          </w:tcPr>
          <w:p w14:paraId="3A91AA26" w14:textId="77777777" w:rsidR="00EC7A70" w:rsidRDefault="00EC7A70" w:rsidP="00D420CD"/>
        </w:tc>
      </w:tr>
      <w:tr w:rsidR="00EC7A70" w14:paraId="38ECB0E9" w14:textId="77777777" w:rsidTr="00D420CD">
        <w:trPr>
          <w:jc w:val="center"/>
        </w:trPr>
        <w:tc>
          <w:tcPr>
            <w:tcW w:w="5760" w:type="dxa"/>
            <w:shd w:val="clear" w:color="auto" w:fill="000000"/>
            <w:tcMar>
              <w:top w:w="0" w:type="dxa"/>
              <w:left w:w="80" w:type="dxa"/>
              <w:bottom w:w="80" w:type="dxa"/>
              <w:right w:w="80" w:type="dxa"/>
            </w:tcMar>
          </w:tcPr>
          <w:p w14:paraId="0F251BF4" w14:textId="77777777" w:rsidR="00EC7A70" w:rsidRDefault="00EC7A70" w:rsidP="00D420CD">
            <w:r>
              <w:rPr>
                <w:rFonts w:ascii="Roboto Mono" w:hAnsi="Roboto Mono"/>
                <w:b/>
                <w:color w:val="FFFFFF"/>
                <w:sz w:val="16"/>
              </w:rPr>
              <w:t>GET VER MAINSOC</w:t>
            </w:r>
          </w:p>
        </w:tc>
        <w:tc>
          <w:tcPr>
            <w:tcW w:w="3600" w:type="dxa"/>
            <w:vMerge/>
          </w:tcPr>
          <w:p w14:paraId="1DAE0B1A" w14:textId="77777777" w:rsidR="00EC7A70" w:rsidRDefault="00EC7A70" w:rsidP="00D420CD"/>
        </w:tc>
      </w:tr>
      <w:tr w:rsidR="00EC7A70" w14:paraId="1CE99F0D" w14:textId="77777777" w:rsidTr="00D420CD">
        <w:trPr>
          <w:jc w:val="center"/>
        </w:trPr>
        <w:tc>
          <w:tcPr>
            <w:tcW w:w="5760" w:type="dxa"/>
            <w:tcMar>
              <w:top w:w="80" w:type="dxa"/>
              <w:left w:w="80" w:type="dxa"/>
              <w:bottom w:w="0" w:type="dxa"/>
              <w:right w:w="80" w:type="dxa"/>
            </w:tcMar>
          </w:tcPr>
          <w:p w14:paraId="6B4BAF46" w14:textId="77777777" w:rsidR="00EC7A70" w:rsidRDefault="00EC7A70" w:rsidP="00D420CD">
            <w:r>
              <w:rPr>
                <w:color w:val="000000"/>
                <w:sz w:val="18"/>
              </w:rPr>
              <w:t>Response Example</w:t>
            </w:r>
          </w:p>
        </w:tc>
        <w:tc>
          <w:tcPr>
            <w:tcW w:w="3600" w:type="dxa"/>
            <w:vMerge/>
          </w:tcPr>
          <w:p w14:paraId="519003AB" w14:textId="77777777" w:rsidR="00EC7A70" w:rsidRDefault="00EC7A70" w:rsidP="00D420CD"/>
        </w:tc>
      </w:tr>
      <w:tr w:rsidR="00EC7A70" w14:paraId="4ECA2686" w14:textId="77777777" w:rsidTr="00D420CD">
        <w:trPr>
          <w:jc w:val="center"/>
        </w:trPr>
        <w:tc>
          <w:tcPr>
            <w:tcW w:w="5760" w:type="dxa"/>
            <w:shd w:val="clear" w:color="auto" w:fill="000000"/>
            <w:tcMar>
              <w:top w:w="0" w:type="dxa"/>
              <w:left w:w="80" w:type="dxa"/>
              <w:bottom w:w="80" w:type="dxa"/>
              <w:right w:w="80" w:type="dxa"/>
            </w:tcMar>
          </w:tcPr>
          <w:p w14:paraId="498766BA" w14:textId="77777777" w:rsidR="00EC7A70" w:rsidRDefault="00EC7A70" w:rsidP="00D420CD">
            <w:r>
              <w:rPr>
                <w:rFonts w:ascii="Roboto Mono" w:hAnsi="Roboto Mono"/>
                <w:b/>
                <w:color w:val="FFFFFF"/>
                <w:sz w:val="16"/>
              </w:rPr>
              <w:t>VER MAINSOC 1.4.0</w:t>
            </w:r>
          </w:p>
        </w:tc>
        <w:tc>
          <w:tcPr>
            <w:tcW w:w="3600" w:type="dxa"/>
            <w:vMerge/>
          </w:tcPr>
          <w:p w14:paraId="6A7CBF77" w14:textId="77777777" w:rsidR="00EC7A70" w:rsidRDefault="00EC7A70" w:rsidP="00D420CD"/>
        </w:tc>
      </w:tr>
      <w:tr w:rsidR="00EC7A70" w14:paraId="5058F328" w14:textId="77777777" w:rsidTr="00D420CD">
        <w:trPr>
          <w:jc w:val="center"/>
        </w:trPr>
        <w:tc>
          <w:tcPr>
            <w:tcW w:w="9360" w:type="dxa"/>
            <w:gridSpan w:val="2"/>
            <w:shd w:val="clear" w:color="auto" w:fill="E0F6EC"/>
            <w:tcMar>
              <w:top w:w="80" w:type="dxa"/>
              <w:left w:w="80" w:type="dxa"/>
              <w:bottom w:w="80" w:type="dxa"/>
              <w:right w:w="80" w:type="dxa"/>
            </w:tcMar>
          </w:tcPr>
          <w:p w14:paraId="3C34CAE8" w14:textId="77777777" w:rsidR="00EC7A70" w:rsidRDefault="00EC7A70" w:rsidP="00D420CD">
            <w:r>
              <w:rPr>
                <w:color w:val="000000"/>
                <w:sz w:val="16"/>
              </w:rPr>
              <w:t xml:space="preserve">Additional Notes: </w:t>
            </w:r>
          </w:p>
        </w:tc>
      </w:tr>
    </w:tbl>
    <w:p w14:paraId="7F752D4E" w14:textId="77777777" w:rsidR="00EC7A70" w:rsidRDefault="00EC7A70" w:rsidP="00EC7A70"/>
    <w:p w14:paraId="4D57F921" w14:textId="77777777" w:rsidR="00EC7A70" w:rsidRDefault="00EC7A70" w:rsidP="00EC7A70">
      <w:pPr>
        <w:pStyle w:val="Heading2"/>
      </w:pPr>
      <w:bookmarkStart w:id="15" w:name="_Toc218512776"/>
      <w:r>
        <w:rPr>
          <w:rFonts w:ascii="Roboto" w:hAnsi="Roboto"/>
          <w:color w:val="000000"/>
          <w:sz w:val="28"/>
        </w:rPr>
        <w:t>1.4 Device Reboot</w:t>
      </w:r>
      <w:bookmarkEnd w:id="15"/>
    </w:p>
    <w:p w14:paraId="42FD4121" w14:textId="77777777" w:rsidR="00EC7A70" w:rsidRDefault="00EC7A70" w:rsidP="00EC7A70">
      <w:r>
        <w:rPr>
          <w:rFonts w:ascii="Roboto" w:hAnsi="Roboto"/>
          <w:sz w:val="18"/>
        </w:rPr>
        <w:br/>
        <w:t>Sends a command to reboot the device.</w:t>
      </w:r>
    </w:p>
    <w:tbl>
      <w:tblPr>
        <w:tblStyle w:val="luka"/>
        <w:tblW w:w="0" w:type="auto"/>
        <w:jc w:val="center"/>
        <w:tblLook w:val="04A0" w:firstRow="1" w:lastRow="0" w:firstColumn="1" w:lastColumn="0" w:noHBand="0" w:noVBand="1"/>
      </w:tblPr>
      <w:tblGrid>
        <w:gridCol w:w="5760"/>
        <w:gridCol w:w="3600"/>
      </w:tblGrid>
      <w:tr w:rsidR="00EC7A70" w14:paraId="6BB2608D" w14:textId="77777777" w:rsidTr="00D420CD">
        <w:trPr>
          <w:jc w:val="center"/>
        </w:trPr>
        <w:tc>
          <w:tcPr>
            <w:tcW w:w="5760" w:type="dxa"/>
            <w:tcMar>
              <w:top w:w="80" w:type="dxa"/>
              <w:left w:w="80" w:type="dxa"/>
              <w:bottom w:w="80" w:type="dxa"/>
              <w:right w:w="80" w:type="dxa"/>
            </w:tcMar>
          </w:tcPr>
          <w:p w14:paraId="08B8562D" w14:textId="77777777" w:rsidR="00EC7A70" w:rsidRDefault="00EC7A70" w:rsidP="00D420CD">
            <w:r>
              <w:rPr>
                <w:color w:val="000000"/>
                <w:sz w:val="18"/>
              </w:rPr>
              <w:t>Command Structure</w:t>
            </w:r>
            <w:r>
              <w:rPr>
                <w:rFonts w:ascii="Roboto Mono" w:hAnsi="Roboto Mono"/>
                <w:b/>
                <w:color w:val="000000"/>
                <w:sz w:val="16"/>
              </w:rPr>
              <w:br/>
              <w:t>REBOOT</w:t>
            </w:r>
          </w:p>
        </w:tc>
        <w:tc>
          <w:tcPr>
            <w:tcW w:w="3600" w:type="dxa"/>
            <w:vMerge w:val="restart"/>
            <w:shd w:val="clear" w:color="auto" w:fill="F2F2F2"/>
            <w:tcMar>
              <w:top w:w="80" w:type="dxa"/>
              <w:left w:w="80" w:type="dxa"/>
              <w:bottom w:w="80" w:type="dxa"/>
              <w:right w:w="80" w:type="dxa"/>
            </w:tcMar>
          </w:tcPr>
          <w:p w14:paraId="22CE9EE4" w14:textId="77777777" w:rsidR="00EC7A70" w:rsidRDefault="00EC7A70" w:rsidP="00D420CD">
            <w:r>
              <w:rPr>
                <w:color w:val="000000"/>
                <w:sz w:val="16"/>
              </w:rPr>
              <w:t>Parameters:</w:t>
            </w:r>
            <w:r>
              <w:rPr>
                <w:color w:val="000000"/>
                <w:sz w:val="16"/>
              </w:rPr>
              <w:br/>
            </w:r>
          </w:p>
        </w:tc>
      </w:tr>
      <w:tr w:rsidR="00EC7A70" w14:paraId="05B47D71" w14:textId="77777777" w:rsidTr="00D420CD">
        <w:trPr>
          <w:jc w:val="center"/>
        </w:trPr>
        <w:tc>
          <w:tcPr>
            <w:tcW w:w="5760" w:type="dxa"/>
            <w:tcMar>
              <w:top w:w="80" w:type="dxa"/>
              <w:left w:w="80" w:type="dxa"/>
              <w:bottom w:w="80" w:type="dxa"/>
              <w:right w:w="80" w:type="dxa"/>
            </w:tcMar>
          </w:tcPr>
          <w:p w14:paraId="352EE541" w14:textId="77777777" w:rsidR="00EC7A70" w:rsidRDefault="00EC7A70" w:rsidP="00D420CD">
            <w:r>
              <w:rPr>
                <w:color w:val="000000"/>
                <w:sz w:val="18"/>
              </w:rPr>
              <w:t>Response Structure</w:t>
            </w:r>
            <w:r>
              <w:rPr>
                <w:rFonts w:ascii="Roboto Mono" w:hAnsi="Roboto Mono"/>
                <w:b/>
                <w:color w:val="000000"/>
                <w:sz w:val="16"/>
              </w:rPr>
              <w:br/>
              <w:t>REBOOT</w:t>
            </w:r>
          </w:p>
        </w:tc>
        <w:tc>
          <w:tcPr>
            <w:tcW w:w="3600" w:type="dxa"/>
            <w:vMerge/>
          </w:tcPr>
          <w:p w14:paraId="631DB4F8" w14:textId="77777777" w:rsidR="00EC7A70" w:rsidRDefault="00EC7A70" w:rsidP="00D420CD"/>
        </w:tc>
      </w:tr>
      <w:tr w:rsidR="00EC7A70" w14:paraId="7470E576" w14:textId="77777777" w:rsidTr="00D420CD">
        <w:trPr>
          <w:jc w:val="center"/>
        </w:trPr>
        <w:tc>
          <w:tcPr>
            <w:tcW w:w="5760" w:type="dxa"/>
            <w:tcMar>
              <w:top w:w="80" w:type="dxa"/>
              <w:left w:w="80" w:type="dxa"/>
              <w:bottom w:w="0" w:type="dxa"/>
              <w:right w:w="80" w:type="dxa"/>
            </w:tcMar>
          </w:tcPr>
          <w:p w14:paraId="783D0860" w14:textId="77777777" w:rsidR="00EC7A70" w:rsidRDefault="00EC7A70" w:rsidP="00D420CD">
            <w:r>
              <w:rPr>
                <w:color w:val="000000"/>
                <w:sz w:val="18"/>
              </w:rPr>
              <w:t>Command Example</w:t>
            </w:r>
          </w:p>
        </w:tc>
        <w:tc>
          <w:tcPr>
            <w:tcW w:w="3600" w:type="dxa"/>
            <w:vMerge/>
          </w:tcPr>
          <w:p w14:paraId="58775125" w14:textId="77777777" w:rsidR="00EC7A70" w:rsidRDefault="00EC7A70" w:rsidP="00D420CD"/>
        </w:tc>
      </w:tr>
      <w:tr w:rsidR="00EC7A70" w14:paraId="3E578AA8" w14:textId="77777777" w:rsidTr="00D420CD">
        <w:trPr>
          <w:jc w:val="center"/>
        </w:trPr>
        <w:tc>
          <w:tcPr>
            <w:tcW w:w="5760" w:type="dxa"/>
            <w:shd w:val="clear" w:color="auto" w:fill="000000"/>
            <w:tcMar>
              <w:top w:w="0" w:type="dxa"/>
              <w:left w:w="80" w:type="dxa"/>
              <w:bottom w:w="80" w:type="dxa"/>
              <w:right w:w="80" w:type="dxa"/>
            </w:tcMar>
          </w:tcPr>
          <w:p w14:paraId="2A1FC4B9" w14:textId="77777777" w:rsidR="00EC7A70" w:rsidRDefault="00EC7A70" w:rsidP="00D420CD">
            <w:r>
              <w:rPr>
                <w:rFonts w:ascii="Roboto Mono" w:hAnsi="Roboto Mono"/>
                <w:b/>
                <w:color w:val="FFFFFF"/>
                <w:sz w:val="16"/>
              </w:rPr>
              <w:t>REBOOT</w:t>
            </w:r>
          </w:p>
        </w:tc>
        <w:tc>
          <w:tcPr>
            <w:tcW w:w="3600" w:type="dxa"/>
            <w:vMerge/>
          </w:tcPr>
          <w:p w14:paraId="1FCAB391" w14:textId="77777777" w:rsidR="00EC7A70" w:rsidRDefault="00EC7A70" w:rsidP="00D420CD"/>
        </w:tc>
      </w:tr>
      <w:tr w:rsidR="00EC7A70" w14:paraId="771BE78E" w14:textId="77777777" w:rsidTr="00D420CD">
        <w:trPr>
          <w:jc w:val="center"/>
        </w:trPr>
        <w:tc>
          <w:tcPr>
            <w:tcW w:w="5760" w:type="dxa"/>
            <w:tcMar>
              <w:top w:w="80" w:type="dxa"/>
              <w:left w:w="80" w:type="dxa"/>
              <w:bottom w:w="0" w:type="dxa"/>
              <w:right w:w="80" w:type="dxa"/>
            </w:tcMar>
          </w:tcPr>
          <w:p w14:paraId="3F6F25B9" w14:textId="77777777" w:rsidR="00EC7A70" w:rsidRDefault="00EC7A70" w:rsidP="00D420CD">
            <w:r>
              <w:rPr>
                <w:color w:val="000000"/>
                <w:sz w:val="18"/>
              </w:rPr>
              <w:t>Response Example</w:t>
            </w:r>
          </w:p>
        </w:tc>
        <w:tc>
          <w:tcPr>
            <w:tcW w:w="3600" w:type="dxa"/>
            <w:vMerge/>
          </w:tcPr>
          <w:p w14:paraId="26070A1E" w14:textId="77777777" w:rsidR="00EC7A70" w:rsidRDefault="00EC7A70" w:rsidP="00D420CD"/>
        </w:tc>
      </w:tr>
      <w:tr w:rsidR="00EC7A70" w14:paraId="3F195520" w14:textId="77777777" w:rsidTr="00D420CD">
        <w:trPr>
          <w:jc w:val="center"/>
        </w:trPr>
        <w:tc>
          <w:tcPr>
            <w:tcW w:w="5760" w:type="dxa"/>
            <w:shd w:val="clear" w:color="auto" w:fill="000000"/>
            <w:tcMar>
              <w:top w:w="0" w:type="dxa"/>
              <w:left w:w="80" w:type="dxa"/>
              <w:bottom w:w="80" w:type="dxa"/>
              <w:right w:w="80" w:type="dxa"/>
            </w:tcMar>
          </w:tcPr>
          <w:p w14:paraId="048F1772" w14:textId="77777777" w:rsidR="00EC7A70" w:rsidRDefault="00EC7A70" w:rsidP="00D420CD">
            <w:r>
              <w:rPr>
                <w:rFonts w:ascii="Roboto Mono" w:hAnsi="Roboto Mono"/>
                <w:b/>
                <w:color w:val="FFFFFF"/>
                <w:sz w:val="16"/>
              </w:rPr>
              <w:t>REBOOT</w:t>
            </w:r>
          </w:p>
        </w:tc>
        <w:tc>
          <w:tcPr>
            <w:tcW w:w="3600" w:type="dxa"/>
            <w:vMerge/>
          </w:tcPr>
          <w:p w14:paraId="0083106A" w14:textId="77777777" w:rsidR="00EC7A70" w:rsidRDefault="00EC7A70" w:rsidP="00D420CD"/>
        </w:tc>
      </w:tr>
      <w:tr w:rsidR="00EC7A70" w14:paraId="3831A5CC" w14:textId="77777777" w:rsidTr="00D420CD">
        <w:trPr>
          <w:jc w:val="center"/>
        </w:trPr>
        <w:tc>
          <w:tcPr>
            <w:tcW w:w="9360" w:type="dxa"/>
            <w:gridSpan w:val="2"/>
            <w:shd w:val="clear" w:color="auto" w:fill="E0F6EC"/>
            <w:tcMar>
              <w:top w:w="80" w:type="dxa"/>
              <w:left w:w="80" w:type="dxa"/>
              <w:bottom w:w="80" w:type="dxa"/>
              <w:right w:w="80" w:type="dxa"/>
            </w:tcMar>
          </w:tcPr>
          <w:p w14:paraId="49E38351" w14:textId="77777777" w:rsidR="00EC7A70" w:rsidRDefault="00EC7A70" w:rsidP="00D420CD">
            <w:r>
              <w:rPr>
                <w:color w:val="000000"/>
                <w:sz w:val="16"/>
              </w:rPr>
              <w:t xml:space="preserve">Additional Notes: </w:t>
            </w:r>
          </w:p>
        </w:tc>
      </w:tr>
    </w:tbl>
    <w:p w14:paraId="63B2681C" w14:textId="27012BEA" w:rsidR="00EC7A70" w:rsidRDefault="00EC7A70" w:rsidP="00EC7A70"/>
    <w:p w14:paraId="72FE7264" w14:textId="77777777" w:rsidR="00EC7A70" w:rsidRDefault="00EC7A70">
      <w:r>
        <w:br w:type="page"/>
      </w:r>
    </w:p>
    <w:p w14:paraId="4E50F4AE" w14:textId="77777777" w:rsidR="00EC7A70" w:rsidRDefault="00EC7A70" w:rsidP="00EC7A70">
      <w:pPr>
        <w:pStyle w:val="Heading2"/>
      </w:pPr>
      <w:bookmarkStart w:id="16" w:name="_Toc218512777"/>
      <w:r>
        <w:rPr>
          <w:rFonts w:ascii="Roboto" w:hAnsi="Roboto"/>
          <w:color w:val="000000"/>
          <w:sz w:val="28"/>
        </w:rPr>
        <w:lastRenderedPageBreak/>
        <w:t>1.5 Device Reset</w:t>
      </w:r>
      <w:bookmarkEnd w:id="16"/>
    </w:p>
    <w:p w14:paraId="12C79061" w14:textId="77777777" w:rsidR="00EC7A70" w:rsidRDefault="00EC7A70" w:rsidP="00EC7A70">
      <w:r>
        <w:rPr>
          <w:rFonts w:ascii="Roboto" w:hAnsi="Roboto"/>
          <w:sz w:val="18"/>
        </w:rPr>
        <w:br/>
        <w:t>Command to restore the device to factory default settings.</w:t>
      </w:r>
    </w:p>
    <w:tbl>
      <w:tblPr>
        <w:tblStyle w:val="luka"/>
        <w:tblW w:w="0" w:type="auto"/>
        <w:jc w:val="center"/>
        <w:tblLook w:val="04A0" w:firstRow="1" w:lastRow="0" w:firstColumn="1" w:lastColumn="0" w:noHBand="0" w:noVBand="1"/>
      </w:tblPr>
      <w:tblGrid>
        <w:gridCol w:w="5760"/>
        <w:gridCol w:w="3600"/>
      </w:tblGrid>
      <w:tr w:rsidR="00EC7A70" w14:paraId="296D6708" w14:textId="77777777" w:rsidTr="00D420CD">
        <w:trPr>
          <w:jc w:val="center"/>
        </w:trPr>
        <w:tc>
          <w:tcPr>
            <w:tcW w:w="5760" w:type="dxa"/>
            <w:tcMar>
              <w:top w:w="80" w:type="dxa"/>
              <w:left w:w="80" w:type="dxa"/>
              <w:bottom w:w="80" w:type="dxa"/>
              <w:right w:w="80" w:type="dxa"/>
            </w:tcMar>
          </w:tcPr>
          <w:p w14:paraId="0CFA9290" w14:textId="77777777" w:rsidR="00EC7A70" w:rsidRDefault="00EC7A70" w:rsidP="00D420CD">
            <w:r>
              <w:rPr>
                <w:color w:val="000000"/>
                <w:sz w:val="18"/>
              </w:rPr>
              <w:t>Command Structure</w:t>
            </w:r>
            <w:r>
              <w:rPr>
                <w:rFonts w:ascii="Roboto Mono" w:hAnsi="Roboto Mono"/>
                <w:b/>
                <w:color w:val="000000"/>
                <w:sz w:val="16"/>
              </w:rPr>
              <w:br/>
              <w:t xml:space="preserve">RESET [ </w:t>
            </w:r>
            <w:proofErr w:type="gramStart"/>
            <w:r>
              <w:rPr>
                <w:rFonts w:ascii="Roboto Mono" w:hAnsi="Roboto Mono"/>
                <w:b/>
                <w:color w:val="000000"/>
                <w:sz w:val="16"/>
              </w:rPr>
              <w:t>GUIDE ]</w:t>
            </w:r>
            <w:proofErr w:type="gramEnd"/>
          </w:p>
        </w:tc>
        <w:tc>
          <w:tcPr>
            <w:tcW w:w="3600" w:type="dxa"/>
            <w:vMerge w:val="restart"/>
            <w:shd w:val="clear" w:color="auto" w:fill="F2F2F2"/>
            <w:tcMar>
              <w:top w:w="80" w:type="dxa"/>
              <w:left w:w="80" w:type="dxa"/>
              <w:bottom w:w="80" w:type="dxa"/>
              <w:right w:w="80" w:type="dxa"/>
            </w:tcMar>
          </w:tcPr>
          <w:p w14:paraId="03D55012" w14:textId="77777777" w:rsidR="00EC7A70" w:rsidRDefault="00EC7A70" w:rsidP="00D420CD">
            <w:r>
              <w:rPr>
                <w:color w:val="000000"/>
                <w:sz w:val="16"/>
              </w:rPr>
              <w:t>Parameters:</w:t>
            </w:r>
            <w:r>
              <w:rPr>
                <w:color w:val="000000"/>
                <w:sz w:val="16"/>
              </w:rPr>
              <w:br/>
              <w:t>If the optional parameter GUIDE is included, only the image on the Guide screen will be reset.</w:t>
            </w:r>
          </w:p>
        </w:tc>
      </w:tr>
      <w:tr w:rsidR="00EC7A70" w14:paraId="0B310121" w14:textId="77777777" w:rsidTr="00D420CD">
        <w:trPr>
          <w:jc w:val="center"/>
        </w:trPr>
        <w:tc>
          <w:tcPr>
            <w:tcW w:w="5760" w:type="dxa"/>
            <w:tcMar>
              <w:top w:w="80" w:type="dxa"/>
              <w:left w:w="80" w:type="dxa"/>
              <w:bottom w:w="80" w:type="dxa"/>
              <w:right w:w="80" w:type="dxa"/>
            </w:tcMar>
          </w:tcPr>
          <w:p w14:paraId="651662FD" w14:textId="77777777" w:rsidR="00EC7A70" w:rsidRDefault="00EC7A70" w:rsidP="00D420CD">
            <w:r>
              <w:rPr>
                <w:color w:val="000000"/>
                <w:sz w:val="18"/>
              </w:rPr>
              <w:t>Response Structure</w:t>
            </w:r>
            <w:r>
              <w:rPr>
                <w:rFonts w:ascii="Roboto Mono" w:hAnsi="Roboto Mono"/>
                <w:b/>
                <w:color w:val="000000"/>
                <w:sz w:val="16"/>
              </w:rPr>
              <w:br/>
              <w:t xml:space="preserve">RESET [ </w:t>
            </w:r>
            <w:proofErr w:type="gramStart"/>
            <w:r>
              <w:rPr>
                <w:rFonts w:ascii="Roboto Mono" w:hAnsi="Roboto Mono"/>
                <w:b/>
                <w:color w:val="000000"/>
                <w:sz w:val="16"/>
              </w:rPr>
              <w:t>GUIDE ]</w:t>
            </w:r>
            <w:proofErr w:type="gramEnd"/>
          </w:p>
        </w:tc>
        <w:tc>
          <w:tcPr>
            <w:tcW w:w="3600" w:type="dxa"/>
            <w:vMerge/>
          </w:tcPr>
          <w:p w14:paraId="26E06FE2" w14:textId="77777777" w:rsidR="00EC7A70" w:rsidRDefault="00EC7A70" w:rsidP="00D420CD"/>
        </w:tc>
      </w:tr>
      <w:tr w:rsidR="00EC7A70" w14:paraId="7F44AFE4" w14:textId="77777777" w:rsidTr="00D420CD">
        <w:trPr>
          <w:jc w:val="center"/>
        </w:trPr>
        <w:tc>
          <w:tcPr>
            <w:tcW w:w="5760" w:type="dxa"/>
            <w:tcMar>
              <w:top w:w="80" w:type="dxa"/>
              <w:left w:w="80" w:type="dxa"/>
              <w:bottom w:w="0" w:type="dxa"/>
              <w:right w:w="80" w:type="dxa"/>
            </w:tcMar>
          </w:tcPr>
          <w:p w14:paraId="72050229" w14:textId="77777777" w:rsidR="00EC7A70" w:rsidRDefault="00EC7A70" w:rsidP="00D420CD">
            <w:r>
              <w:rPr>
                <w:color w:val="000000"/>
                <w:sz w:val="18"/>
              </w:rPr>
              <w:t>Command Example</w:t>
            </w:r>
          </w:p>
        </w:tc>
        <w:tc>
          <w:tcPr>
            <w:tcW w:w="3600" w:type="dxa"/>
            <w:vMerge/>
          </w:tcPr>
          <w:p w14:paraId="4530E16B" w14:textId="77777777" w:rsidR="00EC7A70" w:rsidRDefault="00EC7A70" w:rsidP="00D420CD"/>
        </w:tc>
      </w:tr>
      <w:tr w:rsidR="00EC7A70" w14:paraId="62B5F5B1" w14:textId="77777777" w:rsidTr="00D420CD">
        <w:trPr>
          <w:jc w:val="center"/>
        </w:trPr>
        <w:tc>
          <w:tcPr>
            <w:tcW w:w="5760" w:type="dxa"/>
            <w:shd w:val="clear" w:color="auto" w:fill="000000"/>
            <w:tcMar>
              <w:top w:w="0" w:type="dxa"/>
              <w:left w:w="80" w:type="dxa"/>
              <w:bottom w:w="80" w:type="dxa"/>
              <w:right w:w="80" w:type="dxa"/>
            </w:tcMar>
          </w:tcPr>
          <w:p w14:paraId="091CBEDC" w14:textId="77777777" w:rsidR="00EC7A70" w:rsidRDefault="00EC7A70" w:rsidP="00D420CD">
            <w:r>
              <w:rPr>
                <w:rFonts w:ascii="Roboto Mono" w:hAnsi="Roboto Mono"/>
                <w:b/>
                <w:color w:val="FFFFFF"/>
                <w:sz w:val="16"/>
              </w:rPr>
              <w:t>RESET</w:t>
            </w:r>
          </w:p>
        </w:tc>
        <w:tc>
          <w:tcPr>
            <w:tcW w:w="3600" w:type="dxa"/>
            <w:vMerge/>
          </w:tcPr>
          <w:p w14:paraId="2ED2A94F" w14:textId="77777777" w:rsidR="00EC7A70" w:rsidRDefault="00EC7A70" w:rsidP="00D420CD"/>
        </w:tc>
      </w:tr>
      <w:tr w:rsidR="00EC7A70" w14:paraId="439C511F" w14:textId="77777777" w:rsidTr="00D420CD">
        <w:trPr>
          <w:jc w:val="center"/>
        </w:trPr>
        <w:tc>
          <w:tcPr>
            <w:tcW w:w="5760" w:type="dxa"/>
            <w:tcMar>
              <w:top w:w="80" w:type="dxa"/>
              <w:left w:w="80" w:type="dxa"/>
              <w:bottom w:w="0" w:type="dxa"/>
              <w:right w:w="80" w:type="dxa"/>
            </w:tcMar>
          </w:tcPr>
          <w:p w14:paraId="799F77C4" w14:textId="77777777" w:rsidR="00EC7A70" w:rsidRDefault="00EC7A70" w:rsidP="00D420CD">
            <w:r>
              <w:rPr>
                <w:color w:val="000000"/>
                <w:sz w:val="18"/>
              </w:rPr>
              <w:t>Response Example</w:t>
            </w:r>
          </w:p>
        </w:tc>
        <w:tc>
          <w:tcPr>
            <w:tcW w:w="3600" w:type="dxa"/>
            <w:vMerge/>
          </w:tcPr>
          <w:p w14:paraId="75C28CB1" w14:textId="77777777" w:rsidR="00EC7A70" w:rsidRDefault="00EC7A70" w:rsidP="00D420CD"/>
        </w:tc>
      </w:tr>
      <w:tr w:rsidR="00EC7A70" w14:paraId="02A0AAF9" w14:textId="77777777" w:rsidTr="00D420CD">
        <w:trPr>
          <w:jc w:val="center"/>
        </w:trPr>
        <w:tc>
          <w:tcPr>
            <w:tcW w:w="5760" w:type="dxa"/>
            <w:shd w:val="clear" w:color="auto" w:fill="000000"/>
            <w:tcMar>
              <w:top w:w="0" w:type="dxa"/>
              <w:left w:w="80" w:type="dxa"/>
              <w:bottom w:w="80" w:type="dxa"/>
              <w:right w:w="80" w:type="dxa"/>
            </w:tcMar>
          </w:tcPr>
          <w:p w14:paraId="5EE0DE9D" w14:textId="77777777" w:rsidR="00EC7A70" w:rsidRDefault="00EC7A70" w:rsidP="00D420CD">
            <w:r>
              <w:rPr>
                <w:rFonts w:ascii="Roboto Mono" w:hAnsi="Roboto Mono"/>
                <w:b/>
                <w:color w:val="FFFFFF"/>
                <w:sz w:val="16"/>
              </w:rPr>
              <w:t>RESET</w:t>
            </w:r>
          </w:p>
        </w:tc>
        <w:tc>
          <w:tcPr>
            <w:tcW w:w="3600" w:type="dxa"/>
            <w:vMerge/>
          </w:tcPr>
          <w:p w14:paraId="73C90A65" w14:textId="77777777" w:rsidR="00EC7A70" w:rsidRDefault="00EC7A70" w:rsidP="00D420CD"/>
        </w:tc>
      </w:tr>
      <w:tr w:rsidR="00EC7A70" w14:paraId="6C1EF760" w14:textId="77777777" w:rsidTr="00D420CD">
        <w:trPr>
          <w:jc w:val="center"/>
        </w:trPr>
        <w:tc>
          <w:tcPr>
            <w:tcW w:w="9360" w:type="dxa"/>
            <w:gridSpan w:val="2"/>
            <w:shd w:val="clear" w:color="auto" w:fill="E0F6EC"/>
            <w:tcMar>
              <w:top w:w="80" w:type="dxa"/>
              <w:left w:w="80" w:type="dxa"/>
              <w:bottom w:w="80" w:type="dxa"/>
              <w:right w:w="80" w:type="dxa"/>
            </w:tcMar>
          </w:tcPr>
          <w:p w14:paraId="68CBC3AF" w14:textId="77777777" w:rsidR="00EC7A70" w:rsidRDefault="00EC7A70" w:rsidP="00D420CD">
            <w:r>
              <w:rPr>
                <w:color w:val="000000"/>
                <w:sz w:val="16"/>
              </w:rPr>
              <w:t xml:space="preserve">Additional Notes: </w:t>
            </w:r>
          </w:p>
        </w:tc>
      </w:tr>
    </w:tbl>
    <w:p w14:paraId="7B0516CE" w14:textId="77777777" w:rsidR="00EC7A70" w:rsidRDefault="00EC7A70" w:rsidP="00EC7A70"/>
    <w:p w14:paraId="0D48E3A3" w14:textId="77777777" w:rsidR="00EC7A70" w:rsidRDefault="00EC7A70" w:rsidP="00EC7A70">
      <w:pPr>
        <w:pStyle w:val="Heading2"/>
      </w:pPr>
      <w:bookmarkStart w:id="17" w:name="_Toc218512778"/>
      <w:r>
        <w:rPr>
          <w:rFonts w:ascii="Roboto" w:hAnsi="Roboto"/>
          <w:color w:val="000000"/>
          <w:sz w:val="28"/>
        </w:rPr>
        <w:t>1.6 Show OSD Elements</w:t>
      </w:r>
      <w:bookmarkEnd w:id="17"/>
    </w:p>
    <w:p w14:paraId="40518F00" w14:textId="77777777" w:rsidR="00EC7A70" w:rsidRDefault="00EC7A70" w:rsidP="00EC7A70">
      <w:r>
        <w:rPr>
          <w:rFonts w:ascii="Roboto" w:hAnsi="Roboto"/>
          <w:sz w:val="18"/>
        </w:rPr>
        <w:br/>
        <w:t xml:space="preserve">Display all </w:t>
      </w:r>
      <w:proofErr w:type="gramStart"/>
      <w:r>
        <w:rPr>
          <w:rFonts w:ascii="Roboto" w:hAnsi="Roboto"/>
          <w:sz w:val="18"/>
        </w:rPr>
        <w:t>allowed OSD elements</w:t>
      </w:r>
      <w:proofErr w:type="gramEnd"/>
      <w:r>
        <w:rPr>
          <w:rFonts w:ascii="Roboto" w:hAnsi="Roboto"/>
          <w:sz w:val="18"/>
        </w:rPr>
        <w:t xml:space="preserve"> for 10 seconds.</w:t>
      </w:r>
    </w:p>
    <w:tbl>
      <w:tblPr>
        <w:tblStyle w:val="luka"/>
        <w:tblW w:w="0" w:type="auto"/>
        <w:jc w:val="center"/>
        <w:tblLook w:val="04A0" w:firstRow="1" w:lastRow="0" w:firstColumn="1" w:lastColumn="0" w:noHBand="0" w:noVBand="1"/>
      </w:tblPr>
      <w:tblGrid>
        <w:gridCol w:w="5760"/>
        <w:gridCol w:w="3600"/>
      </w:tblGrid>
      <w:tr w:rsidR="00EC7A70" w14:paraId="2A96228A" w14:textId="77777777" w:rsidTr="00D420CD">
        <w:trPr>
          <w:jc w:val="center"/>
        </w:trPr>
        <w:tc>
          <w:tcPr>
            <w:tcW w:w="5760" w:type="dxa"/>
            <w:tcMar>
              <w:top w:w="80" w:type="dxa"/>
              <w:left w:w="80" w:type="dxa"/>
              <w:bottom w:w="80" w:type="dxa"/>
              <w:right w:w="80" w:type="dxa"/>
            </w:tcMar>
          </w:tcPr>
          <w:p w14:paraId="13E7C1FA" w14:textId="77777777" w:rsidR="00EC7A70" w:rsidRDefault="00EC7A70" w:rsidP="00D420CD">
            <w:r>
              <w:rPr>
                <w:color w:val="000000"/>
                <w:sz w:val="18"/>
              </w:rPr>
              <w:t>Command Structure</w:t>
            </w:r>
            <w:r>
              <w:rPr>
                <w:rFonts w:ascii="Roboto Mono" w:hAnsi="Roboto Mono"/>
                <w:b/>
                <w:color w:val="000000"/>
                <w:sz w:val="16"/>
              </w:rPr>
              <w:br/>
              <w:t>SET SHOWOSD</w:t>
            </w:r>
          </w:p>
        </w:tc>
        <w:tc>
          <w:tcPr>
            <w:tcW w:w="3600" w:type="dxa"/>
            <w:vMerge w:val="restart"/>
            <w:shd w:val="clear" w:color="auto" w:fill="F2F2F2"/>
            <w:tcMar>
              <w:top w:w="80" w:type="dxa"/>
              <w:left w:w="80" w:type="dxa"/>
              <w:bottom w:w="80" w:type="dxa"/>
              <w:right w:w="80" w:type="dxa"/>
            </w:tcMar>
          </w:tcPr>
          <w:p w14:paraId="3D095888" w14:textId="77777777" w:rsidR="00EC7A70" w:rsidRDefault="00EC7A70" w:rsidP="00D420CD">
            <w:r>
              <w:rPr>
                <w:color w:val="000000"/>
                <w:sz w:val="16"/>
              </w:rPr>
              <w:t>Parameters:</w:t>
            </w:r>
            <w:r>
              <w:rPr>
                <w:color w:val="000000"/>
                <w:sz w:val="16"/>
              </w:rPr>
              <w:br/>
            </w:r>
          </w:p>
        </w:tc>
      </w:tr>
      <w:tr w:rsidR="00EC7A70" w14:paraId="5498969D" w14:textId="77777777" w:rsidTr="00D420CD">
        <w:trPr>
          <w:jc w:val="center"/>
        </w:trPr>
        <w:tc>
          <w:tcPr>
            <w:tcW w:w="5760" w:type="dxa"/>
            <w:tcMar>
              <w:top w:w="80" w:type="dxa"/>
              <w:left w:w="80" w:type="dxa"/>
              <w:bottom w:w="80" w:type="dxa"/>
              <w:right w:w="80" w:type="dxa"/>
            </w:tcMar>
          </w:tcPr>
          <w:p w14:paraId="5CB7C666" w14:textId="77777777" w:rsidR="00EC7A70" w:rsidRDefault="00EC7A70" w:rsidP="00D420CD">
            <w:r>
              <w:rPr>
                <w:color w:val="000000"/>
                <w:sz w:val="18"/>
              </w:rPr>
              <w:t>Response Structure</w:t>
            </w:r>
            <w:r>
              <w:rPr>
                <w:rFonts w:ascii="Roboto Mono" w:hAnsi="Roboto Mono"/>
                <w:b/>
                <w:color w:val="000000"/>
                <w:sz w:val="16"/>
              </w:rPr>
              <w:br/>
              <w:t>SHOWOSD</w:t>
            </w:r>
          </w:p>
        </w:tc>
        <w:tc>
          <w:tcPr>
            <w:tcW w:w="3600" w:type="dxa"/>
            <w:vMerge/>
          </w:tcPr>
          <w:p w14:paraId="11430EB9" w14:textId="77777777" w:rsidR="00EC7A70" w:rsidRDefault="00EC7A70" w:rsidP="00D420CD"/>
        </w:tc>
      </w:tr>
      <w:tr w:rsidR="00EC7A70" w14:paraId="7AC8D707" w14:textId="77777777" w:rsidTr="00D420CD">
        <w:trPr>
          <w:jc w:val="center"/>
        </w:trPr>
        <w:tc>
          <w:tcPr>
            <w:tcW w:w="5760" w:type="dxa"/>
            <w:tcMar>
              <w:top w:w="80" w:type="dxa"/>
              <w:left w:w="80" w:type="dxa"/>
              <w:bottom w:w="0" w:type="dxa"/>
              <w:right w:w="80" w:type="dxa"/>
            </w:tcMar>
          </w:tcPr>
          <w:p w14:paraId="7CD6E2D8" w14:textId="77777777" w:rsidR="00EC7A70" w:rsidRDefault="00EC7A70" w:rsidP="00D420CD">
            <w:r>
              <w:rPr>
                <w:color w:val="000000"/>
                <w:sz w:val="18"/>
              </w:rPr>
              <w:t>Command Example</w:t>
            </w:r>
          </w:p>
        </w:tc>
        <w:tc>
          <w:tcPr>
            <w:tcW w:w="3600" w:type="dxa"/>
            <w:vMerge/>
          </w:tcPr>
          <w:p w14:paraId="5AC96231" w14:textId="77777777" w:rsidR="00EC7A70" w:rsidRDefault="00EC7A70" w:rsidP="00D420CD"/>
        </w:tc>
      </w:tr>
      <w:tr w:rsidR="00EC7A70" w14:paraId="18B2B45E" w14:textId="77777777" w:rsidTr="00D420CD">
        <w:trPr>
          <w:jc w:val="center"/>
        </w:trPr>
        <w:tc>
          <w:tcPr>
            <w:tcW w:w="5760" w:type="dxa"/>
            <w:shd w:val="clear" w:color="auto" w:fill="000000"/>
            <w:tcMar>
              <w:top w:w="0" w:type="dxa"/>
              <w:left w:w="80" w:type="dxa"/>
              <w:bottom w:w="80" w:type="dxa"/>
              <w:right w:w="80" w:type="dxa"/>
            </w:tcMar>
          </w:tcPr>
          <w:p w14:paraId="05EE1099" w14:textId="77777777" w:rsidR="00EC7A70" w:rsidRDefault="00EC7A70" w:rsidP="00D420CD">
            <w:r>
              <w:rPr>
                <w:rFonts w:ascii="Roboto Mono" w:hAnsi="Roboto Mono"/>
                <w:b/>
                <w:color w:val="FFFFFF"/>
                <w:sz w:val="16"/>
              </w:rPr>
              <w:t>SET SHOWOSD</w:t>
            </w:r>
          </w:p>
        </w:tc>
        <w:tc>
          <w:tcPr>
            <w:tcW w:w="3600" w:type="dxa"/>
            <w:vMerge/>
          </w:tcPr>
          <w:p w14:paraId="18FF642C" w14:textId="77777777" w:rsidR="00EC7A70" w:rsidRDefault="00EC7A70" w:rsidP="00D420CD"/>
        </w:tc>
      </w:tr>
      <w:tr w:rsidR="00EC7A70" w14:paraId="6CABF179" w14:textId="77777777" w:rsidTr="00D420CD">
        <w:trPr>
          <w:jc w:val="center"/>
        </w:trPr>
        <w:tc>
          <w:tcPr>
            <w:tcW w:w="5760" w:type="dxa"/>
            <w:tcMar>
              <w:top w:w="80" w:type="dxa"/>
              <w:left w:w="80" w:type="dxa"/>
              <w:bottom w:w="0" w:type="dxa"/>
              <w:right w:w="80" w:type="dxa"/>
            </w:tcMar>
          </w:tcPr>
          <w:p w14:paraId="1ABE3F76" w14:textId="77777777" w:rsidR="00EC7A70" w:rsidRDefault="00EC7A70" w:rsidP="00D420CD">
            <w:r>
              <w:rPr>
                <w:color w:val="000000"/>
                <w:sz w:val="18"/>
              </w:rPr>
              <w:t>Response Example</w:t>
            </w:r>
          </w:p>
        </w:tc>
        <w:tc>
          <w:tcPr>
            <w:tcW w:w="3600" w:type="dxa"/>
            <w:vMerge/>
          </w:tcPr>
          <w:p w14:paraId="0F954605" w14:textId="77777777" w:rsidR="00EC7A70" w:rsidRDefault="00EC7A70" w:rsidP="00D420CD"/>
        </w:tc>
      </w:tr>
      <w:tr w:rsidR="00EC7A70" w14:paraId="3AC5A59B" w14:textId="77777777" w:rsidTr="00D420CD">
        <w:trPr>
          <w:jc w:val="center"/>
        </w:trPr>
        <w:tc>
          <w:tcPr>
            <w:tcW w:w="5760" w:type="dxa"/>
            <w:shd w:val="clear" w:color="auto" w:fill="000000"/>
            <w:tcMar>
              <w:top w:w="0" w:type="dxa"/>
              <w:left w:w="80" w:type="dxa"/>
              <w:bottom w:w="80" w:type="dxa"/>
              <w:right w:w="80" w:type="dxa"/>
            </w:tcMar>
          </w:tcPr>
          <w:p w14:paraId="1B5BAFFC" w14:textId="77777777" w:rsidR="00EC7A70" w:rsidRDefault="00EC7A70" w:rsidP="00D420CD">
            <w:r>
              <w:rPr>
                <w:rFonts w:ascii="Roboto Mono" w:hAnsi="Roboto Mono"/>
                <w:b/>
                <w:color w:val="FFFFFF"/>
                <w:sz w:val="16"/>
              </w:rPr>
              <w:t>SHOWOSD</w:t>
            </w:r>
          </w:p>
        </w:tc>
        <w:tc>
          <w:tcPr>
            <w:tcW w:w="3600" w:type="dxa"/>
            <w:vMerge/>
          </w:tcPr>
          <w:p w14:paraId="277B284C" w14:textId="77777777" w:rsidR="00EC7A70" w:rsidRDefault="00EC7A70" w:rsidP="00D420CD"/>
        </w:tc>
      </w:tr>
      <w:tr w:rsidR="00EC7A70" w14:paraId="7AC9AFA2" w14:textId="77777777" w:rsidTr="00D420CD">
        <w:trPr>
          <w:jc w:val="center"/>
        </w:trPr>
        <w:tc>
          <w:tcPr>
            <w:tcW w:w="9360" w:type="dxa"/>
            <w:gridSpan w:val="2"/>
            <w:shd w:val="clear" w:color="auto" w:fill="E0F6EC"/>
            <w:tcMar>
              <w:top w:w="80" w:type="dxa"/>
              <w:left w:w="80" w:type="dxa"/>
              <w:bottom w:w="80" w:type="dxa"/>
              <w:right w:w="80" w:type="dxa"/>
            </w:tcMar>
          </w:tcPr>
          <w:p w14:paraId="4B6EF56A" w14:textId="77777777" w:rsidR="00EC7A70" w:rsidRDefault="00EC7A70" w:rsidP="00D420CD">
            <w:r>
              <w:rPr>
                <w:color w:val="000000"/>
                <w:sz w:val="16"/>
              </w:rPr>
              <w:t xml:space="preserve">Additional Notes: </w:t>
            </w:r>
          </w:p>
        </w:tc>
      </w:tr>
    </w:tbl>
    <w:p w14:paraId="2663C8AC" w14:textId="3267453F" w:rsidR="00EC7A70" w:rsidRDefault="00EC7A70" w:rsidP="00EC7A70"/>
    <w:p w14:paraId="3ED83F41" w14:textId="77777777" w:rsidR="00EC7A70" w:rsidRDefault="00EC7A70">
      <w:r>
        <w:br w:type="page"/>
      </w:r>
    </w:p>
    <w:p w14:paraId="5D163AD6" w14:textId="77777777" w:rsidR="00EC7A70" w:rsidRDefault="00EC7A70" w:rsidP="00EC7A70">
      <w:pPr>
        <w:pStyle w:val="Heading2"/>
      </w:pPr>
      <w:bookmarkStart w:id="18" w:name="_Toc218512779"/>
      <w:r>
        <w:rPr>
          <w:rFonts w:ascii="Roboto" w:hAnsi="Roboto"/>
          <w:color w:val="000000"/>
          <w:sz w:val="28"/>
        </w:rPr>
        <w:lastRenderedPageBreak/>
        <w:t>1.7 Set OSD Element Display</w:t>
      </w:r>
      <w:bookmarkEnd w:id="18"/>
    </w:p>
    <w:p w14:paraId="38DC011B" w14:textId="77777777" w:rsidR="00EC7A70" w:rsidRDefault="00EC7A70" w:rsidP="00EC7A70">
      <w:r>
        <w:rPr>
          <w:rFonts w:ascii="Roboto" w:hAnsi="Roboto"/>
          <w:sz w:val="18"/>
        </w:rPr>
        <w:br/>
        <w:t>Configure whether a specific OSD element is allowed to be displayed</w:t>
      </w:r>
    </w:p>
    <w:tbl>
      <w:tblPr>
        <w:tblStyle w:val="luka"/>
        <w:tblW w:w="0" w:type="auto"/>
        <w:jc w:val="center"/>
        <w:tblLook w:val="04A0" w:firstRow="1" w:lastRow="0" w:firstColumn="1" w:lastColumn="0" w:noHBand="0" w:noVBand="1"/>
      </w:tblPr>
      <w:tblGrid>
        <w:gridCol w:w="5760"/>
        <w:gridCol w:w="3600"/>
      </w:tblGrid>
      <w:tr w:rsidR="00EC7A70" w14:paraId="6967510A" w14:textId="77777777" w:rsidTr="00D420CD">
        <w:trPr>
          <w:jc w:val="center"/>
        </w:trPr>
        <w:tc>
          <w:tcPr>
            <w:tcW w:w="5760" w:type="dxa"/>
            <w:tcMar>
              <w:top w:w="80" w:type="dxa"/>
              <w:left w:w="80" w:type="dxa"/>
              <w:bottom w:w="80" w:type="dxa"/>
              <w:right w:w="80" w:type="dxa"/>
            </w:tcMar>
          </w:tcPr>
          <w:p w14:paraId="6B2328B8" w14:textId="77777777" w:rsidR="00EC7A70" w:rsidRDefault="00EC7A70" w:rsidP="00D420CD">
            <w:r>
              <w:rPr>
                <w:color w:val="000000"/>
                <w:sz w:val="18"/>
              </w:rPr>
              <w:t>Command Structure</w:t>
            </w:r>
            <w:r>
              <w:rPr>
                <w:rFonts w:ascii="Roboto Mono" w:hAnsi="Roboto Mono"/>
                <w:b/>
                <w:color w:val="000000"/>
                <w:sz w:val="16"/>
              </w:rPr>
              <w:br/>
              <w:t>SET SHOWOSD &lt; DEVICENAME | IPADDRESS | WIFIPWD | ACCESSCODE &gt; &lt; ON | OFF &gt;</w:t>
            </w:r>
          </w:p>
        </w:tc>
        <w:tc>
          <w:tcPr>
            <w:tcW w:w="3600" w:type="dxa"/>
            <w:vMerge w:val="restart"/>
            <w:shd w:val="clear" w:color="auto" w:fill="F2F2F2"/>
            <w:tcMar>
              <w:top w:w="80" w:type="dxa"/>
              <w:left w:w="80" w:type="dxa"/>
              <w:bottom w:w="80" w:type="dxa"/>
              <w:right w:w="80" w:type="dxa"/>
            </w:tcMar>
          </w:tcPr>
          <w:p w14:paraId="3EDE18B9" w14:textId="77777777" w:rsidR="00EC7A70" w:rsidRDefault="00EC7A70" w:rsidP="00D420CD">
            <w:r>
              <w:rPr>
                <w:color w:val="000000"/>
                <w:sz w:val="16"/>
              </w:rPr>
              <w:t>Parameters:</w:t>
            </w:r>
            <w:r>
              <w:rPr>
                <w:color w:val="000000"/>
                <w:sz w:val="16"/>
              </w:rPr>
              <w:br/>
              <w:t>For the 1st parameter, the four listed values correspond to device name, IP address, Wi‑Fi password, and access code, respectively.</w:t>
            </w:r>
          </w:p>
        </w:tc>
      </w:tr>
      <w:tr w:rsidR="00EC7A70" w14:paraId="0A90230F" w14:textId="77777777" w:rsidTr="00D420CD">
        <w:trPr>
          <w:jc w:val="center"/>
        </w:trPr>
        <w:tc>
          <w:tcPr>
            <w:tcW w:w="5760" w:type="dxa"/>
            <w:tcMar>
              <w:top w:w="80" w:type="dxa"/>
              <w:left w:w="80" w:type="dxa"/>
              <w:bottom w:w="80" w:type="dxa"/>
              <w:right w:w="80" w:type="dxa"/>
            </w:tcMar>
          </w:tcPr>
          <w:p w14:paraId="3B9CD2B0" w14:textId="77777777" w:rsidR="00EC7A70" w:rsidRDefault="00EC7A70" w:rsidP="00D420CD">
            <w:r>
              <w:rPr>
                <w:color w:val="000000"/>
                <w:sz w:val="18"/>
              </w:rPr>
              <w:t>Response Structure</w:t>
            </w:r>
            <w:r>
              <w:rPr>
                <w:rFonts w:ascii="Roboto Mono" w:hAnsi="Roboto Mono"/>
                <w:b/>
                <w:color w:val="000000"/>
                <w:sz w:val="16"/>
              </w:rPr>
              <w:br/>
              <w:t>SHOWOSD &lt; DEVICENAME | IPADDRESS | WIFIPWD | ACCESSCODE &gt; &lt; ON | OFF &gt;</w:t>
            </w:r>
          </w:p>
        </w:tc>
        <w:tc>
          <w:tcPr>
            <w:tcW w:w="3600" w:type="dxa"/>
            <w:vMerge/>
          </w:tcPr>
          <w:p w14:paraId="0A4B6C8D" w14:textId="77777777" w:rsidR="00EC7A70" w:rsidRDefault="00EC7A70" w:rsidP="00D420CD"/>
        </w:tc>
      </w:tr>
      <w:tr w:rsidR="00EC7A70" w14:paraId="679B28C6" w14:textId="77777777" w:rsidTr="00D420CD">
        <w:trPr>
          <w:jc w:val="center"/>
        </w:trPr>
        <w:tc>
          <w:tcPr>
            <w:tcW w:w="5760" w:type="dxa"/>
            <w:tcMar>
              <w:top w:w="80" w:type="dxa"/>
              <w:left w:w="80" w:type="dxa"/>
              <w:bottom w:w="0" w:type="dxa"/>
              <w:right w:w="80" w:type="dxa"/>
            </w:tcMar>
          </w:tcPr>
          <w:p w14:paraId="569DB503" w14:textId="77777777" w:rsidR="00EC7A70" w:rsidRDefault="00EC7A70" w:rsidP="00D420CD">
            <w:r>
              <w:rPr>
                <w:color w:val="000000"/>
                <w:sz w:val="18"/>
              </w:rPr>
              <w:t>Command Example</w:t>
            </w:r>
          </w:p>
        </w:tc>
        <w:tc>
          <w:tcPr>
            <w:tcW w:w="3600" w:type="dxa"/>
            <w:vMerge/>
          </w:tcPr>
          <w:p w14:paraId="7B3627A0" w14:textId="77777777" w:rsidR="00EC7A70" w:rsidRDefault="00EC7A70" w:rsidP="00D420CD"/>
        </w:tc>
      </w:tr>
      <w:tr w:rsidR="00EC7A70" w14:paraId="4B976975" w14:textId="77777777" w:rsidTr="00D420CD">
        <w:trPr>
          <w:jc w:val="center"/>
        </w:trPr>
        <w:tc>
          <w:tcPr>
            <w:tcW w:w="5760" w:type="dxa"/>
            <w:shd w:val="clear" w:color="auto" w:fill="000000"/>
            <w:tcMar>
              <w:top w:w="0" w:type="dxa"/>
              <w:left w:w="80" w:type="dxa"/>
              <w:bottom w:w="80" w:type="dxa"/>
              <w:right w:w="80" w:type="dxa"/>
            </w:tcMar>
          </w:tcPr>
          <w:p w14:paraId="46781350" w14:textId="77777777" w:rsidR="00EC7A70" w:rsidRDefault="00EC7A70" w:rsidP="00D420CD">
            <w:r>
              <w:rPr>
                <w:rFonts w:ascii="Roboto Mono" w:hAnsi="Roboto Mono"/>
                <w:b/>
                <w:color w:val="FFFFFF"/>
                <w:sz w:val="16"/>
              </w:rPr>
              <w:t>SET SHOWOSD DEVICENAME OFF</w:t>
            </w:r>
          </w:p>
        </w:tc>
        <w:tc>
          <w:tcPr>
            <w:tcW w:w="3600" w:type="dxa"/>
            <w:vMerge/>
          </w:tcPr>
          <w:p w14:paraId="0789C6AC" w14:textId="77777777" w:rsidR="00EC7A70" w:rsidRDefault="00EC7A70" w:rsidP="00D420CD"/>
        </w:tc>
      </w:tr>
      <w:tr w:rsidR="00EC7A70" w14:paraId="1312B777" w14:textId="77777777" w:rsidTr="00D420CD">
        <w:trPr>
          <w:jc w:val="center"/>
        </w:trPr>
        <w:tc>
          <w:tcPr>
            <w:tcW w:w="5760" w:type="dxa"/>
            <w:tcMar>
              <w:top w:w="80" w:type="dxa"/>
              <w:left w:w="80" w:type="dxa"/>
              <w:bottom w:w="0" w:type="dxa"/>
              <w:right w:w="80" w:type="dxa"/>
            </w:tcMar>
          </w:tcPr>
          <w:p w14:paraId="0AB59775" w14:textId="77777777" w:rsidR="00EC7A70" w:rsidRDefault="00EC7A70" w:rsidP="00D420CD">
            <w:r>
              <w:rPr>
                <w:color w:val="000000"/>
                <w:sz w:val="18"/>
              </w:rPr>
              <w:t>Response Example</w:t>
            </w:r>
          </w:p>
        </w:tc>
        <w:tc>
          <w:tcPr>
            <w:tcW w:w="3600" w:type="dxa"/>
            <w:vMerge/>
          </w:tcPr>
          <w:p w14:paraId="738010D5" w14:textId="77777777" w:rsidR="00EC7A70" w:rsidRDefault="00EC7A70" w:rsidP="00D420CD"/>
        </w:tc>
      </w:tr>
      <w:tr w:rsidR="00EC7A70" w14:paraId="3A81125C" w14:textId="77777777" w:rsidTr="00D420CD">
        <w:trPr>
          <w:jc w:val="center"/>
        </w:trPr>
        <w:tc>
          <w:tcPr>
            <w:tcW w:w="5760" w:type="dxa"/>
            <w:shd w:val="clear" w:color="auto" w:fill="000000"/>
            <w:tcMar>
              <w:top w:w="0" w:type="dxa"/>
              <w:left w:w="80" w:type="dxa"/>
              <w:bottom w:w="80" w:type="dxa"/>
              <w:right w:w="80" w:type="dxa"/>
            </w:tcMar>
          </w:tcPr>
          <w:p w14:paraId="5014FBEA" w14:textId="77777777" w:rsidR="00EC7A70" w:rsidRDefault="00EC7A70" w:rsidP="00D420CD">
            <w:r>
              <w:rPr>
                <w:rFonts w:ascii="Roboto Mono" w:hAnsi="Roboto Mono"/>
                <w:b/>
                <w:color w:val="FFFFFF"/>
                <w:sz w:val="16"/>
              </w:rPr>
              <w:t>SHOWOSD DEVICENAME OFF</w:t>
            </w:r>
          </w:p>
        </w:tc>
        <w:tc>
          <w:tcPr>
            <w:tcW w:w="3600" w:type="dxa"/>
            <w:vMerge/>
          </w:tcPr>
          <w:p w14:paraId="501115E0" w14:textId="77777777" w:rsidR="00EC7A70" w:rsidRDefault="00EC7A70" w:rsidP="00D420CD"/>
        </w:tc>
      </w:tr>
      <w:tr w:rsidR="00EC7A70" w14:paraId="0DC2AA18" w14:textId="77777777" w:rsidTr="00D420CD">
        <w:trPr>
          <w:jc w:val="center"/>
        </w:trPr>
        <w:tc>
          <w:tcPr>
            <w:tcW w:w="9360" w:type="dxa"/>
            <w:gridSpan w:val="2"/>
            <w:shd w:val="clear" w:color="auto" w:fill="E0F6EC"/>
            <w:tcMar>
              <w:top w:w="80" w:type="dxa"/>
              <w:left w:w="80" w:type="dxa"/>
              <w:bottom w:w="80" w:type="dxa"/>
              <w:right w:w="80" w:type="dxa"/>
            </w:tcMar>
          </w:tcPr>
          <w:p w14:paraId="04AA210D" w14:textId="77777777" w:rsidR="00EC7A70" w:rsidRDefault="00EC7A70" w:rsidP="00D420CD">
            <w:r>
              <w:rPr>
                <w:color w:val="000000"/>
                <w:sz w:val="16"/>
              </w:rPr>
              <w:t>Additional Notes: Default: All four OSD elements mentioned are allowed to be displayed (default value ON).</w:t>
            </w:r>
          </w:p>
        </w:tc>
      </w:tr>
    </w:tbl>
    <w:p w14:paraId="0004214E" w14:textId="77777777" w:rsidR="00EC7A70" w:rsidRDefault="00EC7A70" w:rsidP="00EC7A70"/>
    <w:p w14:paraId="397E64DC" w14:textId="77777777" w:rsidR="00EC7A70" w:rsidRDefault="00EC7A70" w:rsidP="00EC7A70">
      <w:pPr>
        <w:pStyle w:val="Heading2"/>
      </w:pPr>
      <w:bookmarkStart w:id="19" w:name="_Toc218512780"/>
      <w:r>
        <w:rPr>
          <w:rFonts w:ascii="Roboto" w:hAnsi="Roboto"/>
          <w:color w:val="000000"/>
          <w:sz w:val="28"/>
        </w:rPr>
        <w:t>1.8 Get OSD Element Display</w:t>
      </w:r>
      <w:bookmarkEnd w:id="19"/>
    </w:p>
    <w:p w14:paraId="40F01641" w14:textId="77777777" w:rsidR="00EC7A70" w:rsidRDefault="00EC7A70" w:rsidP="00EC7A70">
      <w:r>
        <w:rPr>
          <w:rFonts w:ascii="Roboto" w:hAnsi="Roboto"/>
          <w:sz w:val="18"/>
        </w:rPr>
        <w:br/>
        <w:t>Get the configuration that indicates whether OSD elements are allowed to be displayed.</w:t>
      </w:r>
    </w:p>
    <w:tbl>
      <w:tblPr>
        <w:tblStyle w:val="luka"/>
        <w:tblW w:w="0" w:type="auto"/>
        <w:jc w:val="center"/>
        <w:tblLook w:val="04A0" w:firstRow="1" w:lastRow="0" w:firstColumn="1" w:lastColumn="0" w:noHBand="0" w:noVBand="1"/>
      </w:tblPr>
      <w:tblGrid>
        <w:gridCol w:w="5760"/>
        <w:gridCol w:w="3600"/>
      </w:tblGrid>
      <w:tr w:rsidR="00EC7A70" w14:paraId="0244FC36" w14:textId="77777777" w:rsidTr="00D420CD">
        <w:trPr>
          <w:jc w:val="center"/>
        </w:trPr>
        <w:tc>
          <w:tcPr>
            <w:tcW w:w="5760" w:type="dxa"/>
            <w:tcMar>
              <w:top w:w="80" w:type="dxa"/>
              <w:left w:w="80" w:type="dxa"/>
              <w:bottom w:w="80" w:type="dxa"/>
              <w:right w:w="80" w:type="dxa"/>
            </w:tcMar>
          </w:tcPr>
          <w:p w14:paraId="55928425" w14:textId="77777777" w:rsidR="00EC7A70" w:rsidRDefault="00EC7A70" w:rsidP="00D420CD">
            <w:r>
              <w:rPr>
                <w:color w:val="000000"/>
                <w:sz w:val="18"/>
              </w:rPr>
              <w:t>Command Structure</w:t>
            </w:r>
            <w:r>
              <w:rPr>
                <w:rFonts w:ascii="Roboto Mono" w:hAnsi="Roboto Mono"/>
                <w:b/>
                <w:color w:val="000000"/>
                <w:sz w:val="16"/>
              </w:rPr>
              <w:br/>
              <w:t>GET SHOWOSD &lt; DEVICENAME | IPADDRESS | WIFIPWD | ACCESSCODE | ALL &gt;</w:t>
            </w:r>
          </w:p>
        </w:tc>
        <w:tc>
          <w:tcPr>
            <w:tcW w:w="3600" w:type="dxa"/>
            <w:vMerge w:val="restart"/>
            <w:shd w:val="clear" w:color="auto" w:fill="F2F2F2"/>
            <w:tcMar>
              <w:top w:w="80" w:type="dxa"/>
              <w:left w:w="80" w:type="dxa"/>
              <w:bottom w:w="80" w:type="dxa"/>
              <w:right w:w="80" w:type="dxa"/>
            </w:tcMar>
          </w:tcPr>
          <w:p w14:paraId="70E452AF" w14:textId="77777777" w:rsidR="00EC7A70" w:rsidRDefault="00EC7A70" w:rsidP="00D420CD">
            <w:r>
              <w:rPr>
                <w:color w:val="000000"/>
                <w:sz w:val="16"/>
              </w:rPr>
              <w:t>Parameters:</w:t>
            </w:r>
            <w:r>
              <w:rPr>
                <w:color w:val="000000"/>
                <w:sz w:val="16"/>
              </w:rPr>
              <w:br/>
              <w:t>ALL = Retrieve display settings for all OSD elements; the device will return each OSD element's display setting line by line.</w:t>
            </w:r>
          </w:p>
        </w:tc>
      </w:tr>
      <w:tr w:rsidR="00EC7A70" w14:paraId="4CF00CCB" w14:textId="77777777" w:rsidTr="00D420CD">
        <w:trPr>
          <w:jc w:val="center"/>
        </w:trPr>
        <w:tc>
          <w:tcPr>
            <w:tcW w:w="5760" w:type="dxa"/>
            <w:tcMar>
              <w:top w:w="80" w:type="dxa"/>
              <w:left w:w="80" w:type="dxa"/>
              <w:bottom w:w="80" w:type="dxa"/>
              <w:right w:w="80" w:type="dxa"/>
            </w:tcMar>
          </w:tcPr>
          <w:p w14:paraId="2B8C682E" w14:textId="77777777" w:rsidR="00EC7A70" w:rsidRDefault="00EC7A70" w:rsidP="00D420CD">
            <w:r>
              <w:rPr>
                <w:color w:val="000000"/>
                <w:sz w:val="18"/>
              </w:rPr>
              <w:t>Response Structure</w:t>
            </w:r>
            <w:r>
              <w:rPr>
                <w:rFonts w:ascii="Roboto Mono" w:hAnsi="Roboto Mono"/>
                <w:b/>
                <w:color w:val="000000"/>
                <w:sz w:val="16"/>
              </w:rPr>
              <w:br/>
              <w:t>SHOWOSD &lt; DEVICENAME | IPADDRESS | WIFIPWD | ACCESSCODE &gt; &lt; ON | OFF &gt;</w:t>
            </w:r>
            <w:r>
              <w:rPr>
                <w:rFonts w:ascii="Roboto Mono" w:hAnsi="Roboto Mono"/>
                <w:b/>
                <w:color w:val="000000"/>
                <w:sz w:val="16"/>
              </w:rPr>
              <w:br/>
              <w:t>or</w:t>
            </w:r>
            <w:r>
              <w:rPr>
                <w:rFonts w:ascii="Roboto Mono" w:hAnsi="Roboto Mono"/>
                <w:b/>
                <w:color w:val="000000"/>
                <w:sz w:val="16"/>
              </w:rPr>
              <w:br/>
              <w:t>SHOWOSD DEVICENAME &lt; ON | OFF &gt;</w:t>
            </w:r>
            <w:r>
              <w:rPr>
                <w:rFonts w:ascii="Roboto Mono" w:hAnsi="Roboto Mono"/>
                <w:b/>
                <w:color w:val="000000"/>
                <w:sz w:val="16"/>
              </w:rPr>
              <w:br/>
              <w:t>SHOWOSD IPADDRESS &lt; ON | OFF &gt;</w:t>
            </w:r>
            <w:r>
              <w:rPr>
                <w:rFonts w:ascii="Roboto Mono" w:hAnsi="Roboto Mono"/>
                <w:b/>
                <w:color w:val="000000"/>
                <w:sz w:val="16"/>
              </w:rPr>
              <w:br/>
              <w:t>SHOWOSD WIFIPWD &lt; ON | OFF &gt;</w:t>
            </w:r>
            <w:r>
              <w:rPr>
                <w:rFonts w:ascii="Roboto Mono" w:hAnsi="Roboto Mono"/>
                <w:b/>
                <w:color w:val="000000"/>
                <w:sz w:val="16"/>
              </w:rPr>
              <w:br/>
              <w:t>SHOWOSD ACCESSCODE &lt; ON | OFF &gt;</w:t>
            </w:r>
          </w:p>
        </w:tc>
        <w:tc>
          <w:tcPr>
            <w:tcW w:w="3600" w:type="dxa"/>
            <w:vMerge/>
          </w:tcPr>
          <w:p w14:paraId="448567E8" w14:textId="77777777" w:rsidR="00EC7A70" w:rsidRDefault="00EC7A70" w:rsidP="00D420CD"/>
        </w:tc>
      </w:tr>
      <w:tr w:rsidR="00EC7A70" w14:paraId="7825FB23" w14:textId="77777777" w:rsidTr="00D420CD">
        <w:trPr>
          <w:jc w:val="center"/>
        </w:trPr>
        <w:tc>
          <w:tcPr>
            <w:tcW w:w="5760" w:type="dxa"/>
            <w:tcMar>
              <w:top w:w="80" w:type="dxa"/>
              <w:left w:w="80" w:type="dxa"/>
              <w:bottom w:w="0" w:type="dxa"/>
              <w:right w:w="80" w:type="dxa"/>
            </w:tcMar>
          </w:tcPr>
          <w:p w14:paraId="30279599" w14:textId="77777777" w:rsidR="00EC7A70" w:rsidRDefault="00EC7A70" w:rsidP="00D420CD">
            <w:r>
              <w:rPr>
                <w:color w:val="000000"/>
                <w:sz w:val="18"/>
              </w:rPr>
              <w:t>Command Example</w:t>
            </w:r>
          </w:p>
        </w:tc>
        <w:tc>
          <w:tcPr>
            <w:tcW w:w="3600" w:type="dxa"/>
            <w:vMerge/>
          </w:tcPr>
          <w:p w14:paraId="79A2DDDA" w14:textId="77777777" w:rsidR="00EC7A70" w:rsidRDefault="00EC7A70" w:rsidP="00D420CD"/>
        </w:tc>
      </w:tr>
      <w:tr w:rsidR="00EC7A70" w14:paraId="250A2D9B" w14:textId="77777777" w:rsidTr="00D420CD">
        <w:trPr>
          <w:jc w:val="center"/>
        </w:trPr>
        <w:tc>
          <w:tcPr>
            <w:tcW w:w="5760" w:type="dxa"/>
            <w:shd w:val="clear" w:color="auto" w:fill="000000"/>
            <w:tcMar>
              <w:top w:w="0" w:type="dxa"/>
              <w:left w:w="80" w:type="dxa"/>
              <w:bottom w:w="80" w:type="dxa"/>
              <w:right w:w="80" w:type="dxa"/>
            </w:tcMar>
          </w:tcPr>
          <w:p w14:paraId="64207329" w14:textId="77777777" w:rsidR="00EC7A70" w:rsidRDefault="00EC7A70" w:rsidP="00D420CD">
            <w:r>
              <w:rPr>
                <w:rFonts w:ascii="Roboto Mono" w:hAnsi="Roboto Mono"/>
                <w:b/>
                <w:color w:val="FFFFFF"/>
                <w:sz w:val="16"/>
              </w:rPr>
              <w:t>GET SHOWOSD DEVICENAME</w:t>
            </w:r>
          </w:p>
        </w:tc>
        <w:tc>
          <w:tcPr>
            <w:tcW w:w="3600" w:type="dxa"/>
            <w:vMerge/>
          </w:tcPr>
          <w:p w14:paraId="4BEED911" w14:textId="77777777" w:rsidR="00EC7A70" w:rsidRDefault="00EC7A70" w:rsidP="00D420CD"/>
        </w:tc>
      </w:tr>
      <w:tr w:rsidR="00EC7A70" w14:paraId="136B6E63" w14:textId="77777777" w:rsidTr="00D420CD">
        <w:trPr>
          <w:jc w:val="center"/>
        </w:trPr>
        <w:tc>
          <w:tcPr>
            <w:tcW w:w="5760" w:type="dxa"/>
            <w:tcMar>
              <w:top w:w="80" w:type="dxa"/>
              <w:left w:w="80" w:type="dxa"/>
              <w:bottom w:w="0" w:type="dxa"/>
              <w:right w:w="80" w:type="dxa"/>
            </w:tcMar>
          </w:tcPr>
          <w:p w14:paraId="12845147" w14:textId="77777777" w:rsidR="00EC7A70" w:rsidRDefault="00EC7A70" w:rsidP="00D420CD">
            <w:r>
              <w:rPr>
                <w:color w:val="000000"/>
                <w:sz w:val="18"/>
              </w:rPr>
              <w:t>Response Example</w:t>
            </w:r>
          </w:p>
        </w:tc>
        <w:tc>
          <w:tcPr>
            <w:tcW w:w="3600" w:type="dxa"/>
            <w:vMerge/>
          </w:tcPr>
          <w:p w14:paraId="792ECC95" w14:textId="77777777" w:rsidR="00EC7A70" w:rsidRDefault="00EC7A70" w:rsidP="00D420CD"/>
        </w:tc>
      </w:tr>
      <w:tr w:rsidR="00EC7A70" w14:paraId="519E19E1" w14:textId="77777777" w:rsidTr="00D420CD">
        <w:trPr>
          <w:jc w:val="center"/>
        </w:trPr>
        <w:tc>
          <w:tcPr>
            <w:tcW w:w="5760" w:type="dxa"/>
            <w:shd w:val="clear" w:color="auto" w:fill="000000"/>
            <w:tcMar>
              <w:top w:w="0" w:type="dxa"/>
              <w:left w:w="80" w:type="dxa"/>
              <w:bottom w:w="80" w:type="dxa"/>
              <w:right w:w="80" w:type="dxa"/>
            </w:tcMar>
          </w:tcPr>
          <w:p w14:paraId="1B7681FE" w14:textId="77777777" w:rsidR="00EC7A70" w:rsidRDefault="00EC7A70" w:rsidP="00D420CD">
            <w:r>
              <w:rPr>
                <w:rFonts w:ascii="Roboto Mono" w:hAnsi="Roboto Mono"/>
                <w:b/>
                <w:color w:val="FFFFFF"/>
                <w:sz w:val="16"/>
              </w:rPr>
              <w:t>SHOWOSD DEVICENAME OFF</w:t>
            </w:r>
          </w:p>
        </w:tc>
        <w:tc>
          <w:tcPr>
            <w:tcW w:w="3600" w:type="dxa"/>
            <w:vMerge/>
          </w:tcPr>
          <w:p w14:paraId="2C659F54" w14:textId="77777777" w:rsidR="00EC7A70" w:rsidRDefault="00EC7A70" w:rsidP="00D420CD"/>
        </w:tc>
      </w:tr>
      <w:tr w:rsidR="00EC7A70" w14:paraId="59556B7F" w14:textId="77777777" w:rsidTr="00D420CD">
        <w:trPr>
          <w:jc w:val="center"/>
        </w:trPr>
        <w:tc>
          <w:tcPr>
            <w:tcW w:w="9360" w:type="dxa"/>
            <w:gridSpan w:val="2"/>
            <w:shd w:val="clear" w:color="auto" w:fill="E0F6EC"/>
            <w:tcMar>
              <w:top w:w="80" w:type="dxa"/>
              <w:left w:w="80" w:type="dxa"/>
              <w:bottom w:w="80" w:type="dxa"/>
              <w:right w:w="80" w:type="dxa"/>
            </w:tcMar>
          </w:tcPr>
          <w:p w14:paraId="3953A7B4" w14:textId="77777777" w:rsidR="00EC7A70" w:rsidRDefault="00EC7A70" w:rsidP="00D420CD">
            <w:r>
              <w:rPr>
                <w:color w:val="000000"/>
                <w:sz w:val="16"/>
              </w:rPr>
              <w:t xml:space="preserve">Additional Notes: </w:t>
            </w:r>
          </w:p>
        </w:tc>
      </w:tr>
    </w:tbl>
    <w:p w14:paraId="3D09CF70" w14:textId="05174930" w:rsidR="00EC7A70" w:rsidRDefault="00EC7A70" w:rsidP="00EC7A70"/>
    <w:p w14:paraId="695F5754" w14:textId="77777777" w:rsidR="00EC7A70" w:rsidRDefault="00EC7A70">
      <w:r>
        <w:br w:type="page"/>
      </w:r>
    </w:p>
    <w:p w14:paraId="3C67CF88" w14:textId="77777777" w:rsidR="00EC7A70" w:rsidRDefault="00EC7A70" w:rsidP="00EC7A70">
      <w:pPr>
        <w:pStyle w:val="Heading2"/>
      </w:pPr>
      <w:bookmarkStart w:id="20" w:name="_Toc218512781"/>
      <w:r>
        <w:rPr>
          <w:rFonts w:ascii="Roboto" w:hAnsi="Roboto"/>
          <w:color w:val="000000"/>
          <w:sz w:val="28"/>
        </w:rPr>
        <w:lastRenderedPageBreak/>
        <w:t>1.9 Get MAC Address</w:t>
      </w:r>
      <w:bookmarkEnd w:id="20"/>
    </w:p>
    <w:p w14:paraId="7591780F" w14:textId="77777777" w:rsidR="00EC7A70" w:rsidRDefault="00EC7A70" w:rsidP="00EC7A70">
      <w:r>
        <w:rPr>
          <w:rFonts w:ascii="Roboto" w:hAnsi="Roboto"/>
          <w:sz w:val="18"/>
        </w:rPr>
        <w:br/>
        <w:t>Get the device's MAC address information.</w:t>
      </w:r>
    </w:p>
    <w:tbl>
      <w:tblPr>
        <w:tblStyle w:val="luka"/>
        <w:tblW w:w="0" w:type="auto"/>
        <w:jc w:val="center"/>
        <w:tblLook w:val="04A0" w:firstRow="1" w:lastRow="0" w:firstColumn="1" w:lastColumn="0" w:noHBand="0" w:noVBand="1"/>
      </w:tblPr>
      <w:tblGrid>
        <w:gridCol w:w="5760"/>
        <w:gridCol w:w="3600"/>
      </w:tblGrid>
      <w:tr w:rsidR="00EC7A70" w14:paraId="42228544" w14:textId="77777777" w:rsidTr="00D420CD">
        <w:trPr>
          <w:jc w:val="center"/>
        </w:trPr>
        <w:tc>
          <w:tcPr>
            <w:tcW w:w="5760" w:type="dxa"/>
            <w:tcMar>
              <w:top w:w="80" w:type="dxa"/>
              <w:left w:w="80" w:type="dxa"/>
              <w:bottom w:w="80" w:type="dxa"/>
              <w:right w:w="80" w:type="dxa"/>
            </w:tcMar>
          </w:tcPr>
          <w:p w14:paraId="68B7C79D" w14:textId="77777777" w:rsidR="00EC7A70" w:rsidRDefault="00EC7A70" w:rsidP="00D420CD">
            <w:r>
              <w:rPr>
                <w:color w:val="000000"/>
                <w:sz w:val="18"/>
              </w:rPr>
              <w:t>Command Structure</w:t>
            </w:r>
            <w:r>
              <w:rPr>
                <w:rFonts w:ascii="Roboto Mono" w:hAnsi="Roboto Mono"/>
                <w:b/>
                <w:color w:val="000000"/>
                <w:sz w:val="16"/>
              </w:rPr>
              <w:br/>
              <w:t>GET MACADDR &lt; CONTROL | SERVICE | ALL &gt;</w:t>
            </w:r>
          </w:p>
        </w:tc>
        <w:tc>
          <w:tcPr>
            <w:tcW w:w="3600" w:type="dxa"/>
            <w:vMerge w:val="restart"/>
            <w:shd w:val="clear" w:color="auto" w:fill="F2F2F2"/>
            <w:tcMar>
              <w:top w:w="80" w:type="dxa"/>
              <w:left w:w="80" w:type="dxa"/>
              <w:bottom w:w="80" w:type="dxa"/>
              <w:right w:w="80" w:type="dxa"/>
            </w:tcMar>
          </w:tcPr>
          <w:p w14:paraId="6D71CF17" w14:textId="77777777" w:rsidR="00EC7A70" w:rsidRDefault="00EC7A70" w:rsidP="00D420CD">
            <w:r>
              <w:rPr>
                <w:color w:val="000000"/>
                <w:sz w:val="16"/>
              </w:rPr>
              <w:t>Parameters:</w:t>
            </w:r>
            <w:r>
              <w:rPr>
                <w:color w:val="000000"/>
                <w:sz w:val="16"/>
              </w:rPr>
              <w:br/>
              <w:t>CONTROL = Get the MAC address of the control network port</w:t>
            </w:r>
            <w:r>
              <w:rPr>
                <w:color w:val="000000"/>
                <w:sz w:val="16"/>
              </w:rPr>
              <w:br/>
              <w:t>SERVICE = Get the MAC address of the service network port</w:t>
            </w:r>
            <w:r>
              <w:rPr>
                <w:color w:val="000000"/>
                <w:sz w:val="16"/>
              </w:rPr>
              <w:br/>
              <w:t>ALL = Get the MAC addresses of both ports above</w:t>
            </w:r>
          </w:p>
        </w:tc>
      </w:tr>
      <w:tr w:rsidR="00EC7A70" w14:paraId="4D942800" w14:textId="77777777" w:rsidTr="00D420CD">
        <w:trPr>
          <w:jc w:val="center"/>
        </w:trPr>
        <w:tc>
          <w:tcPr>
            <w:tcW w:w="5760" w:type="dxa"/>
            <w:tcMar>
              <w:top w:w="80" w:type="dxa"/>
              <w:left w:w="80" w:type="dxa"/>
              <w:bottom w:w="80" w:type="dxa"/>
              <w:right w:w="80" w:type="dxa"/>
            </w:tcMar>
          </w:tcPr>
          <w:p w14:paraId="415F485C" w14:textId="77777777" w:rsidR="00EC7A70" w:rsidRDefault="00EC7A70" w:rsidP="00D420CD">
            <w:r>
              <w:rPr>
                <w:color w:val="000000"/>
                <w:sz w:val="18"/>
              </w:rPr>
              <w:t>Response Structure</w:t>
            </w:r>
            <w:r>
              <w:rPr>
                <w:rFonts w:ascii="Roboto Mono" w:hAnsi="Roboto Mono"/>
                <w:b/>
                <w:color w:val="000000"/>
                <w:sz w:val="16"/>
              </w:rPr>
              <w:br/>
              <w:t xml:space="preserve">MACADDR &lt; CONTROL | SERVICE &gt; &lt; </w:t>
            </w:r>
            <w:proofErr w:type="spellStart"/>
            <w:r>
              <w:rPr>
                <w:rFonts w:ascii="Roboto Mono" w:hAnsi="Roboto Mono"/>
                <w:b/>
                <w:color w:val="000000"/>
                <w:sz w:val="16"/>
              </w:rPr>
              <w:t>MACAddress</w:t>
            </w:r>
            <w:proofErr w:type="spellEnd"/>
            <w:r>
              <w:rPr>
                <w:rFonts w:ascii="Roboto Mono" w:hAnsi="Roboto Mono"/>
                <w:b/>
                <w:color w:val="000000"/>
                <w:sz w:val="16"/>
              </w:rPr>
              <w:t xml:space="preserve"> &gt;</w:t>
            </w:r>
            <w:r>
              <w:rPr>
                <w:rFonts w:ascii="Roboto Mono" w:hAnsi="Roboto Mono"/>
                <w:b/>
                <w:color w:val="000000"/>
                <w:sz w:val="16"/>
              </w:rPr>
              <w:br/>
              <w:t>or</w:t>
            </w:r>
            <w:r>
              <w:rPr>
                <w:rFonts w:ascii="Roboto Mono" w:hAnsi="Roboto Mono"/>
                <w:b/>
                <w:color w:val="000000"/>
                <w:sz w:val="16"/>
              </w:rPr>
              <w:br/>
              <w:t>MACADDR CONTROL &lt; MACAddress0 &gt;</w:t>
            </w:r>
            <w:r>
              <w:rPr>
                <w:rFonts w:ascii="Roboto Mono" w:hAnsi="Roboto Mono"/>
                <w:b/>
                <w:color w:val="000000"/>
                <w:sz w:val="16"/>
              </w:rPr>
              <w:br/>
              <w:t>MACADDR SERVICE &lt; MACAddress1 &gt;</w:t>
            </w:r>
          </w:p>
        </w:tc>
        <w:tc>
          <w:tcPr>
            <w:tcW w:w="3600" w:type="dxa"/>
            <w:vMerge/>
          </w:tcPr>
          <w:p w14:paraId="7F67D646" w14:textId="77777777" w:rsidR="00EC7A70" w:rsidRDefault="00EC7A70" w:rsidP="00D420CD"/>
        </w:tc>
      </w:tr>
      <w:tr w:rsidR="00EC7A70" w14:paraId="755B4A87" w14:textId="77777777" w:rsidTr="00D420CD">
        <w:trPr>
          <w:jc w:val="center"/>
        </w:trPr>
        <w:tc>
          <w:tcPr>
            <w:tcW w:w="5760" w:type="dxa"/>
            <w:tcMar>
              <w:top w:w="80" w:type="dxa"/>
              <w:left w:w="80" w:type="dxa"/>
              <w:bottom w:w="0" w:type="dxa"/>
              <w:right w:w="80" w:type="dxa"/>
            </w:tcMar>
          </w:tcPr>
          <w:p w14:paraId="47CF697B" w14:textId="77777777" w:rsidR="00EC7A70" w:rsidRDefault="00EC7A70" w:rsidP="00D420CD">
            <w:r>
              <w:rPr>
                <w:color w:val="000000"/>
                <w:sz w:val="18"/>
              </w:rPr>
              <w:t>Command Example</w:t>
            </w:r>
          </w:p>
        </w:tc>
        <w:tc>
          <w:tcPr>
            <w:tcW w:w="3600" w:type="dxa"/>
            <w:vMerge/>
          </w:tcPr>
          <w:p w14:paraId="7B0E7995" w14:textId="77777777" w:rsidR="00EC7A70" w:rsidRDefault="00EC7A70" w:rsidP="00D420CD"/>
        </w:tc>
      </w:tr>
      <w:tr w:rsidR="00EC7A70" w14:paraId="025D5F45" w14:textId="77777777" w:rsidTr="00D420CD">
        <w:trPr>
          <w:jc w:val="center"/>
        </w:trPr>
        <w:tc>
          <w:tcPr>
            <w:tcW w:w="5760" w:type="dxa"/>
            <w:shd w:val="clear" w:color="auto" w:fill="000000"/>
            <w:tcMar>
              <w:top w:w="0" w:type="dxa"/>
              <w:left w:w="80" w:type="dxa"/>
              <w:bottom w:w="80" w:type="dxa"/>
              <w:right w:w="80" w:type="dxa"/>
            </w:tcMar>
          </w:tcPr>
          <w:p w14:paraId="4A47118E" w14:textId="77777777" w:rsidR="00EC7A70" w:rsidRDefault="00EC7A70" w:rsidP="00D420CD">
            <w:r>
              <w:rPr>
                <w:rFonts w:ascii="Roboto Mono" w:hAnsi="Roboto Mono"/>
                <w:b/>
                <w:color w:val="FFFFFF"/>
                <w:sz w:val="16"/>
              </w:rPr>
              <w:t>GET MACADDR CONTROL</w:t>
            </w:r>
          </w:p>
        </w:tc>
        <w:tc>
          <w:tcPr>
            <w:tcW w:w="3600" w:type="dxa"/>
            <w:vMerge/>
          </w:tcPr>
          <w:p w14:paraId="23795FCF" w14:textId="77777777" w:rsidR="00EC7A70" w:rsidRDefault="00EC7A70" w:rsidP="00D420CD"/>
        </w:tc>
      </w:tr>
      <w:tr w:rsidR="00EC7A70" w14:paraId="22CE754C" w14:textId="77777777" w:rsidTr="00D420CD">
        <w:trPr>
          <w:jc w:val="center"/>
        </w:trPr>
        <w:tc>
          <w:tcPr>
            <w:tcW w:w="5760" w:type="dxa"/>
            <w:tcMar>
              <w:top w:w="80" w:type="dxa"/>
              <w:left w:w="80" w:type="dxa"/>
              <w:bottom w:w="0" w:type="dxa"/>
              <w:right w:w="80" w:type="dxa"/>
            </w:tcMar>
          </w:tcPr>
          <w:p w14:paraId="531C9017" w14:textId="77777777" w:rsidR="00EC7A70" w:rsidRDefault="00EC7A70" w:rsidP="00D420CD">
            <w:r>
              <w:rPr>
                <w:color w:val="000000"/>
                <w:sz w:val="18"/>
              </w:rPr>
              <w:t>Response Example</w:t>
            </w:r>
          </w:p>
        </w:tc>
        <w:tc>
          <w:tcPr>
            <w:tcW w:w="3600" w:type="dxa"/>
            <w:vMerge/>
          </w:tcPr>
          <w:p w14:paraId="09D09AC7" w14:textId="77777777" w:rsidR="00EC7A70" w:rsidRDefault="00EC7A70" w:rsidP="00D420CD"/>
        </w:tc>
      </w:tr>
      <w:tr w:rsidR="00EC7A70" w14:paraId="585023C1" w14:textId="77777777" w:rsidTr="00D420CD">
        <w:trPr>
          <w:jc w:val="center"/>
        </w:trPr>
        <w:tc>
          <w:tcPr>
            <w:tcW w:w="5760" w:type="dxa"/>
            <w:shd w:val="clear" w:color="auto" w:fill="000000"/>
            <w:tcMar>
              <w:top w:w="0" w:type="dxa"/>
              <w:left w:w="80" w:type="dxa"/>
              <w:bottom w:w="80" w:type="dxa"/>
              <w:right w:w="80" w:type="dxa"/>
            </w:tcMar>
          </w:tcPr>
          <w:p w14:paraId="6576B681" w14:textId="77777777" w:rsidR="00EC7A70" w:rsidRDefault="00EC7A70" w:rsidP="00D420CD">
            <w:r>
              <w:rPr>
                <w:rFonts w:ascii="Roboto Mono" w:hAnsi="Roboto Mono"/>
                <w:b/>
                <w:color w:val="FFFFFF"/>
                <w:sz w:val="16"/>
              </w:rPr>
              <w:t>MACADDR CONTROL E</w:t>
            </w:r>
            <w:proofErr w:type="gramStart"/>
            <w:r>
              <w:rPr>
                <w:rFonts w:ascii="Roboto Mono" w:hAnsi="Roboto Mono"/>
                <w:b/>
                <w:color w:val="FFFFFF"/>
                <w:sz w:val="16"/>
              </w:rPr>
              <w:t>4:CE</w:t>
            </w:r>
            <w:proofErr w:type="gramEnd"/>
            <w:r>
              <w:rPr>
                <w:rFonts w:ascii="Roboto Mono" w:hAnsi="Roboto Mono"/>
                <w:b/>
                <w:color w:val="FFFFFF"/>
                <w:sz w:val="16"/>
              </w:rPr>
              <w:t>:02:13:5</w:t>
            </w:r>
            <w:proofErr w:type="gramStart"/>
            <w:r>
              <w:rPr>
                <w:rFonts w:ascii="Roboto Mono" w:hAnsi="Roboto Mono"/>
                <w:b/>
                <w:color w:val="FFFFFF"/>
                <w:sz w:val="16"/>
              </w:rPr>
              <w:t>F:A</w:t>
            </w:r>
            <w:proofErr w:type="gramEnd"/>
            <w:r>
              <w:rPr>
                <w:rFonts w:ascii="Roboto Mono" w:hAnsi="Roboto Mono"/>
                <w:b/>
                <w:color w:val="FFFFFF"/>
                <w:sz w:val="16"/>
              </w:rPr>
              <w:t>1</w:t>
            </w:r>
          </w:p>
        </w:tc>
        <w:tc>
          <w:tcPr>
            <w:tcW w:w="3600" w:type="dxa"/>
            <w:vMerge/>
          </w:tcPr>
          <w:p w14:paraId="16446129" w14:textId="77777777" w:rsidR="00EC7A70" w:rsidRDefault="00EC7A70" w:rsidP="00D420CD"/>
        </w:tc>
      </w:tr>
      <w:tr w:rsidR="00EC7A70" w14:paraId="4E2CE278" w14:textId="77777777" w:rsidTr="00D420CD">
        <w:trPr>
          <w:jc w:val="center"/>
        </w:trPr>
        <w:tc>
          <w:tcPr>
            <w:tcW w:w="9360" w:type="dxa"/>
            <w:gridSpan w:val="2"/>
            <w:shd w:val="clear" w:color="auto" w:fill="E0F6EC"/>
            <w:tcMar>
              <w:top w:w="80" w:type="dxa"/>
              <w:left w:w="80" w:type="dxa"/>
              <w:bottom w:w="80" w:type="dxa"/>
              <w:right w:w="80" w:type="dxa"/>
            </w:tcMar>
          </w:tcPr>
          <w:p w14:paraId="1578965B" w14:textId="77777777" w:rsidR="00EC7A70" w:rsidRDefault="00EC7A70" w:rsidP="00D420CD">
            <w:r>
              <w:rPr>
                <w:color w:val="000000"/>
                <w:sz w:val="16"/>
              </w:rPr>
              <w:t xml:space="preserve">Additional Notes: </w:t>
            </w:r>
          </w:p>
        </w:tc>
      </w:tr>
    </w:tbl>
    <w:p w14:paraId="2AF90563" w14:textId="77777777" w:rsidR="00EC7A70" w:rsidRDefault="00EC7A70" w:rsidP="00EC7A70"/>
    <w:p w14:paraId="2E50811B" w14:textId="77777777" w:rsidR="00EC7A70" w:rsidRDefault="00EC7A70" w:rsidP="00EC7A70">
      <w:pPr>
        <w:pStyle w:val="Heading2"/>
      </w:pPr>
      <w:bookmarkStart w:id="21" w:name="_Toc218512782"/>
      <w:r>
        <w:rPr>
          <w:rFonts w:ascii="Roboto" w:hAnsi="Roboto"/>
          <w:color w:val="000000"/>
          <w:sz w:val="28"/>
        </w:rPr>
        <w:t>1.10 Get Device Serial Number</w:t>
      </w:r>
      <w:bookmarkEnd w:id="21"/>
    </w:p>
    <w:p w14:paraId="6175AFFD" w14:textId="77777777" w:rsidR="00EC7A70" w:rsidRDefault="00EC7A70" w:rsidP="00EC7A70">
      <w:r>
        <w:rPr>
          <w:rFonts w:ascii="Roboto" w:hAnsi="Roboto"/>
          <w:sz w:val="18"/>
        </w:rPr>
        <w:br/>
        <w:t>Read the device serial number.</w:t>
      </w:r>
    </w:p>
    <w:tbl>
      <w:tblPr>
        <w:tblStyle w:val="luka"/>
        <w:tblW w:w="0" w:type="auto"/>
        <w:jc w:val="center"/>
        <w:tblLook w:val="04A0" w:firstRow="1" w:lastRow="0" w:firstColumn="1" w:lastColumn="0" w:noHBand="0" w:noVBand="1"/>
      </w:tblPr>
      <w:tblGrid>
        <w:gridCol w:w="5760"/>
        <w:gridCol w:w="3600"/>
      </w:tblGrid>
      <w:tr w:rsidR="00EC7A70" w14:paraId="3F23B65B" w14:textId="77777777" w:rsidTr="00D420CD">
        <w:trPr>
          <w:jc w:val="center"/>
        </w:trPr>
        <w:tc>
          <w:tcPr>
            <w:tcW w:w="5760" w:type="dxa"/>
            <w:tcMar>
              <w:top w:w="80" w:type="dxa"/>
              <w:left w:w="80" w:type="dxa"/>
              <w:bottom w:w="80" w:type="dxa"/>
              <w:right w:w="80" w:type="dxa"/>
            </w:tcMar>
          </w:tcPr>
          <w:p w14:paraId="7AED6C2D" w14:textId="77777777" w:rsidR="00EC7A70" w:rsidRDefault="00EC7A70" w:rsidP="00D420CD">
            <w:r>
              <w:rPr>
                <w:color w:val="000000"/>
                <w:sz w:val="18"/>
              </w:rPr>
              <w:t>Command Structure</w:t>
            </w:r>
            <w:r>
              <w:rPr>
                <w:rFonts w:ascii="Roboto Mono" w:hAnsi="Roboto Mono"/>
                <w:b/>
                <w:color w:val="000000"/>
                <w:sz w:val="16"/>
              </w:rPr>
              <w:br/>
              <w:t>GET SYS_SN</w:t>
            </w:r>
          </w:p>
        </w:tc>
        <w:tc>
          <w:tcPr>
            <w:tcW w:w="3600" w:type="dxa"/>
            <w:vMerge w:val="restart"/>
            <w:shd w:val="clear" w:color="auto" w:fill="F2F2F2"/>
            <w:tcMar>
              <w:top w:w="80" w:type="dxa"/>
              <w:left w:w="80" w:type="dxa"/>
              <w:bottom w:w="80" w:type="dxa"/>
              <w:right w:w="80" w:type="dxa"/>
            </w:tcMar>
          </w:tcPr>
          <w:p w14:paraId="015BF070" w14:textId="77777777" w:rsidR="00EC7A70" w:rsidRDefault="00EC7A70" w:rsidP="00D420CD">
            <w:r>
              <w:rPr>
                <w:color w:val="000000"/>
                <w:sz w:val="16"/>
              </w:rPr>
              <w:t>Parameters:</w:t>
            </w:r>
            <w:r>
              <w:rPr>
                <w:color w:val="000000"/>
                <w:sz w:val="16"/>
              </w:rPr>
              <w:br/>
            </w:r>
          </w:p>
        </w:tc>
      </w:tr>
      <w:tr w:rsidR="00EC7A70" w14:paraId="1140D037" w14:textId="77777777" w:rsidTr="00D420CD">
        <w:trPr>
          <w:jc w:val="center"/>
        </w:trPr>
        <w:tc>
          <w:tcPr>
            <w:tcW w:w="5760" w:type="dxa"/>
            <w:tcMar>
              <w:top w:w="80" w:type="dxa"/>
              <w:left w:w="80" w:type="dxa"/>
              <w:bottom w:w="80" w:type="dxa"/>
              <w:right w:w="80" w:type="dxa"/>
            </w:tcMar>
          </w:tcPr>
          <w:p w14:paraId="58178757" w14:textId="77777777" w:rsidR="00EC7A70" w:rsidRDefault="00EC7A70" w:rsidP="00D420CD">
            <w:r>
              <w:rPr>
                <w:color w:val="000000"/>
                <w:sz w:val="18"/>
              </w:rPr>
              <w:t>Response Structure</w:t>
            </w:r>
            <w:r>
              <w:rPr>
                <w:rFonts w:ascii="Roboto Mono" w:hAnsi="Roboto Mono"/>
                <w:b/>
                <w:color w:val="000000"/>
                <w:sz w:val="16"/>
              </w:rPr>
              <w:br/>
              <w:t xml:space="preserve">SYS_SN &lt; </w:t>
            </w:r>
            <w:proofErr w:type="spellStart"/>
            <w:r>
              <w:rPr>
                <w:rFonts w:ascii="Roboto Mono" w:hAnsi="Roboto Mono"/>
                <w:b/>
                <w:color w:val="000000"/>
                <w:sz w:val="16"/>
              </w:rPr>
              <w:t>SerialNumber</w:t>
            </w:r>
            <w:proofErr w:type="spellEnd"/>
            <w:r>
              <w:rPr>
                <w:rFonts w:ascii="Roboto Mono" w:hAnsi="Roboto Mono"/>
                <w:b/>
                <w:color w:val="000000"/>
                <w:sz w:val="16"/>
              </w:rPr>
              <w:t xml:space="preserve"> &gt;</w:t>
            </w:r>
          </w:p>
        </w:tc>
        <w:tc>
          <w:tcPr>
            <w:tcW w:w="3600" w:type="dxa"/>
            <w:vMerge/>
          </w:tcPr>
          <w:p w14:paraId="19B00873" w14:textId="77777777" w:rsidR="00EC7A70" w:rsidRDefault="00EC7A70" w:rsidP="00D420CD"/>
        </w:tc>
      </w:tr>
      <w:tr w:rsidR="00EC7A70" w14:paraId="1529C4E3" w14:textId="77777777" w:rsidTr="00D420CD">
        <w:trPr>
          <w:jc w:val="center"/>
        </w:trPr>
        <w:tc>
          <w:tcPr>
            <w:tcW w:w="5760" w:type="dxa"/>
            <w:tcMar>
              <w:top w:w="80" w:type="dxa"/>
              <w:left w:w="80" w:type="dxa"/>
              <w:bottom w:w="0" w:type="dxa"/>
              <w:right w:w="80" w:type="dxa"/>
            </w:tcMar>
          </w:tcPr>
          <w:p w14:paraId="7E807670" w14:textId="77777777" w:rsidR="00EC7A70" w:rsidRDefault="00EC7A70" w:rsidP="00D420CD">
            <w:r>
              <w:rPr>
                <w:color w:val="000000"/>
                <w:sz w:val="18"/>
              </w:rPr>
              <w:t>Command Example</w:t>
            </w:r>
          </w:p>
        </w:tc>
        <w:tc>
          <w:tcPr>
            <w:tcW w:w="3600" w:type="dxa"/>
            <w:vMerge/>
          </w:tcPr>
          <w:p w14:paraId="214CAA30" w14:textId="77777777" w:rsidR="00EC7A70" w:rsidRDefault="00EC7A70" w:rsidP="00D420CD"/>
        </w:tc>
      </w:tr>
      <w:tr w:rsidR="00EC7A70" w14:paraId="7C7F9F59" w14:textId="77777777" w:rsidTr="00D420CD">
        <w:trPr>
          <w:jc w:val="center"/>
        </w:trPr>
        <w:tc>
          <w:tcPr>
            <w:tcW w:w="5760" w:type="dxa"/>
            <w:shd w:val="clear" w:color="auto" w:fill="000000"/>
            <w:tcMar>
              <w:top w:w="0" w:type="dxa"/>
              <w:left w:w="80" w:type="dxa"/>
              <w:bottom w:w="80" w:type="dxa"/>
              <w:right w:w="80" w:type="dxa"/>
            </w:tcMar>
          </w:tcPr>
          <w:p w14:paraId="7E72FCF2" w14:textId="77777777" w:rsidR="00EC7A70" w:rsidRDefault="00EC7A70" w:rsidP="00D420CD">
            <w:r>
              <w:rPr>
                <w:rFonts w:ascii="Roboto Mono" w:hAnsi="Roboto Mono"/>
                <w:b/>
                <w:color w:val="FFFFFF"/>
                <w:sz w:val="16"/>
              </w:rPr>
              <w:t>GET SYS_SN</w:t>
            </w:r>
          </w:p>
        </w:tc>
        <w:tc>
          <w:tcPr>
            <w:tcW w:w="3600" w:type="dxa"/>
            <w:vMerge/>
          </w:tcPr>
          <w:p w14:paraId="1C5ED0DE" w14:textId="77777777" w:rsidR="00EC7A70" w:rsidRDefault="00EC7A70" w:rsidP="00D420CD"/>
        </w:tc>
      </w:tr>
      <w:tr w:rsidR="00EC7A70" w14:paraId="17CD0316" w14:textId="77777777" w:rsidTr="00D420CD">
        <w:trPr>
          <w:jc w:val="center"/>
        </w:trPr>
        <w:tc>
          <w:tcPr>
            <w:tcW w:w="5760" w:type="dxa"/>
            <w:tcMar>
              <w:top w:w="80" w:type="dxa"/>
              <w:left w:w="80" w:type="dxa"/>
              <w:bottom w:w="0" w:type="dxa"/>
              <w:right w:w="80" w:type="dxa"/>
            </w:tcMar>
          </w:tcPr>
          <w:p w14:paraId="47111D35" w14:textId="77777777" w:rsidR="00EC7A70" w:rsidRDefault="00EC7A70" w:rsidP="00D420CD">
            <w:r>
              <w:rPr>
                <w:color w:val="000000"/>
                <w:sz w:val="18"/>
              </w:rPr>
              <w:t>Response Example</w:t>
            </w:r>
          </w:p>
        </w:tc>
        <w:tc>
          <w:tcPr>
            <w:tcW w:w="3600" w:type="dxa"/>
            <w:vMerge/>
          </w:tcPr>
          <w:p w14:paraId="769A481A" w14:textId="77777777" w:rsidR="00EC7A70" w:rsidRDefault="00EC7A70" w:rsidP="00D420CD"/>
        </w:tc>
      </w:tr>
      <w:tr w:rsidR="00EC7A70" w14:paraId="132ED709" w14:textId="77777777" w:rsidTr="00D420CD">
        <w:trPr>
          <w:jc w:val="center"/>
        </w:trPr>
        <w:tc>
          <w:tcPr>
            <w:tcW w:w="5760" w:type="dxa"/>
            <w:shd w:val="clear" w:color="auto" w:fill="000000"/>
            <w:tcMar>
              <w:top w:w="0" w:type="dxa"/>
              <w:left w:w="80" w:type="dxa"/>
              <w:bottom w:w="80" w:type="dxa"/>
              <w:right w:w="80" w:type="dxa"/>
            </w:tcMar>
          </w:tcPr>
          <w:p w14:paraId="2EFC1D5D" w14:textId="77777777" w:rsidR="00EC7A70" w:rsidRDefault="00EC7A70" w:rsidP="00D420CD">
            <w:r>
              <w:rPr>
                <w:rFonts w:ascii="Roboto Mono" w:hAnsi="Roboto Mono"/>
                <w:b/>
                <w:color w:val="FFFFFF"/>
                <w:sz w:val="16"/>
              </w:rPr>
              <w:t>SYN_SN WS29125260001</w:t>
            </w:r>
          </w:p>
        </w:tc>
        <w:tc>
          <w:tcPr>
            <w:tcW w:w="3600" w:type="dxa"/>
            <w:vMerge/>
          </w:tcPr>
          <w:p w14:paraId="18FF3F5F" w14:textId="77777777" w:rsidR="00EC7A70" w:rsidRDefault="00EC7A70" w:rsidP="00D420CD"/>
        </w:tc>
      </w:tr>
      <w:tr w:rsidR="00EC7A70" w14:paraId="15FA549E" w14:textId="77777777" w:rsidTr="00D420CD">
        <w:trPr>
          <w:jc w:val="center"/>
        </w:trPr>
        <w:tc>
          <w:tcPr>
            <w:tcW w:w="9360" w:type="dxa"/>
            <w:gridSpan w:val="2"/>
            <w:shd w:val="clear" w:color="auto" w:fill="E0F6EC"/>
            <w:tcMar>
              <w:top w:w="80" w:type="dxa"/>
              <w:left w:w="80" w:type="dxa"/>
              <w:bottom w:w="80" w:type="dxa"/>
              <w:right w:w="80" w:type="dxa"/>
            </w:tcMar>
          </w:tcPr>
          <w:p w14:paraId="06FC3E9A" w14:textId="77777777" w:rsidR="00EC7A70" w:rsidRDefault="00EC7A70" w:rsidP="00D420CD">
            <w:r>
              <w:rPr>
                <w:color w:val="000000"/>
                <w:sz w:val="16"/>
              </w:rPr>
              <w:t xml:space="preserve">Additional Notes: </w:t>
            </w:r>
          </w:p>
        </w:tc>
      </w:tr>
    </w:tbl>
    <w:p w14:paraId="1F004D1F" w14:textId="01B96AE3" w:rsidR="00EC7A70" w:rsidRDefault="00EC7A70" w:rsidP="00EC7A70">
      <w:pPr>
        <w:pStyle w:val="Heading1"/>
        <w:spacing w:before="0"/>
        <w:rPr>
          <w:rFonts w:ascii="Roboto" w:hAnsi="Roboto"/>
          <w:color w:val="000000"/>
          <w:sz w:val="32"/>
        </w:rPr>
      </w:pPr>
    </w:p>
    <w:p w14:paraId="4146493A" w14:textId="77777777" w:rsidR="00EC7A70" w:rsidRDefault="00EC7A70">
      <w:pPr>
        <w:rPr>
          <w:rFonts w:ascii="Roboto" w:eastAsiaTheme="majorEastAsia" w:hAnsi="Roboto" w:cstheme="majorBidi"/>
          <w:b/>
          <w:bCs/>
          <w:color w:val="000000"/>
          <w:sz w:val="32"/>
          <w:szCs w:val="28"/>
        </w:rPr>
      </w:pPr>
      <w:r>
        <w:rPr>
          <w:rFonts w:ascii="Roboto" w:hAnsi="Roboto"/>
          <w:color w:val="000000"/>
          <w:sz w:val="32"/>
        </w:rPr>
        <w:br w:type="page"/>
      </w:r>
    </w:p>
    <w:p w14:paraId="17A5BD81" w14:textId="74B957DF" w:rsidR="00EC7A70" w:rsidRPr="000B05FA" w:rsidRDefault="00EC7A70" w:rsidP="00EC7A70">
      <w:pPr>
        <w:pStyle w:val="Heading1"/>
        <w:spacing w:before="0"/>
        <w:rPr>
          <w:rFonts w:ascii="Roboto" w:hAnsi="Roboto"/>
          <w:color w:val="000000"/>
          <w:sz w:val="32"/>
        </w:rPr>
      </w:pPr>
      <w:bookmarkStart w:id="22" w:name="_Toc218512783"/>
      <w:r>
        <w:rPr>
          <w:rFonts w:ascii="Roboto" w:hAnsi="Roboto"/>
          <w:color w:val="000000"/>
          <w:sz w:val="32"/>
        </w:rPr>
        <w:lastRenderedPageBreak/>
        <w:t>2</w:t>
      </w:r>
      <w:r w:rsidRPr="000B05FA">
        <w:rPr>
          <w:rFonts w:ascii="Roboto" w:hAnsi="Roboto"/>
          <w:color w:val="000000"/>
          <w:sz w:val="32"/>
        </w:rPr>
        <w:t xml:space="preserve">. </w:t>
      </w:r>
      <w:r>
        <w:rPr>
          <w:rFonts w:ascii="Roboto" w:hAnsi="Roboto"/>
          <w:color w:val="000000"/>
          <w:sz w:val="32"/>
        </w:rPr>
        <w:t>Input/Output Settings</w:t>
      </w:r>
      <w:bookmarkEnd w:id="22"/>
    </w:p>
    <w:p w14:paraId="1C7FC82D" w14:textId="77777777" w:rsidR="00EC7A70" w:rsidRDefault="00EC7A70" w:rsidP="00EC7A70">
      <w:pPr>
        <w:pStyle w:val="Heading2"/>
      </w:pPr>
      <w:bookmarkStart w:id="23" w:name="_Toc218512784"/>
      <w:r>
        <w:rPr>
          <w:rFonts w:ascii="Roboto" w:hAnsi="Roboto"/>
          <w:color w:val="000000"/>
          <w:sz w:val="28"/>
        </w:rPr>
        <w:t>2.1 Set Output Resolution</w:t>
      </w:r>
      <w:bookmarkEnd w:id="23"/>
    </w:p>
    <w:p w14:paraId="6D2F322C" w14:textId="77777777" w:rsidR="00EC7A70" w:rsidRDefault="00EC7A70" w:rsidP="00EC7A70">
      <w:r>
        <w:rPr>
          <w:rFonts w:ascii="Roboto" w:hAnsi="Roboto"/>
          <w:sz w:val="18"/>
        </w:rPr>
        <w:br/>
        <w:t xml:space="preserve">Set the resolution for the HDMI output interface. You can specify a specific resolution </w:t>
      </w:r>
      <w:proofErr w:type="gramStart"/>
      <w:r>
        <w:rPr>
          <w:rFonts w:ascii="Roboto" w:hAnsi="Roboto"/>
          <w:sz w:val="18"/>
        </w:rPr>
        <w:t>directly, or</w:t>
      </w:r>
      <w:proofErr w:type="gramEnd"/>
      <w:r>
        <w:rPr>
          <w:rFonts w:ascii="Roboto" w:hAnsi="Roboto"/>
          <w:sz w:val="18"/>
        </w:rPr>
        <w:t xml:space="preserve"> let the device automatically determine the resolution based on the connected display.</w:t>
      </w:r>
    </w:p>
    <w:tbl>
      <w:tblPr>
        <w:tblStyle w:val="luka"/>
        <w:tblW w:w="0" w:type="auto"/>
        <w:jc w:val="center"/>
        <w:tblLook w:val="04A0" w:firstRow="1" w:lastRow="0" w:firstColumn="1" w:lastColumn="0" w:noHBand="0" w:noVBand="1"/>
      </w:tblPr>
      <w:tblGrid>
        <w:gridCol w:w="5760"/>
        <w:gridCol w:w="3600"/>
      </w:tblGrid>
      <w:tr w:rsidR="00EC7A70" w14:paraId="2113467E" w14:textId="77777777" w:rsidTr="00D420CD">
        <w:trPr>
          <w:jc w:val="center"/>
        </w:trPr>
        <w:tc>
          <w:tcPr>
            <w:tcW w:w="5760" w:type="dxa"/>
            <w:tcMar>
              <w:top w:w="80" w:type="dxa"/>
              <w:left w:w="80" w:type="dxa"/>
              <w:bottom w:w="80" w:type="dxa"/>
              <w:right w:w="80" w:type="dxa"/>
            </w:tcMar>
          </w:tcPr>
          <w:p w14:paraId="46A4BB4B" w14:textId="77777777" w:rsidR="00EC7A70" w:rsidRDefault="00EC7A70" w:rsidP="00D420CD">
            <w:r>
              <w:rPr>
                <w:color w:val="000000"/>
                <w:sz w:val="18"/>
              </w:rPr>
              <w:t>Command Structure</w:t>
            </w:r>
            <w:r>
              <w:rPr>
                <w:rFonts w:ascii="Roboto Mono" w:hAnsi="Roboto Mono"/>
                <w:b/>
                <w:color w:val="000000"/>
                <w:sz w:val="16"/>
              </w:rPr>
              <w:br/>
              <w:t>SET VIDOUT_RES &lt; OUT1 | OUT2 &gt; &lt; AUTO | Resolution &gt;</w:t>
            </w:r>
          </w:p>
        </w:tc>
        <w:tc>
          <w:tcPr>
            <w:tcW w:w="3600" w:type="dxa"/>
            <w:vMerge w:val="restart"/>
            <w:shd w:val="clear" w:color="auto" w:fill="F2F2F2"/>
            <w:tcMar>
              <w:top w:w="80" w:type="dxa"/>
              <w:left w:w="80" w:type="dxa"/>
              <w:bottom w:w="80" w:type="dxa"/>
              <w:right w:w="80" w:type="dxa"/>
            </w:tcMar>
          </w:tcPr>
          <w:p w14:paraId="38B20915" w14:textId="77777777" w:rsidR="00EC7A70" w:rsidRDefault="00EC7A70" w:rsidP="00D420CD">
            <w:r>
              <w:rPr>
                <w:color w:val="000000"/>
                <w:sz w:val="16"/>
              </w:rPr>
              <w:t>Parameters:</w:t>
            </w:r>
            <w:r>
              <w:rPr>
                <w:color w:val="000000"/>
                <w:sz w:val="16"/>
              </w:rPr>
              <w:br/>
              <w:t>AUTO = Automatically select the best output resolution based on the connected display's EDID.</w:t>
            </w:r>
            <w:r>
              <w:rPr>
                <w:color w:val="000000"/>
                <w:sz w:val="16"/>
              </w:rPr>
              <w:br/>
              <w:t>Resolution = A specific resolution. Valid values are:</w:t>
            </w:r>
            <w:r>
              <w:rPr>
                <w:color w:val="000000"/>
                <w:sz w:val="16"/>
              </w:rPr>
              <w:br/>
              <w:t>3840x2160P@60 3840x2160P@50 3840x2160P@30 3840x2160P@25 3840x2160P@24 1920x1080P@60 1920x1080P@50 1920x1080P@30 1920x1080P@25 1920x1080P@24 1680x1050P@60 1600x1200P@60 1440x900P@60 1366x768P@60 1280x1024P@60 1280x720P@60 1280x720P@50 1024x768P@60 800x600P@60 720x480P@60 640x480P@60</w:t>
            </w:r>
            <w:r>
              <w:rPr>
                <w:color w:val="000000"/>
                <w:sz w:val="16"/>
              </w:rPr>
              <w:br/>
              <w:t>Note: 3840x2160P@60 and 3840x2160P@50 are only available for OUT1.</w:t>
            </w:r>
          </w:p>
        </w:tc>
      </w:tr>
      <w:tr w:rsidR="00EC7A70" w14:paraId="70FFC76A" w14:textId="77777777" w:rsidTr="00D420CD">
        <w:trPr>
          <w:jc w:val="center"/>
        </w:trPr>
        <w:tc>
          <w:tcPr>
            <w:tcW w:w="5760" w:type="dxa"/>
            <w:tcMar>
              <w:top w:w="80" w:type="dxa"/>
              <w:left w:w="80" w:type="dxa"/>
              <w:bottom w:w="80" w:type="dxa"/>
              <w:right w:w="80" w:type="dxa"/>
            </w:tcMar>
          </w:tcPr>
          <w:p w14:paraId="7B841DC5" w14:textId="77777777" w:rsidR="00EC7A70" w:rsidRDefault="00EC7A70" w:rsidP="00D420CD">
            <w:r>
              <w:rPr>
                <w:color w:val="000000"/>
                <w:sz w:val="18"/>
              </w:rPr>
              <w:t>Response Structure</w:t>
            </w:r>
            <w:r>
              <w:rPr>
                <w:rFonts w:ascii="Roboto Mono" w:hAnsi="Roboto Mono"/>
                <w:b/>
                <w:color w:val="000000"/>
                <w:sz w:val="16"/>
              </w:rPr>
              <w:br/>
              <w:t>VIDOUT_RES &lt; OUT1 | OUT2 &gt; &lt; AUTO | Resolution &gt;</w:t>
            </w:r>
          </w:p>
        </w:tc>
        <w:tc>
          <w:tcPr>
            <w:tcW w:w="3600" w:type="dxa"/>
            <w:vMerge/>
          </w:tcPr>
          <w:p w14:paraId="16771225" w14:textId="77777777" w:rsidR="00EC7A70" w:rsidRDefault="00EC7A70" w:rsidP="00D420CD"/>
        </w:tc>
      </w:tr>
      <w:tr w:rsidR="00EC7A70" w14:paraId="3BE43BE0" w14:textId="77777777" w:rsidTr="00D420CD">
        <w:trPr>
          <w:jc w:val="center"/>
        </w:trPr>
        <w:tc>
          <w:tcPr>
            <w:tcW w:w="5760" w:type="dxa"/>
            <w:tcMar>
              <w:top w:w="80" w:type="dxa"/>
              <w:left w:w="80" w:type="dxa"/>
              <w:bottom w:w="0" w:type="dxa"/>
              <w:right w:w="80" w:type="dxa"/>
            </w:tcMar>
          </w:tcPr>
          <w:p w14:paraId="1F9233A2" w14:textId="77777777" w:rsidR="00EC7A70" w:rsidRDefault="00EC7A70" w:rsidP="00D420CD">
            <w:r>
              <w:rPr>
                <w:color w:val="000000"/>
                <w:sz w:val="18"/>
              </w:rPr>
              <w:t>Command Example</w:t>
            </w:r>
          </w:p>
        </w:tc>
        <w:tc>
          <w:tcPr>
            <w:tcW w:w="3600" w:type="dxa"/>
            <w:vMerge/>
          </w:tcPr>
          <w:p w14:paraId="46D386B9" w14:textId="77777777" w:rsidR="00EC7A70" w:rsidRDefault="00EC7A70" w:rsidP="00D420CD"/>
        </w:tc>
      </w:tr>
      <w:tr w:rsidR="00EC7A70" w14:paraId="1DC642D9" w14:textId="77777777" w:rsidTr="00D420CD">
        <w:trPr>
          <w:jc w:val="center"/>
        </w:trPr>
        <w:tc>
          <w:tcPr>
            <w:tcW w:w="5760" w:type="dxa"/>
            <w:shd w:val="clear" w:color="auto" w:fill="000000"/>
            <w:tcMar>
              <w:top w:w="0" w:type="dxa"/>
              <w:left w:w="80" w:type="dxa"/>
              <w:bottom w:w="80" w:type="dxa"/>
              <w:right w:w="80" w:type="dxa"/>
            </w:tcMar>
          </w:tcPr>
          <w:p w14:paraId="3DD9E3F5" w14:textId="77777777" w:rsidR="00EC7A70" w:rsidRDefault="00EC7A70" w:rsidP="00D420CD">
            <w:r>
              <w:rPr>
                <w:rFonts w:ascii="Roboto Mono" w:hAnsi="Roboto Mono"/>
                <w:b/>
                <w:color w:val="FFFFFF"/>
                <w:sz w:val="16"/>
              </w:rPr>
              <w:t>SET VIDOUT_RES OUT1 AUTO</w:t>
            </w:r>
          </w:p>
        </w:tc>
        <w:tc>
          <w:tcPr>
            <w:tcW w:w="3600" w:type="dxa"/>
            <w:vMerge/>
          </w:tcPr>
          <w:p w14:paraId="6B0AF0D6" w14:textId="77777777" w:rsidR="00EC7A70" w:rsidRDefault="00EC7A70" w:rsidP="00D420CD"/>
        </w:tc>
      </w:tr>
      <w:tr w:rsidR="00EC7A70" w14:paraId="16E1C1A7" w14:textId="77777777" w:rsidTr="00D420CD">
        <w:trPr>
          <w:jc w:val="center"/>
        </w:trPr>
        <w:tc>
          <w:tcPr>
            <w:tcW w:w="5760" w:type="dxa"/>
            <w:tcMar>
              <w:top w:w="80" w:type="dxa"/>
              <w:left w:w="80" w:type="dxa"/>
              <w:bottom w:w="0" w:type="dxa"/>
              <w:right w:w="80" w:type="dxa"/>
            </w:tcMar>
          </w:tcPr>
          <w:p w14:paraId="59FF311C" w14:textId="77777777" w:rsidR="00EC7A70" w:rsidRDefault="00EC7A70" w:rsidP="00D420CD">
            <w:r>
              <w:rPr>
                <w:color w:val="000000"/>
                <w:sz w:val="18"/>
              </w:rPr>
              <w:t>Response Example</w:t>
            </w:r>
          </w:p>
        </w:tc>
        <w:tc>
          <w:tcPr>
            <w:tcW w:w="3600" w:type="dxa"/>
            <w:vMerge/>
          </w:tcPr>
          <w:p w14:paraId="2E0BD471" w14:textId="77777777" w:rsidR="00EC7A70" w:rsidRDefault="00EC7A70" w:rsidP="00D420CD"/>
        </w:tc>
      </w:tr>
      <w:tr w:rsidR="00EC7A70" w14:paraId="51DD5DB6" w14:textId="77777777" w:rsidTr="00D420CD">
        <w:trPr>
          <w:jc w:val="center"/>
        </w:trPr>
        <w:tc>
          <w:tcPr>
            <w:tcW w:w="5760" w:type="dxa"/>
            <w:shd w:val="clear" w:color="auto" w:fill="000000"/>
            <w:tcMar>
              <w:top w:w="0" w:type="dxa"/>
              <w:left w:w="80" w:type="dxa"/>
              <w:bottom w:w="80" w:type="dxa"/>
              <w:right w:w="80" w:type="dxa"/>
            </w:tcMar>
          </w:tcPr>
          <w:p w14:paraId="6DCEEBE5" w14:textId="77777777" w:rsidR="00EC7A70" w:rsidRDefault="00EC7A70" w:rsidP="00D420CD">
            <w:r>
              <w:rPr>
                <w:rFonts w:ascii="Roboto Mono" w:hAnsi="Roboto Mono"/>
                <w:b/>
                <w:color w:val="FFFFFF"/>
                <w:sz w:val="16"/>
              </w:rPr>
              <w:t>VIDOUT_RES OUT1 AUTO</w:t>
            </w:r>
          </w:p>
        </w:tc>
        <w:tc>
          <w:tcPr>
            <w:tcW w:w="3600" w:type="dxa"/>
            <w:vMerge/>
          </w:tcPr>
          <w:p w14:paraId="363CB44A" w14:textId="77777777" w:rsidR="00EC7A70" w:rsidRDefault="00EC7A70" w:rsidP="00D420CD"/>
        </w:tc>
      </w:tr>
      <w:tr w:rsidR="00EC7A70" w14:paraId="08314A03" w14:textId="77777777" w:rsidTr="00D420CD">
        <w:trPr>
          <w:jc w:val="center"/>
        </w:trPr>
        <w:tc>
          <w:tcPr>
            <w:tcW w:w="9360" w:type="dxa"/>
            <w:gridSpan w:val="2"/>
            <w:shd w:val="clear" w:color="auto" w:fill="E0F6EC"/>
            <w:tcMar>
              <w:top w:w="80" w:type="dxa"/>
              <w:left w:w="80" w:type="dxa"/>
              <w:bottom w:w="80" w:type="dxa"/>
              <w:right w:w="80" w:type="dxa"/>
            </w:tcMar>
          </w:tcPr>
          <w:p w14:paraId="3460FF5C" w14:textId="77777777" w:rsidR="00EC7A70" w:rsidRDefault="00EC7A70" w:rsidP="00D420CD">
            <w:r>
              <w:rPr>
                <w:color w:val="000000"/>
                <w:sz w:val="16"/>
              </w:rPr>
              <w:t>Additional Notes: Default: Both outputs are set to AUTO</w:t>
            </w:r>
          </w:p>
        </w:tc>
      </w:tr>
    </w:tbl>
    <w:p w14:paraId="65F1038B" w14:textId="77777777" w:rsidR="00EC7A70" w:rsidRDefault="00EC7A70" w:rsidP="00EC7A70"/>
    <w:p w14:paraId="6A21DD03" w14:textId="77777777" w:rsidR="00EC7A70" w:rsidRDefault="00EC7A70" w:rsidP="00EC7A70">
      <w:pPr>
        <w:pStyle w:val="Heading2"/>
      </w:pPr>
      <w:bookmarkStart w:id="24" w:name="_Toc218512785"/>
      <w:r>
        <w:rPr>
          <w:rFonts w:ascii="Roboto" w:hAnsi="Roboto"/>
          <w:color w:val="000000"/>
          <w:sz w:val="28"/>
        </w:rPr>
        <w:t>2.2 Get Output Resolution</w:t>
      </w:r>
      <w:bookmarkEnd w:id="24"/>
    </w:p>
    <w:p w14:paraId="30289D0C" w14:textId="77777777" w:rsidR="00EC7A70" w:rsidRDefault="00EC7A70" w:rsidP="00EC7A70">
      <w:r>
        <w:rPr>
          <w:rFonts w:ascii="Roboto" w:hAnsi="Roboto"/>
          <w:sz w:val="18"/>
        </w:rPr>
        <w:br/>
        <w:t>Retrieve the resolution of the HDMI output ports.</w:t>
      </w:r>
    </w:p>
    <w:tbl>
      <w:tblPr>
        <w:tblStyle w:val="luka"/>
        <w:tblW w:w="0" w:type="auto"/>
        <w:jc w:val="center"/>
        <w:tblLook w:val="04A0" w:firstRow="1" w:lastRow="0" w:firstColumn="1" w:lastColumn="0" w:noHBand="0" w:noVBand="1"/>
      </w:tblPr>
      <w:tblGrid>
        <w:gridCol w:w="5760"/>
        <w:gridCol w:w="3600"/>
      </w:tblGrid>
      <w:tr w:rsidR="00EC7A70" w14:paraId="7095DC82" w14:textId="77777777" w:rsidTr="00D420CD">
        <w:trPr>
          <w:jc w:val="center"/>
        </w:trPr>
        <w:tc>
          <w:tcPr>
            <w:tcW w:w="5760" w:type="dxa"/>
            <w:tcMar>
              <w:top w:w="80" w:type="dxa"/>
              <w:left w:w="80" w:type="dxa"/>
              <w:bottom w:w="80" w:type="dxa"/>
              <w:right w:w="80" w:type="dxa"/>
            </w:tcMar>
          </w:tcPr>
          <w:p w14:paraId="211DB0D9" w14:textId="77777777" w:rsidR="00EC7A70" w:rsidRDefault="00EC7A70" w:rsidP="00D420CD">
            <w:r>
              <w:rPr>
                <w:color w:val="000000"/>
                <w:sz w:val="18"/>
              </w:rPr>
              <w:t>Command Structure</w:t>
            </w:r>
            <w:r>
              <w:rPr>
                <w:rFonts w:ascii="Roboto Mono" w:hAnsi="Roboto Mono"/>
                <w:b/>
                <w:color w:val="000000"/>
                <w:sz w:val="16"/>
              </w:rPr>
              <w:br/>
              <w:t>GET VIDOUT_RES &lt; OUT1 | OUT2 | ALL &gt;</w:t>
            </w:r>
          </w:p>
        </w:tc>
        <w:tc>
          <w:tcPr>
            <w:tcW w:w="3600" w:type="dxa"/>
            <w:vMerge w:val="restart"/>
            <w:shd w:val="clear" w:color="auto" w:fill="F2F2F2"/>
            <w:tcMar>
              <w:top w:w="80" w:type="dxa"/>
              <w:left w:w="80" w:type="dxa"/>
              <w:bottom w:w="80" w:type="dxa"/>
              <w:right w:w="80" w:type="dxa"/>
            </w:tcMar>
          </w:tcPr>
          <w:p w14:paraId="0B16465C" w14:textId="77777777" w:rsidR="00EC7A70" w:rsidRDefault="00EC7A70" w:rsidP="00D420CD">
            <w:r>
              <w:rPr>
                <w:color w:val="000000"/>
                <w:sz w:val="16"/>
              </w:rPr>
              <w:t>Parameters:</w:t>
            </w:r>
            <w:r>
              <w:rPr>
                <w:color w:val="000000"/>
                <w:sz w:val="16"/>
              </w:rPr>
              <w:br/>
              <w:t>ALL = Get the resolutions of both output ports; the device will return the two output resolutions on two separate lines.</w:t>
            </w:r>
            <w:r>
              <w:rPr>
                <w:color w:val="000000"/>
                <w:sz w:val="16"/>
              </w:rPr>
              <w:br/>
              <w:t>AUTO = The output port is set to automatic resolution.</w:t>
            </w:r>
            <w:r>
              <w:rPr>
                <w:color w:val="000000"/>
                <w:sz w:val="16"/>
              </w:rPr>
              <w:br/>
              <w:t>DISCONNECTED = The output port is set to automatic resolution but currently has no display connected.</w:t>
            </w:r>
          </w:p>
        </w:tc>
      </w:tr>
      <w:tr w:rsidR="00EC7A70" w14:paraId="12FA1AE8" w14:textId="77777777" w:rsidTr="00D420CD">
        <w:trPr>
          <w:jc w:val="center"/>
        </w:trPr>
        <w:tc>
          <w:tcPr>
            <w:tcW w:w="5760" w:type="dxa"/>
            <w:tcMar>
              <w:top w:w="80" w:type="dxa"/>
              <w:left w:w="80" w:type="dxa"/>
              <w:bottom w:w="80" w:type="dxa"/>
              <w:right w:w="80" w:type="dxa"/>
            </w:tcMar>
          </w:tcPr>
          <w:p w14:paraId="4039640F" w14:textId="77777777" w:rsidR="00EC7A70" w:rsidRDefault="00EC7A70" w:rsidP="00D420CD">
            <w:r>
              <w:rPr>
                <w:color w:val="000000"/>
                <w:sz w:val="18"/>
              </w:rPr>
              <w:t>Response Structure</w:t>
            </w:r>
            <w:r>
              <w:rPr>
                <w:rFonts w:ascii="Roboto Mono" w:hAnsi="Roboto Mono"/>
                <w:b/>
                <w:color w:val="000000"/>
                <w:sz w:val="16"/>
              </w:rPr>
              <w:br/>
              <w:t xml:space="preserve">VIDOUT_RES &lt; OUT1 | OUT2 &gt; &lt; Resolution | DISCONNECTED &gt; [ </w:t>
            </w:r>
            <w:proofErr w:type="gramStart"/>
            <w:r>
              <w:rPr>
                <w:rFonts w:ascii="Roboto Mono" w:hAnsi="Roboto Mono"/>
                <w:b/>
                <w:color w:val="000000"/>
                <w:sz w:val="16"/>
              </w:rPr>
              <w:t>AUTO ]</w:t>
            </w:r>
            <w:proofErr w:type="gramEnd"/>
            <w:r>
              <w:rPr>
                <w:rFonts w:ascii="Roboto Mono" w:hAnsi="Roboto Mono"/>
                <w:b/>
                <w:color w:val="000000"/>
                <w:sz w:val="16"/>
              </w:rPr>
              <w:br/>
              <w:t>or</w:t>
            </w:r>
            <w:r>
              <w:rPr>
                <w:rFonts w:ascii="Roboto Mono" w:hAnsi="Roboto Mono"/>
                <w:b/>
                <w:color w:val="000000"/>
                <w:sz w:val="16"/>
              </w:rPr>
              <w:br/>
              <w:t xml:space="preserve">VIDOUT_RES OUT1 &lt; Resolution | DISCONNECTED &gt; [ </w:t>
            </w:r>
            <w:proofErr w:type="gramStart"/>
            <w:r>
              <w:rPr>
                <w:rFonts w:ascii="Roboto Mono" w:hAnsi="Roboto Mono"/>
                <w:b/>
                <w:color w:val="000000"/>
                <w:sz w:val="16"/>
              </w:rPr>
              <w:t>AUTO ]</w:t>
            </w:r>
            <w:proofErr w:type="gramEnd"/>
            <w:r>
              <w:rPr>
                <w:rFonts w:ascii="Roboto Mono" w:hAnsi="Roboto Mono"/>
                <w:b/>
                <w:color w:val="000000"/>
                <w:sz w:val="16"/>
              </w:rPr>
              <w:br/>
              <w:t xml:space="preserve">VIDOUT_RES OUT2 &lt; Resolution | DISCONNECTED &gt; [ </w:t>
            </w:r>
            <w:proofErr w:type="gramStart"/>
            <w:r>
              <w:rPr>
                <w:rFonts w:ascii="Roboto Mono" w:hAnsi="Roboto Mono"/>
                <w:b/>
                <w:color w:val="000000"/>
                <w:sz w:val="16"/>
              </w:rPr>
              <w:t>AUTO ]</w:t>
            </w:r>
            <w:proofErr w:type="gramEnd"/>
          </w:p>
        </w:tc>
        <w:tc>
          <w:tcPr>
            <w:tcW w:w="3600" w:type="dxa"/>
            <w:vMerge/>
          </w:tcPr>
          <w:p w14:paraId="74C05E99" w14:textId="77777777" w:rsidR="00EC7A70" w:rsidRDefault="00EC7A70" w:rsidP="00D420CD"/>
        </w:tc>
      </w:tr>
      <w:tr w:rsidR="00EC7A70" w14:paraId="650E3D91" w14:textId="77777777" w:rsidTr="00D420CD">
        <w:trPr>
          <w:jc w:val="center"/>
        </w:trPr>
        <w:tc>
          <w:tcPr>
            <w:tcW w:w="5760" w:type="dxa"/>
            <w:tcMar>
              <w:top w:w="80" w:type="dxa"/>
              <w:left w:w="80" w:type="dxa"/>
              <w:bottom w:w="0" w:type="dxa"/>
              <w:right w:w="80" w:type="dxa"/>
            </w:tcMar>
          </w:tcPr>
          <w:p w14:paraId="1FE6EB8F" w14:textId="77777777" w:rsidR="00EC7A70" w:rsidRDefault="00EC7A70" w:rsidP="00D420CD">
            <w:r>
              <w:rPr>
                <w:color w:val="000000"/>
                <w:sz w:val="18"/>
              </w:rPr>
              <w:t>Command Example</w:t>
            </w:r>
          </w:p>
        </w:tc>
        <w:tc>
          <w:tcPr>
            <w:tcW w:w="3600" w:type="dxa"/>
            <w:vMerge/>
          </w:tcPr>
          <w:p w14:paraId="78E7860B" w14:textId="77777777" w:rsidR="00EC7A70" w:rsidRDefault="00EC7A70" w:rsidP="00D420CD"/>
        </w:tc>
      </w:tr>
      <w:tr w:rsidR="00EC7A70" w14:paraId="55858540" w14:textId="77777777" w:rsidTr="00D420CD">
        <w:trPr>
          <w:jc w:val="center"/>
        </w:trPr>
        <w:tc>
          <w:tcPr>
            <w:tcW w:w="5760" w:type="dxa"/>
            <w:shd w:val="clear" w:color="auto" w:fill="000000"/>
            <w:tcMar>
              <w:top w:w="0" w:type="dxa"/>
              <w:left w:w="80" w:type="dxa"/>
              <w:bottom w:w="80" w:type="dxa"/>
              <w:right w:w="80" w:type="dxa"/>
            </w:tcMar>
          </w:tcPr>
          <w:p w14:paraId="6E5CE154" w14:textId="77777777" w:rsidR="00EC7A70" w:rsidRDefault="00EC7A70" w:rsidP="00D420CD">
            <w:r>
              <w:rPr>
                <w:rFonts w:ascii="Roboto Mono" w:hAnsi="Roboto Mono"/>
                <w:b/>
                <w:color w:val="FFFFFF"/>
                <w:sz w:val="16"/>
              </w:rPr>
              <w:t>GET VIDOUT_RES OUT1</w:t>
            </w:r>
          </w:p>
        </w:tc>
        <w:tc>
          <w:tcPr>
            <w:tcW w:w="3600" w:type="dxa"/>
            <w:vMerge/>
          </w:tcPr>
          <w:p w14:paraId="7C3D44CE" w14:textId="77777777" w:rsidR="00EC7A70" w:rsidRDefault="00EC7A70" w:rsidP="00D420CD"/>
        </w:tc>
      </w:tr>
      <w:tr w:rsidR="00EC7A70" w14:paraId="1553AF88" w14:textId="77777777" w:rsidTr="00D420CD">
        <w:trPr>
          <w:jc w:val="center"/>
        </w:trPr>
        <w:tc>
          <w:tcPr>
            <w:tcW w:w="5760" w:type="dxa"/>
            <w:tcMar>
              <w:top w:w="80" w:type="dxa"/>
              <w:left w:w="80" w:type="dxa"/>
              <w:bottom w:w="0" w:type="dxa"/>
              <w:right w:w="80" w:type="dxa"/>
            </w:tcMar>
          </w:tcPr>
          <w:p w14:paraId="7E55D02C" w14:textId="77777777" w:rsidR="00EC7A70" w:rsidRDefault="00EC7A70" w:rsidP="00D420CD">
            <w:r>
              <w:rPr>
                <w:color w:val="000000"/>
                <w:sz w:val="18"/>
              </w:rPr>
              <w:t>Response Example</w:t>
            </w:r>
          </w:p>
        </w:tc>
        <w:tc>
          <w:tcPr>
            <w:tcW w:w="3600" w:type="dxa"/>
            <w:vMerge/>
          </w:tcPr>
          <w:p w14:paraId="3D2025B7" w14:textId="77777777" w:rsidR="00EC7A70" w:rsidRDefault="00EC7A70" w:rsidP="00D420CD"/>
        </w:tc>
      </w:tr>
      <w:tr w:rsidR="00EC7A70" w14:paraId="419D4B1D" w14:textId="77777777" w:rsidTr="00D420CD">
        <w:trPr>
          <w:jc w:val="center"/>
        </w:trPr>
        <w:tc>
          <w:tcPr>
            <w:tcW w:w="5760" w:type="dxa"/>
            <w:shd w:val="clear" w:color="auto" w:fill="000000"/>
            <w:tcMar>
              <w:top w:w="0" w:type="dxa"/>
              <w:left w:w="80" w:type="dxa"/>
              <w:bottom w:w="80" w:type="dxa"/>
              <w:right w:w="80" w:type="dxa"/>
            </w:tcMar>
          </w:tcPr>
          <w:p w14:paraId="4681A3E9" w14:textId="77777777" w:rsidR="00EC7A70" w:rsidRDefault="00EC7A70" w:rsidP="00D420CD">
            <w:r>
              <w:rPr>
                <w:rFonts w:ascii="Roboto Mono" w:hAnsi="Roboto Mono"/>
                <w:b/>
                <w:color w:val="FFFFFF"/>
                <w:sz w:val="16"/>
              </w:rPr>
              <w:t>VIDOUT_RES OUT1 3840x2160P@60 AUTO</w:t>
            </w:r>
          </w:p>
        </w:tc>
        <w:tc>
          <w:tcPr>
            <w:tcW w:w="3600" w:type="dxa"/>
            <w:vMerge/>
          </w:tcPr>
          <w:p w14:paraId="767A01A0" w14:textId="77777777" w:rsidR="00EC7A70" w:rsidRDefault="00EC7A70" w:rsidP="00D420CD"/>
        </w:tc>
      </w:tr>
      <w:tr w:rsidR="00EC7A70" w14:paraId="18ADB5A7" w14:textId="77777777" w:rsidTr="00D420CD">
        <w:trPr>
          <w:jc w:val="center"/>
        </w:trPr>
        <w:tc>
          <w:tcPr>
            <w:tcW w:w="9360" w:type="dxa"/>
            <w:gridSpan w:val="2"/>
            <w:shd w:val="clear" w:color="auto" w:fill="E0F6EC"/>
            <w:tcMar>
              <w:top w:w="80" w:type="dxa"/>
              <w:left w:w="80" w:type="dxa"/>
              <w:bottom w:w="80" w:type="dxa"/>
              <w:right w:w="80" w:type="dxa"/>
            </w:tcMar>
          </w:tcPr>
          <w:p w14:paraId="4A577844" w14:textId="77777777" w:rsidR="00EC7A70" w:rsidRDefault="00EC7A70" w:rsidP="00D420CD">
            <w:r>
              <w:rPr>
                <w:color w:val="000000"/>
                <w:sz w:val="16"/>
              </w:rPr>
              <w:t xml:space="preserve">Additional Notes: </w:t>
            </w:r>
          </w:p>
        </w:tc>
      </w:tr>
    </w:tbl>
    <w:p w14:paraId="5B1E7F30" w14:textId="2BB606F8" w:rsidR="00EC7A70" w:rsidRDefault="00EC7A70" w:rsidP="00EC7A70"/>
    <w:p w14:paraId="01362F2A" w14:textId="77777777" w:rsidR="00EC7A70" w:rsidRDefault="00EC7A70">
      <w:r>
        <w:br w:type="page"/>
      </w:r>
    </w:p>
    <w:p w14:paraId="3C024521" w14:textId="77777777" w:rsidR="00EC7A70" w:rsidRDefault="00EC7A70" w:rsidP="00EC7A70">
      <w:pPr>
        <w:pStyle w:val="Heading2"/>
      </w:pPr>
      <w:bookmarkStart w:id="25" w:name="_Toc218512786"/>
      <w:r>
        <w:rPr>
          <w:rFonts w:ascii="Roboto" w:hAnsi="Roboto"/>
          <w:color w:val="000000"/>
          <w:sz w:val="28"/>
        </w:rPr>
        <w:lastRenderedPageBreak/>
        <w:t>2.3 Set Input Interface HDCP</w:t>
      </w:r>
      <w:bookmarkEnd w:id="25"/>
    </w:p>
    <w:p w14:paraId="3E22E405" w14:textId="77777777" w:rsidR="00EC7A70" w:rsidRDefault="00EC7A70" w:rsidP="00EC7A70">
      <w:r>
        <w:rPr>
          <w:rFonts w:ascii="Roboto" w:hAnsi="Roboto"/>
          <w:sz w:val="18"/>
        </w:rPr>
        <w:br/>
        <w:t>Enable or disable HDCP for an input interface.</w:t>
      </w:r>
    </w:p>
    <w:tbl>
      <w:tblPr>
        <w:tblStyle w:val="luka"/>
        <w:tblW w:w="0" w:type="auto"/>
        <w:jc w:val="center"/>
        <w:tblLook w:val="04A0" w:firstRow="1" w:lastRow="0" w:firstColumn="1" w:lastColumn="0" w:noHBand="0" w:noVBand="1"/>
      </w:tblPr>
      <w:tblGrid>
        <w:gridCol w:w="5760"/>
        <w:gridCol w:w="3600"/>
      </w:tblGrid>
      <w:tr w:rsidR="00EC7A70" w14:paraId="78BB3F34" w14:textId="77777777" w:rsidTr="00D420CD">
        <w:trPr>
          <w:jc w:val="center"/>
        </w:trPr>
        <w:tc>
          <w:tcPr>
            <w:tcW w:w="5760" w:type="dxa"/>
            <w:tcMar>
              <w:top w:w="80" w:type="dxa"/>
              <w:left w:w="80" w:type="dxa"/>
              <w:bottom w:w="80" w:type="dxa"/>
              <w:right w:w="80" w:type="dxa"/>
            </w:tcMar>
          </w:tcPr>
          <w:p w14:paraId="5B927645" w14:textId="77777777" w:rsidR="00EC7A70" w:rsidRDefault="00EC7A70" w:rsidP="00D420CD">
            <w:r>
              <w:rPr>
                <w:color w:val="000000"/>
                <w:sz w:val="18"/>
              </w:rPr>
              <w:t>Command Structure</w:t>
            </w:r>
            <w:r>
              <w:rPr>
                <w:rFonts w:ascii="Roboto Mono" w:hAnsi="Roboto Mono"/>
                <w:b/>
                <w:color w:val="000000"/>
                <w:sz w:val="16"/>
              </w:rPr>
              <w:br/>
              <w:t>SET HDCP_S &lt; IN1 | IN2 &gt; &lt; ON | OFF &gt;</w:t>
            </w:r>
          </w:p>
        </w:tc>
        <w:tc>
          <w:tcPr>
            <w:tcW w:w="3600" w:type="dxa"/>
            <w:vMerge w:val="restart"/>
            <w:shd w:val="clear" w:color="auto" w:fill="F2F2F2"/>
            <w:tcMar>
              <w:top w:w="80" w:type="dxa"/>
              <w:left w:w="80" w:type="dxa"/>
              <w:bottom w:w="80" w:type="dxa"/>
              <w:right w:w="80" w:type="dxa"/>
            </w:tcMar>
          </w:tcPr>
          <w:p w14:paraId="1CD028D5" w14:textId="77777777" w:rsidR="00EC7A70" w:rsidRDefault="00EC7A70" w:rsidP="00D420CD">
            <w:r>
              <w:rPr>
                <w:color w:val="000000"/>
                <w:sz w:val="16"/>
              </w:rPr>
              <w:t>Parameters:</w:t>
            </w:r>
            <w:r>
              <w:rPr>
                <w:color w:val="000000"/>
                <w:sz w:val="16"/>
              </w:rPr>
              <w:br/>
            </w:r>
          </w:p>
        </w:tc>
      </w:tr>
      <w:tr w:rsidR="00EC7A70" w14:paraId="6295C7A5" w14:textId="77777777" w:rsidTr="00D420CD">
        <w:trPr>
          <w:jc w:val="center"/>
        </w:trPr>
        <w:tc>
          <w:tcPr>
            <w:tcW w:w="5760" w:type="dxa"/>
            <w:tcMar>
              <w:top w:w="80" w:type="dxa"/>
              <w:left w:w="80" w:type="dxa"/>
              <w:bottom w:w="80" w:type="dxa"/>
              <w:right w:w="80" w:type="dxa"/>
            </w:tcMar>
          </w:tcPr>
          <w:p w14:paraId="4274A733" w14:textId="77777777" w:rsidR="00EC7A70" w:rsidRDefault="00EC7A70" w:rsidP="00D420CD">
            <w:r>
              <w:rPr>
                <w:color w:val="000000"/>
                <w:sz w:val="18"/>
              </w:rPr>
              <w:t>Response Structure</w:t>
            </w:r>
            <w:r>
              <w:rPr>
                <w:rFonts w:ascii="Roboto Mono" w:hAnsi="Roboto Mono"/>
                <w:b/>
                <w:color w:val="000000"/>
                <w:sz w:val="16"/>
              </w:rPr>
              <w:br/>
              <w:t>HDCP_S &lt; IN1 | IN2 &gt; &lt; ON | OFF &gt;</w:t>
            </w:r>
          </w:p>
        </w:tc>
        <w:tc>
          <w:tcPr>
            <w:tcW w:w="3600" w:type="dxa"/>
            <w:vMerge/>
          </w:tcPr>
          <w:p w14:paraId="103F2C5E" w14:textId="77777777" w:rsidR="00EC7A70" w:rsidRDefault="00EC7A70" w:rsidP="00D420CD"/>
        </w:tc>
      </w:tr>
      <w:tr w:rsidR="00EC7A70" w14:paraId="016B8D34" w14:textId="77777777" w:rsidTr="00D420CD">
        <w:trPr>
          <w:jc w:val="center"/>
        </w:trPr>
        <w:tc>
          <w:tcPr>
            <w:tcW w:w="5760" w:type="dxa"/>
            <w:tcMar>
              <w:top w:w="80" w:type="dxa"/>
              <w:left w:w="80" w:type="dxa"/>
              <w:bottom w:w="0" w:type="dxa"/>
              <w:right w:w="80" w:type="dxa"/>
            </w:tcMar>
          </w:tcPr>
          <w:p w14:paraId="2718F94F" w14:textId="77777777" w:rsidR="00EC7A70" w:rsidRDefault="00EC7A70" w:rsidP="00D420CD">
            <w:r>
              <w:rPr>
                <w:color w:val="000000"/>
                <w:sz w:val="18"/>
              </w:rPr>
              <w:t>Command Example</w:t>
            </w:r>
          </w:p>
        </w:tc>
        <w:tc>
          <w:tcPr>
            <w:tcW w:w="3600" w:type="dxa"/>
            <w:vMerge/>
          </w:tcPr>
          <w:p w14:paraId="0421028D" w14:textId="77777777" w:rsidR="00EC7A70" w:rsidRDefault="00EC7A70" w:rsidP="00D420CD"/>
        </w:tc>
      </w:tr>
      <w:tr w:rsidR="00EC7A70" w14:paraId="2455A48B" w14:textId="77777777" w:rsidTr="00D420CD">
        <w:trPr>
          <w:jc w:val="center"/>
        </w:trPr>
        <w:tc>
          <w:tcPr>
            <w:tcW w:w="5760" w:type="dxa"/>
            <w:shd w:val="clear" w:color="auto" w:fill="000000"/>
            <w:tcMar>
              <w:top w:w="0" w:type="dxa"/>
              <w:left w:w="80" w:type="dxa"/>
              <w:bottom w:w="80" w:type="dxa"/>
              <w:right w:w="80" w:type="dxa"/>
            </w:tcMar>
          </w:tcPr>
          <w:p w14:paraId="1614BD4A" w14:textId="77777777" w:rsidR="00EC7A70" w:rsidRDefault="00EC7A70" w:rsidP="00D420CD">
            <w:r>
              <w:rPr>
                <w:rFonts w:ascii="Roboto Mono" w:hAnsi="Roboto Mono"/>
                <w:b/>
                <w:color w:val="FFFFFF"/>
                <w:sz w:val="16"/>
              </w:rPr>
              <w:t>SET HDCP_S IN1 OFF</w:t>
            </w:r>
          </w:p>
        </w:tc>
        <w:tc>
          <w:tcPr>
            <w:tcW w:w="3600" w:type="dxa"/>
            <w:vMerge/>
          </w:tcPr>
          <w:p w14:paraId="34AE789B" w14:textId="77777777" w:rsidR="00EC7A70" w:rsidRDefault="00EC7A70" w:rsidP="00D420CD"/>
        </w:tc>
      </w:tr>
      <w:tr w:rsidR="00EC7A70" w14:paraId="16E77BC4" w14:textId="77777777" w:rsidTr="00D420CD">
        <w:trPr>
          <w:jc w:val="center"/>
        </w:trPr>
        <w:tc>
          <w:tcPr>
            <w:tcW w:w="5760" w:type="dxa"/>
            <w:tcMar>
              <w:top w:w="80" w:type="dxa"/>
              <w:left w:w="80" w:type="dxa"/>
              <w:bottom w:w="0" w:type="dxa"/>
              <w:right w:w="80" w:type="dxa"/>
            </w:tcMar>
          </w:tcPr>
          <w:p w14:paraId="04963C9B" w14:textId="77777777" w:rsidR="00EC7A70" w:rsidRDefault="00EC7A70" w:rsidP="00D420CD">
            <w:r>
              <w:rPr>
                <w:color w:val="000000"/>
                <w:sz w:val="18"/>
              </w:rPr>
              <w:t>Response Example</w:t>
            </w:r>
          </w:p>
        </w:tc>
        <w:tc>
          <w:tcPr>
            <w:tcW w:w="3600" w:type="dxa"/>
            <w:vMerge/>
          </w:tcPr>
          <w:p w14:paraId="129FC8D0" w14:textId="77777777" w:rsidR="00EC7A70" w:rsidRDefault="00EC7A70" w:rsidP="00D420CD"/>
        </w:tc>
      </w:tr>
      <w:tr w:rsidR="00EC7A70" w14:paraId="3F138851" w14:textId="77777777" w:rsidTr="00D420CD">
        <w:trPr>
          <w:jc w:val="center"/>
        </w:trPr>
        <w:tc>
          <w:tcPr>
            <w:tcW w:w="5760" w:type="dxa"/>
            <w:shd w:val="clear" w:color="auto" w:fill="000000"/>
            <w:tcMar>
              <w:top w:w="0" w:type="dxa"/>
              <w:left w:w="80" w:type="dxa"/>
              <w:bottom w:w="80" w:type="dxa"/>
              <w:right w:w="80" w:type="dxa"/>
            </w:tcMar>
          </w:tcPr>
          <w:p w14:paraId="4983BFC5" w14:textId="77777777" w:rsidR="00EC7A70" w:rsidRDefault="00EC7A70" w:rsidP="00D420CD">
            <w:r>
              <w:rPr>
                <w:rFonts w:ascii="Roboto Mono" w:hAnsi="Roboto Mono"/>
                <w:b/>
                <w:color w:val="FFFFFF"/>
                <w:sz w:val="16"/>
              </w:rPr>
              <w:t>HDCP_S IN1 OFF</w:t>
            </w:r>
          </w:p>
        </w:tc>
        <w:tc>
          <w:tcPr>
            <w:tcW w:w="3600" w:type="dxa"/>
            <w:vMerge/>
          </w:tcPr>
          <w:p w14:paraId="5E60B52E" w14:textId="77777777" w:rsidR="00EC7A70" w:rsidRDefault="00EC7A70" w:rsidP="00D420CD"/>
        </w:tc>
      </w:tr>
      <w:tr w:rsidR="00EC7A70" w14:paraId="12B030CB" w14:textId="77777777" w:rsidTr="00D420CD">
        <w:trPr>
          <w:jc w:val="center"/>
        </w:trPr>
        <w:tc>
          <w:tcPr>
            <w:tcW w:w="9360" w:type="dxa"/>
            <w:gridSpan w:val="2"/>
            <w:shd w:val="clear" w:color="auto" w:fill="E0F6EC"/>
            <w:tcMar>
              <w:top w:w="80" w:type="dxa"/>
              <w:left w:w="80" w:type="dxa"/>
              <w:bottom w:w="80" w:type="dxa"/>
              <w:right w:w="80" w:type="dxa"/>
            </w:tcMar>
          </w:tcPr>
          <w:p w14:paraId="6B6166C3" w14:textId="77777777" w:rsidR="00EC7A70" w:rsidRDefault="00EC7A70" w:rsidP="00D420CD">
            <w:r>
              <w:rPr>
                <w:color w:val="000000"/>
                <w:sz w:val="16"/>
              </w:rPr>
              <w:t>Additional Notes: Default: HDCP is enabled on all input interfaces.</w:t>
            </w:r>
          </w:p>
        </w:tc>
      </w:tr>
    </w:tbl>
    <w:p w14:paraId="0C4C893B" w14:textId="77777777" w:rsidR="00EC7A70" w:rsidRDefault="00EC7A70" w:rsidP="00EC7A70"/>
    <w:p w14:paraId="6F3959B9" w14:textId="77777777" w:rsidR="00EC7A70" w:rsidRDefault="00EC7A70" w:rsidP="00EC7A70">
      <w:pPr>
        <w:pStyle w:val="Heading2"/>
      </w:pPr>
      <w:bookmarkStart w:id="26" w:name="_Toc218512787"/>
      <w:r>
        <w:rPr>
          <w:rFonts w:ascii="Roboto" w:hAnsi="Roboto"/>
          <w:color w:val="000000"/>
          <w:sz w:val="28"/>
        </w:rPr>
        <w:t>2.4 Get Input Interface HDCP</w:t>
      </w:r>
      <w:bookmarkEnd w:id="26"/>
    </w:p>
    <w:p w14:paraId="0633FE61" w14:textId="77777777" w:rsidR="00EC7A70" w:rsidRDefault="00EC7A70" w:rsidP="00EC7A70">
      <w:r>
        <w:rPr>
          <w:rFonts w:ascii="Roboto" w:hAnsi="Roboto"/>
          <w:sz w:val="18"/>
        </w:rPr>
        <w:br/>
        <w:t>Get whether HDCP is enabled on the input interface(s).</w:t>
      </w:r>
    </w:p>
    <w:tbl>
      <w:tblPr>
        <w:tblStyle w:val="luka"/>
        <w:tblW w:w="0" w:type="auto"/>
        <w:jc w:val="center"/>
        <w:tblLook w:val="04A0" w:firstRow="1" w:lastRow="0" w:firstColumn="1" w:lastColumn="0" w:noHBand="0" w:noVBand="1"/>
      </w:tblPr>
      <w:tblGrid>
        <w:gridCol w:w="5760"/>
        <w:gridCol w:w="3600"/>
      </w:tblGrid>
      <w:tr w:rsidR="00EC7A70" w14:paraId="1979EA27" w14:textId="77777777" w:rsidTr="00D420CD">
        <w:trPr>
          <w:jc w:val="center"/>
        </w:trPr>
        <w:tc>
          <w:tcPr>
            <w:tcW w:w="5760" w:type="dxa"/>
            <w:tcMar>
              <w:top w:w="80" w:type="dxa"/>
              <w:left w:w="80" w:type="dxa"/>
              <w:bottom w:w="80" w:type="dxa"/>
              <w:right w:w="80" w:type="dxa"/>
            </w:tcMar>
          </w:tcPr>
          <w:p w14:paraId="13B27F92" w14:textId="77777777" w:rsidR="00EC7A70" w:rsidRDefault="00EC7A70" w:rsidP="00D420CD">
            <w:r>
              <w:rPr>
                <w:color w:val="000000"/>
                <w:sz w:val="18"/>
              </w:rPr>
              <w:t>Command Structure</w:t>
            </w:r>
            <w:r>
              <w:rPr>
                <w:rFonts w:ascii="Roboto Mono" w:hAnsi="Roboto Mono"/>
                <w:b/>
                <w:color w:val="000000"/>
                <w:sz w:val="16"/>
              </w:rPr>
              <w:br/>
              <w:t>GET HDCP_S &lt; IN1 | IN2 | ALL &gt;</w:t>
            </w:r>
          </w:p>
        </w:tc>
        <w:tc>
          <w:tcPr>
            <w:tcW w:w="3600" w:type="dxa"/>
            <w:vMerge w:val="restart"/>
            <w:shd w:val="clear" w:color="auto" w:fill="F2F2F2"/>
            <w:tcMar>
              <w:top w:w="80" w:type="dxa"/>
              <w:left w:w="80" w:type="dxa"/>
              <w:bottom w:w="80" w:type="dxa"/>
              <w:right w:w="80" w:type="dxa"/>
            </w:tcMar>
          </w:tcPr>
          <w:p w14:paraId="41D4BD96" w14:textId="77777777" w:rsidR="00EC7A70" w:rsidRDefault="00EC7A70" w:rsidP="00D420CD">
            <w:r>
              <w:rPr>
                <w:color w:val="000000"/>
                <w:sz w:val="16"/>
              </w:rPr>
              <w:t>Parameters:</w:t>
            </w:r>
            <w:r>
              <w:rPr>
                <w:color w:val="000000"/>
                <w:sz w:val="16"/>
              </w:rPr>
              <w:br/>
              <w:t>ALL = Get the HDCP on/off status for all input interfaces</w:t>
            </w:r>
          </w:p>
        </w:tc>
      </w:tr>
      <w:tr w:rsidR="00EC7A70" w14:paraId="2038626E" w14:textId="77777777" w:rsidTr="00D420CD">
        <w:trPr>
          <w:jc w:val="center"/>
        </w:trPr>
        <w:tc>
          <w:tcPr>
            <w:tcW w:w="5760" w:type="dxa"/>
            <w:tcMar>
              <w:top w:w="80" w:type="dxa"/>
              <w:left w:w="80" w:type="dxa"/>
              <w:bottom w:w="80" w:type="dxa"/>
              <w:right w:w="80" w:type="dxa"/>
            </w:tcMar>
          </w:tcPr>
          <w:p w14:paraId="751898A8" w14:textId="77777777" w:rsidR="00EC7A70" w:rsidRDefault="00EC7A70" w:rsidP="00D420CD">
            <w:r>
              <w:rPr>
                <w:color w:val="000000"/>
                <w:sz w:val="18"/>
              </w:rPr>
              <w:t>Response Structure</w:t>
            </w:r>
            <w:r>
              <w:rPr>
                <w:rFonts w:ascii="Roboto Mono" w:hAnsi="Roboto Mono"/>
                <w:b/>
                <w:color w:val="000000"/>
                <w:sz w:val="16"/>
              </w:rPr>
              <w:br/>
              <w:t>HDCP_S &lt; IN1 | IN2 &gt; &lt; ON | OFF &gt;</w:t>
            </w:r>
            <w:r>
              <w:rPr>
                <w:rFonts w:ascii="Roboto Mono" w:hAnsi="Roboto Mono"/>
                <w:b/>
                <w:color w:val="000000"/>
                <w:sz w:val="16"/>
              </w:rPr>
              <w:br/>
              <w:t>or</w:t>
            </w:r>
            <w:r>
              <w:rPr>
                <w:rFonts w:ascii="Roboto Mono" w:hAnsi="Roboto Mono"/>
                <w:b/>
                <w:color w:val="000000"/>
                <w:sz w:val="16"/>
              </w:rPr>
              <w:br/>
              <w:t>HDCP_S IN1 &lt; ON | OFF &gt;</w:t>
            </w:r>
            <w:r>
              <w:rPr>
                <w:rFonts w:ascii="Roboto Mono" w:hAnsi="Roboto Mono"/>
                <w:b/>
                <w:color w:val="000000"/>
                <w:sz w:val="16"/>
              </w:rPr>
              <w:br/>
              <w:t>HDCP_S IN2 &lt; ON | OFF &gt;</w:t>
            </w:r>
          </w:p>
        </w:tc>
        <w:tc>
          <w:tcPr>
            <w:tcW w:w="3600" w:type="dxa"/>
            <w:vMerge/>
          </w:tcPr>
          <w:p w14:paraId="4BA5519A" w14:textId="77777777" w:rsidR="00EC7A70" w:rsidRDefault="00EC7A70" w:rsidP="00D420CD"/>
        </w:tc>
      </w:tr>
      <w:tr w:rsidR="00EC7A70" w14:paraId="0E46FE36" w14:textId="77777777" w:rsidTr="00D420CD">
        <w:trPr>
          <w:jc w:val="center"/>
        </w:trPr>
        <w:tc>
          <w:tcPr>
            <w:tcW w:w="5760" w:type="dxa"/>
            <w:tcMar>
              <w:top w:w="80" w:type="dxa"/>
              <w:left w:w="80" w:type="dxa"/>
              <w:bottom w:w="0" w:type="dxa"/>
              <w:right w:w="80" w:type="dxa"/>
            </w:tcMar>
          </w:tcPr>
          <w:p w14:paraId="2E24D580" w14:textId="77777777" w:rsidR="00EC7A70" w:rsidRDefault="00EC7A70" w:rsidP="00D420CD">
            <w:r>
              <w:rPr>
                <w:color w:val="000000"/>
                <w:sz w:val="18"/>
              </w:rPr>
              <w:t>Command Example</w:t>
            </w:r>
          </w:p>
        </w:tc>
        <w:tc>
          <w:tcPr>
            <w:tcW w:w="3600" w:type="dxa"/>
            <w:vMerge/>
          </w:tcPr>
          <w:p w14:paraId="561F6A89" w14:textId="77777777" w:rsidR="00EC7A70" w:rsidRDefault="00EC7A70" w:rsidP="00D420CD"/>
        </w:tc>
      </w:tr>
      <w:tr w:rsidR="00EC7A70" w14:paraId="7BC8C5A0" w14:textId="77777777" w:rsidTr="00D420CD">
        <w:trPr>
          <w:jc w:val="center"/>
        </w:trPr>
        <w:tc>
          <w:tcPr>
            <w:tcW w:w="5760" w:type="dxa"/>
            <w:shd w:val="clear" w:color="auto" w:fill="000000"/>
            <w:tcMar>
              <w:top w:w="0" w:type="dxa"/>
              <w:left w:w="80" w:type="dxa"/>
              <w:bottom w:w="80" w:type="dxa"/>
              <w:right w:w="80" w:type="dxa"/>
            </w:tcMar>
          </w:tcPr>
          <w:p w14:paraId="54931B6F" w14:textId="77777777" w:rsidR="00EC7A70" w:rsidRDefault="00EC7A70" w:rsidP="00D420CD">
            <w:r>
              <w:rPr>
                <w:rFonts w:ascii="Roboto Mono" w:hAnsi="Roboto Mono"/>
                <w:b/>
                <w:color w:val="FFFFFF"/>
                <w:sz w:val="16"/>
              </w:rPr>
              <w:t>GET HDCP_S IN1</w:t>
            </w:r>
          </w:p>
        </w:tc>
        <w:tc>
          <w:tcPr>
            <w:tcW w:w="3600" w:type="dxa"/>
            <w:vMerge/>
          </w:tcPr>
          <w:p w14:paraId="2A90458C" w14:textId="77777777" w:rsidR="00EC7A70" w:rsidRDefault="00EC7A70" w:rsidP="00D420CD"/>
        </w:tc>
      </w:tr>
      <w:tr w:rsidR="00EC7A70" w14:paraId="6786390D" w14:textId="77777777" w:rsidTr="00D420CD">
        <w:trPr>
          <w:jc w:val="center"/>
        </w:trPr>
        <w:tc>
          <w:tcPr>
            <w:tcW w:w="5760" w:type="dxa"/>
            <w:tcMar>
              <w:top w:w="80" w:type="dxa"/>
              <w:left w:w="80" w:type="dxa"/>
              <w:bottom w:w="0" w:type="dxa"/>
              <w:right w:w="80" w:type="dxa"/>
            </w:tcMar>
          </w:tcPr>
          <w:p w14:paraId="60528D0D" w14:textId="77777777" w:rsidR="00EC7A70" w:rsidRDefault="00EC7A70" w:rsidP="00D420CD">
            <w:r>
              <w:rPr>
                <w:color w:val="000000"/>
                <w:sz w:val="18"/>
              </w:rPr>
              <w:t>Response Example</w:t>
            </w:r>
          </w:p>
        </w:tc>
        <w:tc>
          <w:tcPr>
            <w:tcW w:w="3600" w:type="dxa"/>
            <w:vMerge/>
          </w:tcPr>
          <w:p w14:paraId="59FA045D" w14:textId="77777777" w:rsidR="00EC7A70" w:rsidRDefault="00EC7A70" w:rsidP="00D420CD"/>
        </w:tc>
      </w:tr>
      <w:tr w:rsidR="00EC7A70" w14:paraId="3DA2535B" w14:textId="77777777" w:rsidTr="00D420CD">
        <w:trPr>
          <w:jc w:val="center"/>
        </w:trPr>
        <w:tc>
          <w:tcPr>
            <w:tcW w:w="5760" w:type="dxa"/>
            <w:shd w:val="clear" w:color="auto" w:fill="000000"/>
            <w:tcMar>
              <w:top w:w="0" w:type="dxa"/>
              <w:left w:w="80" w:type="dxa"/>
              <w:bottom w:w="80" w:type="dxa"/>
              <w:right w:w="80" w:type="dxa"/>
            </w:tcMar>
          </w:tcPr>
          <w:p w14:paraId="23479CB0" w14:textId="77777777" w:rsidR="00EC7A70" w:rsidRDefault="00EC7A70" w:rsidP="00D420CD">
            <w:r>
              <w:rPr>
                <w:rFonts w:ascii="Roboto Mono" w:hAnsi="Roboto Mono"/>
                <w:b/>
                <w:color w:val="FFFFFF"/>
                <w:sz w:val="16"/>
              </w:rPr>
              <w:t>HDCP_S IN1 OFF</w:t>
            </w:r>
          </w:p>
        </w:tc>
        <w:tc>
          <w:tcPr>
            <w:tcW w:w="3600" w:type="dxa"/>
            <w:vMerge/>
          </w:tcPr>
          <w:p w14:paraId="0D52D42C" w14:textId="77777777" w:rsidR="00EC7A70" w:rsidRDefault="00EC7A70" w:rsidP="00D420CD"/>
        </w:tc>
      </w:tr>
      <w:tr w:rsidR="00EC7A70" w14:paraId="0C4690D7" w14:textId="77777777" w:rsidTr="00D420CD">
        <w:trPr>
          <w:jc w:val="center"/>
        </w:trPr>
        <w:tc>
          <w:tcPr>
            <w:tcW w:w="9360" w:type="dxa"/>
            <w:gridSpan w:val="2"/>
            <w:shd w:val="clear" w:color="auto" w:fill="E0F6EC"/>
            <w:tcMar>
              <w:top w:w="80" w:type="dxa"/>
              <w:left w:w="80" w:type="dxa"/>
              <w:bottom w:w="80" w:type="dxa"/>
              <w:right w:w="80" w:type="dxa"/>
            </w:tcMar>
          </w:tcPr>
          <w:p w14:paraId="1764ACD1" w14:textId="77777777" w:rsidR="00EC7A70" w:rsidRDefault="00EC7A70" w:rsidP="00D420CD">
            <w:r>
              <w:rPr>
                <w:color w:val="000000"/>
                <w:sz w:val="16"/>
              </w:rPr>
              <w:t xml:space="preserve">Additional Notes: </w:t>
            </w:r>
          </w:p>
        </w:tc>
      </w:tr>
    </w:tbl>
    <w:p w14:paraId="0A2F4374" w14:textId="15346145" w:rsidR="00EC7A70" w:rsidRDefault="00EC7A70" w:rsidP="00EC7A70"/>
    <w:p w14:paraId="1584575B" w14:textId="77777777" w:rsidR="00EC7A70" w:rsidRDefault="00EC7A70">
      <w:r>
        <w:br w:type="page"/>
      </w:r>
    </w:p>
    <w:p w14:paraId="523B6739" w14:textId="77777777" w:rsidR="00EC7A70" w:rsidRDefault="00EC7A70" w:rsidP="00EC7A70">
      <w:pPr>
        <w:pStyle w:val="Heading2"/>
      </w:pPr>
      <w:bookmarkStart w:id="27" w:name="_Toc218512788"/>
      <w:r>
        <w:rPr>
          <w:rFonts w:ascii="Roboto" w:hAnsi="Roboto"/>
          <w:color w:val="000000"/>
          <w:sz w:val="28"/>
        </w:rPr>
        <w:lastRenderedPageBreak/>
        <w:t>2.5 Get Input Signal HDCP Status</w:t>
      </w:r>
      <w:bookmarkEnd w:id="27"/>
    </w:p>
    <w:p w14:paraId="4BF3C462" w14:textId="77777777" w:rsidR="00EC7A70" w:rsidRDefault="00EC7A70" w:rsidP="00EC7A70">
      <w:r>
        <w:rPr>
          <w:rFonts w:ascii="Roboto" w:hAnsi="Roboto"/>
          <w:sz w:val="18"/>
        </w:rPr>
        <w:br/>
        <w:t xml:space="preserve">Retrieve the HDCP encryption status of </w:t>
      </w:r>
      <w:proofErr w:type="gramStart"/>
      <w:r>
        <w:rPr>
          <w:rFonts w:ascii="Roboto" w:hAnsi="Roboto"/>
          <w:sz w:val="18"/>
        </w:rPr>
        <w:t>the input</w:t>
      </w:r>
      <w:proofErr w:type="gramEnd"/>
      <w:r>
        <w:rPr>
          <w:rFonts w:ascii="Roboto" w:hAnsi="Roboto"/>
          <w:sz w:val="18"/>
        </w:rPr>
        <w:t xml:space="preserve"> signal(s).</w:t>
      </w:r>
    </w:p>
    <w:tbl>
      <w:tblPr>
        <w:tblStyle w:val="luka"/>
        <w:tblW w:w="0" w:type="auto"/>
        <w:jc w:val="center"/>
        <w:tblLook w:val="04A0" w:firstRow="1" w:lastRow="0" w:firstColumn="1" w:lastColumn="0" w:noHBand="0" w:noVBand="1"/>
      </w:tblPr>
      <w:tblGrid>
        <w:gridCol w:w="5760"/>
        <w:gridCol w:w="3600"/>
      </w:tblGrid>
      <w:tr w:rsidR="00EC7A70" w14:paraId="010EFB20" w14:textId="77777777" w:rsidTr="00D420CD">
        <w:trPr>
          <w:jc w:val="center"/>
        </w:trPr>
        <w:tc>
          <w:tcPr>
            <w:tcW w:w="5760" w:type="dxa"/>
            <w:tcMar>
              <w:top w:w="80" w:type="dxa"/>
              <w:left w:w="80" w:type="dxa"/>
              <w:bottom w:w="80" w:type="dxa"/>
              <w:right w:w="80" w:type="dxa"/>
            </w:tcMar>
          </w:tcPr>
          <w:p w14:paraId="61C1B2CD" w14:textId="77777777" w:rsidR="00EC7A70" w:rsidRDefault="00EC7A70" w:rsidP="00D420CD">
            <w:r>
              <w:rPr>
                <w:color w:val="000000"/>
                <w:sz w:val="18"/>
              </w:rPr>
              <w:t>Command Structure</w:t>
            </w:r>
            <w:r>
              <w:rPr>
                <w:rFonts w:ascii="Roboto Mono" w:hAnsi="Roboto Mono"/>
                <w:b/>
                <w:color w:val="000000"/>
                <w:sz w:val="16"/>
              </w:rPr>
              <w:br/>
              <w:t>GET VIDIN_HDCP &lt; IN1 | IN2 | ALL &gt;</w:t>
            </w:r>
          </w:p>
        </w:tc>
        <w:tc>
          <w:tcPr>
            <w:tcW w:w="3600" w:type="dxa"/>
            <w:vMerge w:val="restart"/>
            <w:shd w:val="clear" w:color="auto" w:fill="F2F2F2"/>
            <w:tcMar>
              <w:top w:w="80" w:type="dxa"/>
              <w:left w:w="80" w:type="dxa"/>
              <w:bottom w:w="80" w:type="dxa"/>
              <w:right w:w="80" w:type="dxa"/>
            </w:tcMar>
          </w:tcPr>
          <w:p w14:paraId="5EF53C16" w14:textId="77777777" w:rsidR="00EC7A70" w:rsidRDefault="00EC7A70" w:rsidP="00D420CD">
            <w:r>
              <w:rPr>
                <w:color w:val="000000"/>
                <w:sz w:val="16"/>
              </w:rPr>
              <w:t>Parameters:</w:t>
            </w:r>
            <w:r>
              <w:rPr>
                <w:color w:val="000000"/>
                <w:sz w:val="16"/>
              </w:rPr>
              <w:br/>
              <w:t>ALL = Retrieve the HDCP encryption status for all input signals</w:t>
            </w:r>
          </w:p>
        </w:tc>
      </w:tr>
      <w:tr w:rsidR="00EC7A70" w14:paraId="6FEC415D" w14:textId="77777777" w:rsidTr="00D420CD">
        <w:trPr>
          <w:jc w:val="center"/>
        </w:trPr>
        <w:tc>
          <w:tcPr>
            <w:tcW w:w="5760" w:type="dxa"/>
            <w:tcMar>
              <w:top w:w="80" w:type="dxa"/>
              <w:left w:w="80" w:type="dxa"/>
              <w:bottom w:w="80" w:type="dxa"/>
              <w:right w:w="80" w:type="dxa"/>
            </w:tcMar>
          </w:tcPr>
          <w:p w14:paraId="36C4BA04" w14:textId="77777777" w:rsidR="00EC7A70" w:rsidRDefault="00EC7A70" w:rsidP="00D420CD">
            <w:r>
              <w:rPr>
                <w:color w:val="000000"/>
                <w:sz w:val="18"/>
              </w:rPr>
              <w:t>Response Structure</w:t>
            </w:r>
            <w:r>
              <w:rPr>
                <w:rFonts w:ascii="Roboto Mono" w:hAnsi="Roboto Mono"/>
                <w:b/>
                <w:color w:val="000000"/>
                <w:sz w:val="16"/>
              </w:rPr>
              <w:br/>
              <w:t>VIDIN_HDCP &lt; IN1 | IN2 &gt; &lt; OFF | HDCP1.4 | HDCP2.2 &gt;</w:t>
            </w:r>
            <w:r>
              <w:rPr>
                <w:rFonts w:ascii="Roboto Mono" w:hAnsi="Roboto Mono"/>
                <w:b/>
                <w:color w:val="000000"/>
                <w:sz w:val="16"/>
              </w:rPr>
              <w:br/>
              <w:t>or</w:t>
            </w:r>
            <w:r>
              <w:rPr>
                <w:rFonts w:ascii="Roboto Mono" w:hAnsi="Roboto Mono"/>
                <w:b/>
                <w:color w:val="000000"/>
                <w:sz w:val="16"/>
              </w:rPr>
              <w:br/>
              <w:t>VIDIN_HDCP IN1 &lt; OFF | HDCP1.4 | HDCP2.2 &gt;</w:t>
            </w:r>
            <w:r>
              <w:rPr>
                <w:rFonts w:ascii="Roboto Mono" w:hAnsi="Roboto Mono"/>
                <w:b/>
                <w:color w:val="000000"/>
                <w:sz w:val="16"/>
              </w:rPr>
              <w:br/>
              <w:t>VIDIN_HDCP IN2 &lt; OFF | HDCP1.4 | HDCP2.2 &gt;</w:t>
            </w:r>
          </w:p>
        </w:tc>
        <w:tc>
          <w:tcPr>
            <w:tcW w:w="3600" w:type="dxa"/>
            <w:vMerge/>
          </w:tcPr>
          <w:p w14:paraId="3420F88E" w14:textId="77777777" w:rsidR="00EC7A70" w:rsidRDefault="00EC7A70" w:rsidP="00D420CD"/>
        </w:tc>
      </w:tr>
      <w:tr w:rsidR="00EC7A70" w14:paraId="6117B838" w14:textId="77777777" w:rsidTr="00D420CD">
        <w:trPr>
          <w:jc w:val="center"/>
        </w:trPr>
        <w:tc>
          <w:tcPr>
            <w:tcW w:w="5760" w:type="dxa"/>
            <w:tcMar>
              <w:top w:w="80" w:type="dxa"/>
              <w:left w:w="80" w:type="dxa"/>
              <w:bottom w:w="0" w:type="dxa"/>
              <w:right w:w="80" w:type="dxa"/>
            </w:tcMar>
          </w:tcPr>
          <w:p w14:paraId="55948E8F" w14:textId="77777777" w:rsidR="00EC7A70" w:rsidRDefault="00EC7A70" w:rsidP="00D420CD">
            <w:r>
              <w:rPr>
                <w:color w:val="000000"/>
                <w:sz w:val="18"/>
              </w:rPr>
              <w:t>Command Example</w:t>
            </w:r>
          </w:p>
        </w:tc>
        <w:tc>
          <w:tcPr>
            <w:tcW w:w="3600" w:type="dxa"/>
            <w:vMerge/>
          </w:tcPr>
          <w:p w14:paraId="3F2DF4DE" w14:textId="77777777" w:rsidR="00EC7A70" w:rsidRDefault="00EC7A70" w:rsidP="00D420CD"/>
        </w:tc>
      </w:tr>
      <w:tr w:rsidR="00EC7A70" w14:paraId="30C5C444" w14:textId="77777777" w:rsidTr="00D420CD">
        <w:trPr>
          <w:jc w:val="center"/>
        </w:trPr>
        <w:tc>
          <w:tcPr>
            <w:tcW w:w="5760" w:type="dxa"/>
            <w:shd w:val="clear" w:color="auto" w:fill="000000"/>
            <w:tcMar>
              <w:top w:w="0" w:type="dxa"/>
              <w:left w:w="80" w:type="dxa"/>
              <w:bottom w:w="80" w:type="dxa"/>
              <w:right w:w="80" w:type="dxa"/>
            </w:tcMar>
          </w:tcPr>
          <w:p w14:paraId="660338CC" w14:textId="77777777" w:rsidR="00EC7A70" w:rsidRDefault="00EC7A70" w:rsidP="00D420CD">
            <w:r>
              <w:rPr>
                <w:rFonts w:ascii="Roboto Mono" w:hAnsi="Roboto Mono"/>
                <w:b/>
                <w:color w:val="FFFFFF"/>
                <w:sz w:val="16"/>
              </w:rPr>
              <w:t>GET VIDIN_HDCP IN1</w:t>
            </w:r>
          </w:p>
        </w:tc>
        <w:tc>
          <w:tcPr>
            <w:tcW w:w="3600" w:type="dxa"/>
            <w:vMerge/>
          </w:tcPr>
          <w:p w14:paraId="24A6DF00" w14:textId="77777777" w:rsidR="00EC7A70" w:rsidRDefault="00EC7A70" w:rsidP="00D420CD"/>
        </w:tc>
      </w:tr>
      <w:tr w:rsidR="00EC7A70" w14:paraId="3E00C14B" w14:textId="77777777" w:rsidTr="00D420CD">
        <w:trPr>
          <w:jc w:val="center"/>
        </w:trPr>
        <w:tc>
          <w:tcPr>
            <w:tcW w:w="5760" w:type="dxa"/>
            <w:tcMar>
              <w:top w:w="80" w:type="dxa"/>
              <w:left w:w="80" w:type="dxa"/>
              <w:bottom w:w="0" w:type="dxa"/>
              <w:right w:w="80" w:type="dxa"/>
            </w:tcMar>
          </w:tcPr>
          <w:p w14:paraId="2E072033" w14:textId="77777777" w:rsidR="00EC7A70" w:rsidRDefault="00EC7A70" w:rsidP="00D420CD">
            <w:r>
              <w:rPr>
                <w:color w:val="000000"/>
                <w:sz w:val="18"/>
              </w:rPr>
              <w:t>Response Example</w:t>
            </w:r>
          </w:p>
        </w:tc>
        <w:tc>
          <w:tcPr>
            <w:tcW w:w="3600" w:type="dxa"/>
            <w:vMerge/>
          </w:tcPr>
          <w:p w14:paraId="626B008B" w14:textId="77777777" w:rsidR="00EC7A70" w:rsidRDefault="00EC7A70" w:rsidP="00D420CD"/>
        </w:tc>
      </w:tr>
      <w:tr w:rsidR="00EC7A70" w14:paraId="0FB11695" w14:textId="77777777" w:rsidTr="00D420CD">
        <w:trPr>
          <w:jc w:val="center"/>
        </w:trPr>
        <w:tc>
          <w:tcPr>
            <w:tcW w:w="5760" w:type="dxa"/>
            <w:shd w:val="clear" w:color="auto" w:fill="000000"/>
            <w:tcMar>
              <w:top w:w="0" w:type="dxa"/>
              <w:left w:w="80" w:type="dxa"/>
              <w:bottom w:w="80" w:type="dxa"/>
              <w:right w:w="80" w:type="dxa"/>
            </w:tcMar>
          </w:tcPr>
          <w:p w14:paraId="3E042A32" w14:textId="77777777" w:rsidR="00EC7A70" w:rsidRDefault="00EC7A70" w:rsidP="00D420CD">
            <w:r>
              <w:rPr>
                <w:rFonts w:ascii="Roboto Mono" w:hAnsi="Roboto Mono"/>
                <w:b/>
                <w:color w:val="FFFFFF"/>
                <w:sz w:val="16"/>
              </w:rPr>
              <w:t>VIDIN_HDCP IN1 OFF</w:t>
            </w:r>
          </w:p>
        </w:tc>
        <w:tc>
          <w:tcPr>
            <w:tcW w:w="3600" w:type="dxa"/>
            <w:vMerge/>
          </w:tcPr>
          <w:p w14:paraId="40D392BC" w14:textId="77777777" w:rsidR="00EC7A70" w:rsidRDefault="00EC7A70" w:rsidP="00D420CD"/>
        </w:tc>
      </w:tr>
      <w:tr w:rsidR="00EC7A70" w14:paraId="2588A1F4" w14:textId="77777777" w:rsidTr="00D420CD">
        <w:trPr>
          <w:jc w:val="center"/>
        </w:trPr>
        <w:tc>
          <w:tcPr>
            <w:tcW w:w="9360" w:type="dxa"/>
            <w:gridSpan w:val="2"/>
            <w:shd w:val="clear" w:color="auto" w:fill="E0F6EC"/>
            <w:tcMar>
              <w:top w:w="80" w:type="dxa"/>
              <w:left w:w="80" w:type="dxa"/>
              <w:bottom w:w="80" w:type="dxa"/>
              <w:right w:w="80" w:type="dxa"/>
            </w:tcMar>
          </w:tcPr>
          <w:p w14:paraId="17BC1544" w14:textId="77777777" w:rsidR="00EC7A70" w:rsidRDefault="00EC7A70" w:rsidP="00D420CD">
            <w:r>
              <w:rPr>
                <w:color w:val="000000"/>
                <w:sz w:val="16"/>
              </w:rPr>
              <w:t xml:space="preserve">Additional Notes: </w:t>
            </w:r>
          </w:p>
        </w:tc>
      </w:tr>
    </w:tbl>
    <w:p w14:paraId="05B9D5BA" w14:textId="77777777" w:rsidR="00EC7A70" w:rsidRDefault="00EC7A70" w:rsidP="00EC7A70"/>
    <w:p w14:paraId="4548EA01" w14:textId="77777777" w:rsidR="00EC7A70" w:rsidRDefault="00EC7A70" w:rsidP="00EC7A70">
      <w:pPr>
        <w:pStyle w:val="Heading2"/>
      </w:pPr>
      <w:bookmarkStart w:id="28" w:name="_Toc218512789"/>
      <w:r>
        <w:rPr>
          <w:rFonts w:ascii="Roboto" w:hAnsi="Roboto"/>
          <w:color w:val="000000"/>
          <w:sz w:val="28"/>
        </w:rPr>
        <w:t>2.6 Set Output Interface HDCP</w:t>
      </w:r>
      <w:bookmarkEnd w:id="28"/>
    </w:p>
    <w:p w14:paraId="1946135D" w14:textId="77777777" w:rsidR="00EC7A70" w:rsidRDefault="00EC7A70" w:rsidP="00EC7A70">
      <w:r>
        <w:rPr>
          <w:rFonts w:ascii="Roboto" w:hAnsi="Roboto"/>
          <w:sz w:val="18"/>
        </w:rPr>
        <w:br/>
        <w:t>Set whether HDCP is enabled on an output interface.</w:t>
      </w:r>
    </w:p>
    <w:tbl>
      <w:tblPr>
        <w:tblStyle w:val="luka"/>
        <w:tblW w:w="0" w:type="auto"/>
        <w:jc w:val="center"/>
        <w:tblLook w:val="04A0" w:firstRow="1" w:lastRow="0" w:firstColumn="1" w:lastColumn="0" w:noHBand="0" w:noVBand="1"/>
      </w:tblPr>
      <w:tblGrid>
        <w:gridCol w:w="5760"/>
        <w:gridCol w:w="3600"/>
      </w:tblGrid>
      <w:tr w:rsidR="00EC7A70" w14:paraId="3A63A50D" w14:textId="77777777" w:rsidTr="00D420CD">
        <w:trPr>
          <w:jc w:val="center"/>
        </w:trPr>
        <w:tc>
          <w:tcPr>
            <w:tcW w:w="5760" w:type="dxa"/>
            <w:tcMar>
              <w:top w:w="80" w:type="dxa"/>
              <w:left w:w="80" w:type="dxa"/>
              <w:bottom w:w="80" w:type="dxa"/>
              <w:right w:w="80" w:type="dxa"/>
            </w:tcMar>
          </w:tcPr>
          <w:p w14:paraId="306198F3" w14:textId="77777777" w:rsidR="00EC7A70" w:rsidRDefault="00EC7A70" w:rsidP="00D420CD">
            <w:r>
              <w:rPr>
                <w:color w:val="000000"/>
                <w:sz w:val="18"/>
              </w:rPr>
              <w:t>Command Structure</w:t>
            </w:r>
            <w:r>
              <w:rPr>
                <w:rFonts w:ascii="Roboto Mono" w:hAnsi="Roboto Mono"/>
                <w:b/>
                <w:color w:val="000000"/>
                <w:sz w:val="16"/>
              </w:rPr>
              <w:br/>
              <w:t>SET HDCP &lt; OUT1 | OUT2 &gt; &lt; ON | OFF &gt;</w:t>
            </w:r>
          </w:p>
        </w:tc>
        <w:tc>
          <w:tcPr>
            <w:tcW w:w="3600" w:type="dxa"/>
            <w:vMerge w:val="restart"/>
            <w:shd w:val="clear" w:color="auto" w:fill="F2F2F2"/>
            <w:tcMar>
              <w:top w:w="80" w:type="dxa"/>
              <w:left w:w="80" w:type="dxa"/>
              <w:bottom w:w="80" w:type="dxa"/>
              <w:right w:w="80" w:type="dxa"/>
            </w:tcMar>
          </w:tcPr>
          <w:p w14:paraId="2B3564AA" w14:textId="77777777" w:rsidR="00EC7A70" w:rsidRDefault="00EC7A70" w:rsidP="00D420CD">
            <w:r>
              <w:rPr>
                <w:color w:val="000000"/>
                <w:sz w:val="16"/>
              </w:rPr>
              <w:t>Parameters:</w:t>
            </w:r>
            <w:r>
              <w:rPr>
                <w:color w:val="000000"/>
                <w:sz w:val="16"/>
              </w:rPr>
              <w:br/>
            </w:r>
          </w:p>
        </w:tc>
      </w:tr>
      <w:tr w:rsidR="00EC7A70" w14:paraId="340762B2" w14:textId="77777777" w:rsidTr="00D420CD">
        <w:trPr>
          <w:jc w:val="center"/>
        </w:trPr>
        <w:tc>
          <w:tcPr>
            <w:tcW w:w="5760" w:type="dxa"/>
            <w:tcMar>
              <w:top w:w="80" w:type="dxa"/>
              <w:left w:w="80" w:type="dxa"/>
              <w:bottom w:w="80" w:type="dxa"/>
              <w:right w:w="80" w:type="dxa"/>
            </w:tcMar>
          </w:tcPr>
          <w:p w14:paraId="1BBFAEA7" w14:textId="77777777" w:rsidR="00EC7A70" w:rsidRDefault="00EC7A70" w:rsidP="00D420CD">
            <w:r>
              <w:rPr>
                <w:color w:val="000000"/>
                <w:sz w:val="18"/>
              </w:rPr>
              <w:t>Response Structure</w:t>
            </w:r>
            <w:r>
              <w:rPr>
                <w:rFonts w:ascii="Roboto Mono" w:hAnsi="Roboto Mono"/>
                <w:b/>
                <w:color w:val="000000"/>
                <w:sz w:val="16"/>
              </w:rPr>
              <w:br/>
              <w:t>HDCP &lt; OUT1 | OUT2 &gt; &lt; ON | OFF &gt;</w:t>
            </w:r>
          </w:p>
        </w:tc>
        <w:tc>
          <w:tcPr>
            <w:tcW w:w="3600" w:type="dxa"/>
            <w:vMerge/>
          </w:tcPr>
          <w:p w14:paraId="239C08B9" w14:textId="77777777" w:rsidR="00EC7A70" w:rsidRDefault="00EC7A70" w:rsidP="00D420CD"/>
        </w:tc>
      </w:tr>
      <w:tr w:rsidR="00EC7A70" w14:paraId="7D7630EF" w14:textId="77777777" w:rsidTr="00D420CD">
        <w:trPr>
          <w:jc w:val="center"/>
        </w:trPr>
        <w:tc>
          <w:tcPr>
            <w:tcW w:w="5760" w:type="dxa"/>
            <w:tcMar>
              <w:top w:w="80" w:type="dxa"/>
              <w:left w:w="80" w:type="dxa"/>
              <w:bottom w:w="0" w:type="dxa"/>
              <w:right w:w="80" w:type="dxa"/>
            </w:tcMar>
          </w:tcPr>
          <w:p w14:paraId="1A621711" w14:textId="77777777" w:rsidR="00EC7A70" w:rsidRDefault="00EC7A70" w:rsidP="00D420CD">
            <w:r>
              <w:rPr>
                <w:color w:val="000000"/>
                <w:sz w:val="18"/>
              </w:rPr>
              <w:t>Command Example</w:t>
            </w:r>
          </w:p>
        </w:tc>
        <w:tc>
          <w:tcPr>
            <w:tcW w:w="3600" w:type="dxa"/>
            <w:vMerge/>
          </w:tcPr>
          <w:p w14:paraId="401B96D5" w14:textId="77777777" w:rsidR="00EC7A70" w:rsidRDefault="00EC7A70" w:rsidP="00D420CD"/>
        </w:tc>
      </w:tr>
      <w:tr w:rsidR="00EC7A70" w14:paraId="107199F7" w14:textId="77777777" w:rsidTr="00D420CD">
        <w:trPr>
          <w:jc w:val="center"/>
        </w:trPr>
        <w:tc>
          <w:tcPr>
            <w:tcW w:w="5760" w:type="dxa"/>
            <w:shd w:val="clear" w:color="auto" w:fill="000000"/>
            <w:tcMar>
              <w:top w:w="0" w:type="dxa"/>
              <w:left w:w="80" w:type="dxa"/>
              <w:bottom w:w="80" w:type="dxa"/>
              <w:right w:w="80" w:type="dxa"/>
            </w:tcMar>
          </w:tcPr>
          <w:p w14:paraId="3A402C92" w14:textId="77777777" w:rsidR="00EC7A70" w:rsidRDefault="00EC7A70" w:rsidP="00D420CD">
            <w:r>
              <w:rPr>
                <w:rFonts w:ascii="Roboto Mono" w:hAnsi="Roboto Mono"/>
                <w:b/>
                <w:color w:val="FFFFFF"/>
                <w:sz w:val="16"/>
              </w:rPr>
              <w:t>SET HDCP OUT1 OFF</w:t>
            </w:r>
          </w:p>
        </w:tc>
        <w:tc>
          <w:tcPr>
            <w:tcW w:w="3600" w:type="dxa"/>
            <w:vMerge/>
          </w:tcPr>
          <w:p w14:paraId="4AFABEAC" w14:textId="77777777" w:rsidR="00EC7A70" w:rsidRDefault="00EC7A70" w:rsidP="00D420CD"/>
        </w:tc>
      </w:tr>
      <w:tr w:rsidR="00EC7A70" w14:paraId="4C8FA1C4" w14:textId="77777777" w:rsidTr="00D420CD">
        <w:trPr>
          <w:jc w:val="center"/>
        </w:trPr>
        <w:tc>
          <w:tcPr>
            <w:tcW w:w="5760" w:type="dxa"/>
            <w:tcMar>
              <w:top w:w="80" w:type="dxa"/>
              <w:left w:w="80" w:type="dxa"/>
              <w:bottom w:w="0" w:type="dxa"/>
              <w:right w:w="80" w:type="dxa"/>
            </w:tcMar>
          </w:tcPr>
          <w:p w14:paraId="712C4529" w14:textId="77777777" w:rsidR="00EC7A70" w:rsidRDefault="00EC7A70" w:rsidP="00D420CD">
            <w:r>
              <w:rPr>
                <w:color w:val="000000"/>
                <w:sz w:val="18"/>
              </w:rPr>
              <w:t>Response Example</w:t>
            </w:r>
          </w:p>
        </w:tc>
        <w:tc>
          <w:tcPr>
            <w:tcW w:w="3600" w:type="dxa"/>
            <w:vMerge/>
          </w:tcPr>
          <w:p w14:paraId="4A662B15" w14:textId="77777777" w:rsidR="00EC7A70" w:rsidRDefault="00EC7A70" w:rsidP="00D420CD"/>
        </w:tc>
      </w:tr>
      <w:tr w:rsidR="00EC7A70" w14:paraId="56CEDCDD" w14:textId="77777777" w:rsidTr="00D420CD">
        <w:trPr>
          <w:jc w:val="center"/>
        </w:trPr>
        <w:tc>
          <w:tcPr>
            <w:tcW w:w="5760" w:type="dxa"/>
            <w:shd w:val="clear" w:color="auto" w:fill="000000"/>
            <w:tcMar>
              <w:top w:w="0" w:type="dxa"/>
              <w:left w:w="80" w:type="dxa"/>
              <w:bottom w:w="80" w:type="dxa"/>
              <w:right w:w="80" w:type="dxa"/>
            </w:tcMar>
          </w:tcPr>
          <w:p w14:paraId="3D3DAD93" w14:textId="77777777" w:rsidR="00EC7A70" w:rsidRDefault="00EC7A70" w:rsidP="00D420CD">
            <w:r>
              <w:rPr>
                <w:rFonts w:ascii="Roboto Mono" w:hAnsi="Roboto Mono"/>
                <w:b/>
                <w:color w:val="FFFFFF"/>
                <w:sz w:val="16"/>
              </w:rPr>
              <w:t>HDCP OUT1 OFF</w:t>
            </w:r>
          </w:p>
        </w:tc>
        <w:tc>
          <w:tcPr>
            <w:tcW w:w="3600" w:type="dxa"/>
            <w:vMerge/>
          </w:tcPr>
          <w:p w14:paraId="0238C449" w14:textId="77777777" w:rsidR="00EC7A70" w:rsidRDefault="00EC7A70" w:rsidP="00D420CD"/>
        </w:tc>
      </w:tr>
      <w:tr w:rsidR="00EC7A70" w14:paraId="55D560FC" w14:textId="77777777" w:rsidTr="00D420CD">
        <w:trPr>
          <w:jc w:val="center"/>
        </w:trPr>
        <w:tc>
          <w:tcPr>
            <w:tcW w:w="9360" w:type="dxa"/>
            <w:gridSpan w:val="2"/>
            <w:shd w:val="clear" w:color="auto" w:fill="E0F6EC"/>
            <w:tcMar>
              <w:top w:w="80" w:type="dxa"/>
              <w:left w:w="80" w:type="dxa"/>
              <w:bottom w:w="80" w:type="dxa"/>
              <w:right w:w="80" w:type="dxa"/>
            </w:tcMar>
          </w:tcPr>
          <w:p w14:paraId="58FBFAE7" w14:textId="77777777" w:rsidR="00EC7A70" w:rsidRDefault="00EC7A70" w:rsidP="00D420CD">
            <w:r>
              <w:rPr>
                <w:color w:val="000000"/>
                <w:sz w:val="16"/>
              </w:rPr>
              <w:t>Additional Notes: Default: HDCP is enabled on all output interfaces.</w:t>
            </w:r>
          </w:p>
        </w:tc>
      </w:tr>
    </w:tbl>
    <w:p w14:paraId="75F6810E" w14:textId="4D1E5419" w:rsidR="00EC7A70" w:rsidRDefault="00EC7A70" w:rsidP="00EC7A70"/>
    <w:p w14:paraId="1F8D270A" w14:textId="77777777" w:rsidR="00EC7A70" w:rsidRDefault="00EC7A70">
      <w:r>
        <w:br w:type="page"/>
      </w:r>
    </w:p>
    <w:p w14:paraId="0CC1EA4E" w14:textId="77777777" w:rsidR="00EC7A70" w:rsidRDefault="00EC7A70" w:rsidP="00EC7A70">
      <w:pPr>
        <w:pStyle w:val="Heading2"/>
      </w:pPr>
      <w:bookmarkStart w:id="29" w:name="_Toc218512790"/>
      <w:r>
        <w:rPr>
          <w:rFonts w:ascii="Roboto" w:hAnsi="Roboto"/>
          <w:color w:val="000000"/>
          <w:sz w:val="28"/>
        </w:rPr>
        <w:lastRenderedPageBreak/>
        <w:t>2.7 Get Output Interface HDCP</w:t>
      </w:r>
      <w:bookmarkEnd w:id="29"/>
    </w:p>
    <w:p w14:paraId="06465B53" w14:textId="77777777" w:rsidR="00EC7A70" w:rsidRDefault="00EC7A70" w:rsidP="00EC7A70">
      <w:r>
        <w:rPr>
          <w:rFonts w:ascii="Roboto" w:hAnsi="Roboto"/>
          <w:sz w:val="18"/>
        </w:rPr>
        <w:br/>
        <w:t>Retrieve whether HDCP is enabled on an output interface.</w:t>
      </w:r>
    </w:p>
    <w:tbl>
      <w:tblPr>
        <w:tblStyle w:val="luka"/>
        <w:tblW w:w="0" w:type="auto"/>
        <w:jc w:val="center"/>
        <w:tblLook w:val="04A0" w:firstRow="1" w:lastRow="0" w:firstColumn="1" w:lastColumn="0" w:noHBand="0" w:noVBand="1"/>
      </w:tblPr>
      <w:tblGrid>
        <w:gridCol w:w="5760"/>
        <w:gridCol w:w="3600"/>
      </w:tblGrid>
      <w:tr w:rsidR="00EC7A70" w14:paraId="51CBDC46" w14:textId="77777777" w:rsidTr="00D420CD">
        <w:trPr>
          <w:jc w:val="center"/>
        </w:trPr>
        <w:tc>
          <w:tcPr>
            <w:tcW w:w="5760" w:type="dxa"/>
            <w:tcMar>
              <w:top w:w="80" w:type="dxa"/>
              <w:left w:w="80" w:type="dxa"/>
              <w:bottom w:w="80" w:type="dxa"/>
              <w:right w:w="80" w:type="dxa"/>
            </w:tcMar>
          </w:tcPr>
          <w:p w14:paraId="542A4057" w14:textId="77777777" w:rsidR="00EC7A70" w:rsidRDefault="00EC7A70" w:rsidP="00D420CD">
            <w:r>
              <w:rPr>
                <w:color w:val="000000"/>
                <w:sz w:val="18"/>
              </w:rPr>
              <w:t>Command Structure</w:t>
            </w:r>
            <w:r>
              <w:rPr>
                <w:rFonts w:ascii="Roboto Mono" w:hAnsi="Roboto Mono"/>
                <w:b/>
                <w:color w:val="000000"/>
                <w:sz w:val="16"/>
              </w:rPr>
              <w:br/>
              <w:t>GET HDCP &lt; OUT1 | OUT2 | ALL &gt;</w:t>
            </w:r>
          </w:p>
        </w:tc>
        <w:tc>
          <w:tcPr>
            <w:tcW w:w="3600" w:type="dxa"/>
            <w:vMerge w:val="restart"/>
            <w:shd w:val="clear" w:color="auto" w:fill="F2F2F2"/>
            <w:tcMar>
              <w:top w:w="80" w:type="dxa"/>
              <w:left w:w="80" w:type="dxa"/>
              <w:bottom w:w="80" w:type="dxa"/>
              <w:right w:w="80" w:type="dxa"/>
            </w:tcMar>
          </w:tcPr>
          <w:p w14:paraId="73F3247E" w14:textId="77777777" w:rsidR="00EC7A70" w:rsidRDefault="00EC7A70" w:rsidP="00D420CD">
            <w:r>
              <w:rPr>
                <w:color w:val="000000"/>
                <w:sz w:val="16"/>
              </w:rPr>
              <w:t>Parameters:</w:t>
            </w:r>
            <w:r>
              <w:rPr>
                <w:color w:val="000000"/>
                <w:sz w:val="16"/>
              </w:rPr>
              <w:br/>
              <w:t>ALL = Get the HDCP on/off status for all output interfaces</w:t>
            </w:r>
          </w:p>
        </w:tc>
      </w:tr>
      <w:tr w:rsidR="00EC7A70" w14:paraId="5122E3EF" w14:textId="77777777" w:rsidTr="00D420CD">
        <w:trPr>
          <w:jc w:val="center"/>
        </w:trPr>
        <w:tc>
          <w:tcPr>
            <w:tcW w:w="5760" w:type="dxa"/>
            <w:tcMar>
              <w:top w:w="80" w:type="dxa"/>
              <w:left w:w="80" w:type="dxa"/>
              <w:bottom w:w="80" w:type="dxa"/>
              <w:right w:w="80" w:type="dxa"/>
            </w:tcMar>
          </w:tcPr>
          <w:p w14:paraId="14CE55DB" w14:textId="77777777" w:rsidR="00EC7A70" w:rsidRDefault="00EC7A70" w:rsidP="00D420CD">
            <w:r>
              <w:rPr>
                <w:color w:val="000000"/>
                <w:sz w:val="18"/>
              </w:rPr>
              <w:t>Response Structure</w:t>
            </w:r>
            <w:r>
              <w:rPr>
                <w:rFonts w:ascii="Roboto Mono" w:hAnsi="Roboto Mono"/>
                <w:b/>
                <w:color w:val="000000"/>
                <w:sz w:val="16"/>
              </w:rPr>
              <w:br/>
              <w:t>HDCP &lt; OUT1 | OUT2 &gt; &lt; ON | OFF &gt;</w:t>
            </w:r>
            <w:r>
              <w:rPr>
                <w:rFonts w:ascii="Roboto Mono" w:hAnsi="Roboto Mono"/>
                <w:b/>
                <w:color w:val="000000"/>
                <w:sz w:val="16"/>
              </w:rPr>
              <w:br/>
              <w:t>or</w:t>
            </w:r>
            <w:r>
              <w:rPr>
                <w:rFonts w:ascii="Roboto Mono" w:hAnsi="Roboto Mono"/>
                <w:b/>
                <w:color w:val="000000"/>
                <w:sz w:val="16"/>
              </w:rPr>
              <w:br/>
              <w:t>HDCP OUT1 &lt; ON | OFF &gt;</w:t>
            </w:r>
            <w:r>
              <w:rPr>
                <w:rFonts w:ascii="Roboto Mono" w:hAnsi="Roboto Mono"/>
                <w:b/>
                <w:color w:val="000000"/>
                <w:sz w:val="16"/>
              </w:rPr>
              <w:br/>
              <w:t>HDCP OUT2 &lt; ON | OFF &gt;</w:t>
            </w:r>
          </w:p>
        </w:tc>
        <w:tc>
          <w:tcPr>
            <w:tcW w:w="3600" w:type="dxa"/>
            <w:vMerge/>
          </w:tcPr>
          <w:p w14:paraId="4AC05FAA" w14:textId="77777777" w:rsidR="00EC7A70" w:rsidRDefault="00EC7A70" w:rsidP="00D420CD"/>
        </w:tc>
      </w:tr>
      <w:tr w:rsidR="00EC7A70" w14:paraId="7AADB8AD" w14:textId="77777777" w:rsidTr="00D420CD">
        <w:trPr>
          <w:jc w:val="center"/>
        </w:trPr>
        <w:tc>
          <w:tcPr>
            <w:tcW w:w="5760" w:type="dxa"/>
            <w:tcMar>
              <w:top w:w="80" w:type="dxa"/>
              <w:left w:w="80" w:type="dxa"/>
              <w:bottom w:w="0" w:type="dxa"/>
              <w:right w:w="80" w:type="dxa"/>
            </w:tcMar>
          </w:tcPr>
          <w:p w14:paraId="428F263C" w14:textId="77777777" w:rsidR="00EC7A70" w:rsidRDefault="00EC7A70" w:rsidP="00D420CD">
            <w:r>
              <w:rPr>
                <w:color w:val="000000"/>
                <w:sz w:val="18"/>
              </w:rPr>
              <w:t>Command Example</w:t>
            </w:r>
          </w:p>
        </w:tc>
        <w:tc>
          <w:tcPr>
            <w:tcW w:w="3600" w:type="dxa"/>
            <w:vMerge/>
          </w:tcPr>
          <w:p w14:paraId="08BAA08B" w14:textId="77777777" w:rsidR="00EC7A70" w:rsidRDefault="00EC7A70" w:rsidP="00D420CD"/>
        </w:tc>
      </w:tr>
      <w:tr w:rsidR="00EC7A70" w14:paraId="6483C8A0" w14:textId="77777777" w:rsidTr="00D420CD">
        <w:trPr>
          <w:jc w:val="center"/>
        </w:trPr>
        <w:tc>
          <w:tcPr>
            <w:tcW w:w="5760" w:type="dxa"/>
            <w:shd w:val="clear" w:color="auto" w:fill="000000"/>
            <w:tcMar>
              <w:top w:w="0" w:type="dxa"/>
              <w:left w:w="80" w:type="dxa"/>
              <w:bottom w:w="80" w:type="dxa"/>
              <w:right w:w="80" w:type="dxa"/>
            </w:tcMar>
          </w:tcPr>
          <w:p w14:paraId="7592D049" w14:textId="77777777" w:rsidR="00EC7A70" w:rsidRDefault="00EC7A70" w:rsidP="00D420CD">
            <w:r>
              <w:rPr>
                <w:rFonts w:ascii="Roboto Mono" w:hAnsi="Roboto Mono"/>
                <w:b/>
                <w:color w:val="FFFFFF"/>
                <w:sz w:val="16"/>
              </w:rPr>
              <w:t>GET HDCP OUT1</w:t>
            </w:r>
          </w:p>
        </w:tc>
        <w:tc>
          <w:tcPr>
            <w:tcW w:w="3600" w:type="dxa"/>
            <w:vMerge/>
          </w:tcPr>
          <w:p w14:paraId="1C4D8213" w14:textId="77777777" w:rsidR="00EC7A70" w:rsidRDefault="00EC7A70" w:rsidP="00D420CD"/>
        </w:tc>
      </w:tr>
      <w:tr w:rsidR="00EC7A70" w14:paraId="30A04994" w14:textId="77777777" w:rsidTr="00D420CD">
        <w:trPr>
          <w:jc w:val="center"/>
        </w:trPr>
        <w:tc>
          <w:tcPr>
            <w:tcW w:w="5760" w:type="dxa"/>
            <w:tcMar>
              <w:top w:w="80" w:type="dxa"/>
              <w:left w:w="80" w:type="dxa"/>
              <w:bottom w:w="0" w:type="dxa"/>
              <w:right w:w="80" w:type="dxa"/>
            </w:tcMar>
          </w:tcPr>
          <w:p w14:paraId="2EB48508" w14:textId="77777777" w:rsidR="00EC7A70" w:rsidRDefault="00EC7A70" w:rsidP="00D420CD">
            <w:r>
              <w:rPr>
                <w:color w:val="000000"/>
                <w:sz w:val="18"/>
              </w:rPr>
              <w:t>Response Example</w:t>
            </w:r>
          </w:p>
        </w:tc>
        <w:tc>
          <w:tcPr>
            <w:tcW w:w="3600" w:type="dxa"/>
            <w:vMerge/>
          </w:tcPr>
          <w:p w14:paraId="5E6054C1" w14:textId="77777777" w:rsidR="00EC7A70" w:rsidRDefault="00EC7A70" w:rsidP="00D420CD"/>
        </w:tc>
      </w:tr>
      <w:tr w:rsidR="00EC7A70" w14:paraId="56B3BC5A" w14:textId="77777777" w:rsidTr="00D420CD">
        <w:trPr>
          <w:jc w:val="center"/>
        </w:trPr>
        <w:tc>
          <w:tcPr>
            <w:tcW w:w="5760" w:type="dxa"/>
            <w:shd w:val="clear" w:color="auto" w:fill="000000"/>
            <w:tcMar>
              <w:top w:w="0" w:type="dxa"/>
              <w:left w:w="80" w:type="dxa"/>
              <w:bottom w:w="80" w:type="dxa"/>
              <w:right w:w="80" w:type="dxa"/>
            </w:tcMar>
          </w:tcPr>
          <w:p w14:paraId="103387F6" w14:textId="77777777" w:rsidR="00EC7A70" w:rsidRDefault="00EC7A70" w:rsidP="00D420CD">
            <w:r>
              <w:rPr>
                <w:rFonts w:ascii="Roboto Mono" w:hAnsi="Roboto Mono"/>
                <w:b/>
                <w:color w:val="FFFFFF"/>
                <w:sz w:val="16"/>
              </w:rPr>
              <w:t>HDCP OUT1 OFF</w:t>
            </w:r>
          </w:p>
        </w:tc>
        <w:tc>
          <w:tcPr>
            <w:tcW w:w="3600" w:type="dxa"/>
            <w:vMerge/>
          </w:tcPr>
          <w:p w14:paraId="23F3B000" w14:textId="77777777" w:rsidR="00EC7A70" w:rsidRDefault="00EC7A70" w:rsidP="00D420CD"/>
        </w:tc>
      </w:tr>
      <w:tr w:rsidR="00EC7A70" w14:paraId="65E84D5C" w14:textId="77777777" w:rsidTr="00D420CD">
        <w:trPr>
          <w:jc w:val="center"/>
        </w:trPr>
        <w:tc>
          <w:tcPr>
            <w:tcW w:w="9360" w:type="dxa"/>
            <w:gridSpan w:val="2"/>
            <w:shd w:val="clear" w:color="auto" w:fill="E0F6EC"/>
            <w:tcMar>
              <w:top w:w="80" w:type="dxa"/>
              <w:left w:w="80" w:type="dxa"/>
              <w:bottom w:w="80" w:type="dxa"/>
              <w:right w:w="80" w:type="dxa"/>
            </w:tcMar>
          </w:tcPr>
          <w:p w14:paraId="484DA60E" w14:textId="77777777" w:rsidR="00EC7A70" w:rsidRDefault="00EC7A70" w:rsidP="00D420CD">
            <w:r>
              <w:rPr>
                <w:color w:val="000000"/>
                <w:sz w:val="16"/>
              </w:rPr>
              <w:t xml:space="preserve">Additional Notes: </w:t>
            </w:r>
          </w:p>
        </w:tc>
      </w:tr>
    </w:tbl>
    <w:p w14:paraId="1BECC04E" w14:textId="77777777" w:rsidR="00EC7A70" w:rsidRDefault="00EC7A70" w:rsidP="00EC7A70"/>
    <w:p w14:paraId="649A29CE" w14:textId="77777777" w:rsidR="00EC7A70" w:rsidRDefault="00EC7A70" w:rsidP="00EC7A70">
      <w:pPr>
        <w:pStyle w:val="Heading2"/>
      </w:pPr>
      <w:bookmarkStart w:id="30" w:name="_Toc218512791"/>
      <w:r>
        <w:rPr>
          <w:rFonts w:ascii="Roboto" w:hAnsi="Roboto"/>
          <w:color w:val="000000"/>
          <w:sz w:val="28"/>
        </w:rPr>
        <w:t>2.8 Get Output Signal HDCP Status</w:t>
      </w:r>
      <w:bookmarkEnd w:id="30"/>
    </w:p>
    <w:p w14:paraId="0942A9E4" w14:textId="77777777" w:rsidR="00EC7A70" w:rsidRDefault="00EC7A70" w:rsidP="00EC7A70">
      <w:r>
        <w:rPr>
          <w:rFonts w:ascii="Roboto" w:hAnsi="Roboto"/>
          <w:sz w:val="18"/>
        </w:rPr>
        <w:br/>
        <w:t>Get the HDCP encryption status of the output signal(s).</w:t>
      </w:r>
    </w:p>
    <w:tbl>
      <w:tblPr>
        <w:tblStyle w:val="luka"/>
        <w:tblW w:w="0" w:type="auto"/>
        <w:jc w:val="center"/>
        <w:tblLook w:val="04A0" w:firstRow="1" w:lastRow="0" w:firstColumn="1" w:lastColumn="0" w:noHBand="0" w:noVBand="1"/>
      </w:tblPr>
      <w:tblGrid>
        <w:gridCol w:w="5760"/>
        <w:gridCol w:w="3600"/>
      </w:tblGrid>
      <w:tr w:rsidR="00EC7A70" w14:paraId="3AD78908" w14:textId="77777777" w:rsidTr="00D420CD">
        <w:trPr>
          <w:jc w:val="center"/>
        </w:trPr>
        <w:tc>
          <w:tcPr>
            <w:tcW w:w="5760" w:type="dxa"/>
            <w:tcMar>
              <w:top w:w="80" w:type="dxa"/>
              <w:left w:w="80" w:type="dxa"/>
              <w:bottom w:w="80" w:type="dxa"/>
              <w:right w:w="80" w:type="dxa"/>
            </w:tcMar>
          </w:tcPr>
          <w:p w14:paraId="5D7C5270" w14:textId="77777777" w:rsidR="00EC7A70" w:rsidRDefault="00EC7A70" w:rsidP="00D420CD">
            <w:r>
              <w:rPr>
                <w:color w:val="000000"/>
                <w:sz w:val="18"/>
              </w:rPr>
              <w:t>Command Structure</w:t>
            </w:r>
            <w:r>
              <w:rPr>
                <w:rFonts w:ascii="Roboto Mono" w:hAnsi="Roboto Mono"/>
                <w:b/>
                <w:color w:val="000000"/>
                <w:sz w:val="16"/>
              </w:rPr>
              <w:br/>
              <w:t>GET VIDOUT_HDCP &lt; OUT1 | OUT2 | ALL &gt;</w:t>
            </w:r>
          </w:p>
        </w:tc>
        <w:tc>
          <w:tcPr>
            <w:tcW w:w="3600" w:type="dxa"/>
            <w:vMerge w:val="restart"/>
            <w:shd w:val="clear" w:color="auto" w:fill="F2F2F2"/>
            <w:tcMar>
              <w:top w:w="80" w:type="dxa"/>
              <w:left w:w="80" w:type="dxa"/>
              <w:bottom w:w="80" w:type="dxa"/>
              <w:right w:w="80" w:type="dxa"/>
            </w:tcMar>
          </w:tcPr>
          <w:p w14:paraId="05737EE3" w14:textId="77777777" w:rsidR="00EC7A70" w:rsidRDefault="00EC7A70" w:rsidP="00D420CD">
            <w:r>
              <w:rPr>
                <w:color w:val="000000"/>
                <w:sz w:val="16"/>
              </w:rPr>
              <w:t>Parameters:</w:t>
            </w:r>
            <w:r>
              <w:rPr>
                <w:color w:val="000000"/>
                <w:sz w:val="16"/>
              </w:rPr>
              <w:br/>
              <w:t>ALL = Get the HDCP encryption status for all output signals.</w:t>
            </w:r>
          </w:p>
        </w:tc>
      </w:tr>
      <w:tr w:rsidR="00EC7A70" w14:paraId="58885764" w14:textId="77777777" w:rsidTr="00D420CD">
        <w:trPr>
          <w:jc w:val="center"/>
        </w:trPr>
        <w:tc>
          <w:tcPr>
            <w:tcW w:w="5760" w:type="dxa"/>
            <w:tcMar>
              <w:top w:w="80" w:type="dxa"/>
              <w:left w:w="80" w:type="dxa"/>
              <w:bottom w:w="80" w:type="dxa"/>
              <w:right w:w="80" w:type="dxa"/>
            </w:tcMar>
          </w:tcPr>
          <w:p w14:paraId="79B0C514" w14:textId="77777777" w:rsidR="00EC7A70" w:rsidRDefault="00EC7A70" w:rsidP="00D420CD">
            <w:r>
              <w:rPr>
                <w:color w:val="000000"/>
                <w:sz w:val="18"/>
              </w:rPr>
              <w:t>Response Structure</w:t>
            </w:r>
            <w:r>
              <w:rPr>
                <w:rFonts w:ascii="Roboto Mono" w:hAnsi="Roboto Mono"/>
                <w:b/>
                <w:color w:val="000000"/>
                <w:sz w:val="16"/>
              </w:rPr>
              <w:br/>
              <w:t>VIDOUT_HDCP &lt; OUT1 | OUT2 &gt; &lt; OFF | HDCP1.4 | HDCP2.2 &gt;</w:t>
            </w:r>
            <w:r>
              <w:rPr>
                <w:rFonts w:ascii="Roboto Mono" w:hAnsi="Roboto Mono"/>
                <w:b/>
                <w:color w:val="000000"/>
                <w:sz w:val="16"/>
              </w:rPr>
              <w:br/>
              <w:t>or</w:t>
            </w:r>
            <w:r>
              <w:rPr>
                <w:rFonts w:ascii="Roboto Mono" w:hAnsi="Roboto Mono"/>
                <w:b/>
                <w:color w:val="000000"/>
                <w:sz w:val="16"/>
              </w:rPr>
              <w:br/>
              <w:t>VIDOUT_HDCP OUT1 &lt; OFF | HDCP1.4 | HDCP2.2 &gt;</w:t>
            </w:r>
            <w:r>
              <w:rPr>
                <w:rFonts w:ascii="Roboto Mono" w:hAnsi="Roboto Mono"/>
                <w:b/>
                <w:color w:val="000000"/>
                <w:sz w:val="16"/>
              </w:rPr>
              <w:br/>
              <w:t>VIDOUT_HDCP OUT2 &lt; OFF | HDCP1.4 | HDCP2.2 &gt;</w:t>
            </w:r>
          </w:p>
        </w:tc>
        <w:tc>
          <w:tcPr>
            <w:tcW w:w="3600" w:type="dxa"/>
            <w:vMerge/>
          </w:tcPr>
          <w:p w14:paraId="0D8593EB" w14:textId="77777777" w:rsidR="00EC7A70" w:rsidRDefault="00EC7A70" w:rsidP="00D420CD"/>
        </w:tc>
      </w:tr>
      <w:tr w:rsidR="00EC7A70" w14:paraId="26B28BD9" w14:textId="77777777" w:rsidTr="00D420CD">
        <w:trPr>
          <w:jc w:val="center"/>
        </w:trPr>
        <w:tc>
          <w:tcPr>
            <w:tcW w:w="5760" w:type="dxa"/>
            <w:tcMar>
              <w:top w:w="80" w:type="dxa"/>
              <w:left w:w="80" w:type="dxa"/>
              <w:bottom w:w="0" w:type="dxa"/>
              <w:right w:w="80" w:type="dxa"/>
            </w:tcMar>
          </w:tcPr>
          <w:p w14:paraId="018D79F0" w14:textId="77777777" w:rsidR="00EC7A70" w:rsidRDefault="00EC7A70" w:rsidP="00D420CD">
            <w:r>
              <w:rPr>
                <w:color w:val="000000"/>
                <w:sz w:val="18"/>
              </w:rPr>
              <w:t>Command Example</w:t>
            </w:r>
          </w:p>
        </w:tc>
        <w:tc>
          <w:tcPr>
            <w:tcW w:w="3600" w:type="dxa"/>
            <w:vMerge/>
          </w:tcPr>
          <w:p w14:paraId="2B8BA12A" w14:textId="77777777" w:rsidR="00EC7A70" w:rsidRDefault="00EC7A70" w:rsidP="00D420CD"/>
        </w:tc>
      </w:tr>
      <w:tr w:rsidR="00EC7A70" w14:paraId="38986016" w14:textId="77777777" w:rsidTr="00D420CD">
        <w:trPr>
          <w:jc w:val="center"/>
        </w:trPr>
        <w:tc>
          <w:tcPr>
            <w:tcW w:w="5760" w:type="dxa"/>
            <w:shd w:val="clear" w:color="auto" w:fill="000000"/>
            <w:tcMar>
              <w:top w:w="0" w:type="dxa"/>
              <w:left w:w="80" w:type="dxa"/>
              <w:bottom w:w="80" w:type="dxa"/>
              <w:right w:w="80" w:type="dxa"/>
            </w:tcMar>
          </w:tcPr>
          <w:p w14:paraId="2AABBCAB" w14:textId="77777777" w:rsidR="00EC7A70" w:rsidRDefault="00EC7A70" w:rsidP="00D420CD">
            <w:r>
              <w:rPr>
                <w:rFonts w:ascii="Roboto Mono" w:hAnsi="Roboto Mono"/>
                <w:b/>
                <w:color w:val="FFFFFF"/>
                <w:sz w:val="16"/>
              </w:rPr>
              <w:t>GET VIDOUT_HDCP OUT1</w:t>
            </w:r>
          </w:p>
        </w:tc>
        <w:tc>
          <w:tcPr>
            <w:tcW w:w="3600" w:type="dxa"/>
            <w:vMerge/>
          </w:tcPr>
          <w:p w14:paraId="1971AA20" w14:textId="77777777" w:rsidR="00EC7A70" w:rsidRDefault="00EC7A70" w:rsidP="00D420CD"/>
        </w:tc>
      </w:tr>
      <w:tr w:rsidR="00EC7A70" w14:paraId="5832ED04" w14:textId="77777777" w:rsidTr="00D420CD">
        <w:trPr>
          <w:jc w:val="center"/>
        </w:trPr>
        <w:tc>
          <w:tcPr>
            <w:tcW w:w="5760" w:type="dxa"/>
            <w:tcMar>
              <w:top w:w="80" w:type="dxa"/>
              <w:left w:w="80" w:type="dxa"/>
              <w:bottom w:w="0" w:type="dxa"/>
              <w:right w:w="80" w:type="dxa"/>
            </w:tcMar>
          </w:tcPr>
          <w:p w14:paraId="48AAEEA4" w14:textId="77777777" w:rsidR="00EC7A70" w:rsidRDefault="00EC7A70" w:rsidP="00D420CD">
            <w:r>
              <w:rPr>
                <w:color w:val="000000"/>
                <w:sz w:val="18"/>
              </w:rPr>
              <w:t>Response Example</w:t>
            </w:r>
          </w:p>
        </w:tc>
        <w:tc>
          <w:tcPr>
            <w:tcW w:w="3600" w:type="dxa"/>
            <w:vMerge/>
          </w:tcPr>
          <w:p w14:paraId="6091E60A" w14:textId="77777777" w:rsidR="00EC7A70" w:rsidRDefault="00EC7A70" w:rsidP="00D420CD"/>
        </w:tc>
      </w:tr>
      <w:tr w:rsidR="00EC7A70" w14:paraId="3CCC77F8" w14:textId="77777777" w:rsidTr="00D420CD">
        <w:trPr>
          <w:jc w:val="center"/>
        </w:trPr>
        <w:tc>
          <w:tcPr>
            <w:tcW w:w="5760" w:type="dxa"/>
            <w:shd w:val="clear" w:color="auto" w:fill="000000"/>
            <w:tcMar>
              <w:top w:w="0" w:type="dxa"/>
              <w:left w:w="80" w:type="dxa"/>
              <w:bottom w:w="80" w:type="dxa"/>
              <w:right w:w="80" w:type="dxa"/>
            </w:tcMar>
          </w:tcPr>
          <w:p w14:paraId="34BB950F" w14:textId="77777777" w:rsidR="00EC7A70" w:rsidRDefault="00EC7A70" w:rsidP="00D420CD">
            <w:r>
              <w:rPr>
                <w:rFonts w:ascii="Roboto Mono" w:hAnsi="Roboto Mono"/>
                <w:b/>
                <w:color w:val="FFFFFF"/>
                <w:sz w:val="16"/>
              </w:rPr>
              <w:t>VIDOUT_HDCP OUT1 HDCP1.4</w:t>
            </w:r>
          </w:p>
        </w:tc>
        <w:tc>
          <w:tcPr>
            <w:tcW w:w="3600" w:type="dxa"/>
            <w:vMerge/>
          </w:tcPr>
          <w:p w14:paraId="1B523BCA" w14:textId="77777777" w:rsidR="00EC7A70" w:rsidRDefault="00EC7A70" w:rsidP="00D420CD"/>
        </w:tc>
      </w:tr>
      <w:tr w:rsidR="00EC7A70" w14:paraId="61467319" w14:textId="77777777" w:rsidTr="00D420CD">
        <w:trPr>
          <w:jc w:val="center"/>
        </w:trPr>
        <w:tc>
          <w:tcPr>
            <w:tcW w:w="9360" w:type="dxa"/>
            <w:gridSpan w:val="2"/>
            <w:shd w:val="clear" w:color="auto" w:fill="E0F6EC"/>
            <w:tcMar>
              <w:top w:w="80" w:type="dxa"/>
              <w:left w:w="80" w:type="dxa"/>
              <w:bottom w:w="80" w:type="dxa"/>
              <w:right w:w="80" w:type="dxa"/>
            </w:tcMar>
          </w:tcPr>
          <w:p w14:paraId="0B2338CB" w14:textId="77777777" w:rsidR="00EC7A70" w:rsidRDefault="00EC7A70" w:rsidP="00D420CD">
            <w:r>
              <w:rPr>
                <w:color w:val="000000"/>
                <w:sz w:val="16"/>
              </w:rPr>
              <w:t xml:space="preserve">Additional Notes: </w:t>
            </w:r>
          </w:p>
        </w:tc>
      </w:tr>
    </w:tbl>
    <w:p w14:paraId="66BA7E7D" w14:textId="56497795" w:rsidR="00EC7A70" w:rsidRDefault="00EC7A70" w:rsidP="00EC7A70"/>
    <w:p w14:paraId="5B7D722F" w14:textId="77777777" w:rsidR="00EC7A70" w:rsidRDefault="00EC7A70">
      <w:r>
        <w:br w:type="page"/>
      </w:r>
    </w:p>
    <w:p w14:paraId="1B937DA5" w14:textId="77777777" w:rsidR="00EC7A70" w:rsidRDefault="00EC7A70" w:rsidP="00EC7A70">
      <w:pPr>
        <w:pStyle w:val="Heading2"/>
      </w:pPr>
      <w:bookmarkStart w:id="31" w:name="_Toc218512792"/>
      <w:r>
        <w:rPr>
          <w:rFonts w:ascii="Roboto" w:hAnsi="Roboto"/>
          <w:color w:val="000000"/>
          <w:sz w:val="28"/>
        </w:rPr>
        <w:lastRenderedPageBreak/>
        <w:t>2.9 Get Input Connection Status</w:t>
      </w:r>
      <w:bookmarkEnd w:id="31"/>
    </w:p>
    <w:p w14:paraId="0447DC91" w14:textId="77777777" w:rsidR="00EC7A70" w:rsidRDefault="00EC7A70" w:rsidP="00EC7A70">
      <w:r>
        <w:rPr>
          <w:rFonts w:ascii="Roboto" w:hAnsi="Roboto"/>
          <w:sz w:val="18"/>
        </w:rPr>
        <w:br/>
        <w:t>Retrieve the connection status of input interfaces.</w:t>
      </w:r>
    </w:p>
    <w:tbl>
      <w:tblPr>
        <w:tblStyle w:val="luka"/>
        <w:tblW w:w="0" w:type="auto"/>
        <w:jc w:val="center"/>
        <w:tblLook w:val="04A0" w:firstRow="1" w:lastRow="0" w:firstColumn="1" w:lastColumn="0" w:noHBand="0" w:noVBand="1"/>
      </w:tblPr>
      <w:tblGrid>
        <w:gridCol w:w="5760"/>
        <w:gridCol w:w="3600"/>
      </w:tblGrid>
      <w:tr w:rsidR="00EC7A70" w14:paraId="57BAB451" w14:textId="77777777" w:rsidTr="00D420CD">
        <w:trPr>
          <w:jc w:val="center"/>
        </w:trPr>
        <w:tc>
          <w:tcPr>
            <w:tcW w:w="5760" w:type="dxa"/>
            <w:tcMar>
              <w:top w:w="80" w:type="dxa"/>
              <w:left w:w="80" w:type="dxa"/>
              <w:bottom w:w="80" w:type="dxa"/>
              <w:right w:w="80" w:type="dxa"/>
            </w:tcMar>
          </w:tcPr>
          <w:p w14:paraId="53E54DF0" w14:textId="77777777" w:rsidR="00EC7A70" w:rsidRDefault="00EC7A70" w:rsidP="00D420CD">
            <w:r>
              <w:rPr>
                <w:color w:val="000000"/>
                <w:sz w:val="18"/>
              </w:rPr>
              <w:t>Command Structure</w:t>
            </w:r>
            <w:r>
              <w:rPr>
                <w:rFonts w:ascii="Roboto Mono" w:hAnsi="Roboto Mono"/>
                <w:b/>
                <w:color w:val="000000"/>
                <w:sz w:val="16"/>
              </w:rPr>
              <w:br/>
              <w:t>GET VIDIN_CONNECT &lt; IN1 | IN2 | ALL &gt;</w:t>
            </w:r>
          </w:p>
        </w:tc>
        <w:tc>
          <w:tcPr>
            <w:tcW w:w="3600" w:type="dxa"/>
            <w:vMerge w:val="restart"/>
            <w:shd w:val="clear" w:color="auto" w:fill="F2F2F2"/>
            <w:tcMar>
              <w:top w:w="80" w:type="dxa"/>
              <w:left w:w="80" w:type="dxa"/>
              <w:bottom w:w="80" w:type="dxa"/>
              <w:right w:w="80" w:type="dxa"/>
            </w:tcMar>
          </w:tcPr>
          <w:p w14:paraId="1EEBD0EC" w14:textId="77777777" w:rsidR="00EC7A70" w:rsidRDefault="00EC7A70" w:rsidP="00D420CD">
            <w:r>
              <w:rPr>
                <w:color w:val="000000"/>
                <w:sz w:val="16"/>
              </w:rPr>
              <w:t>Parameters:</w:t>
            </w:r>
            <w:r>
              <w:rPr>
                <w:color w:val="000000"/>
                <w:sz w:val="16"/>
              </w:rPr>
              <w:br/>
              <w:t>ALL = Retrieve the connection status of all input interfaces.</w:t>
            </w:r>
          </w:p>
        </w:tc>
      </w:tr>
      <w:tr w:rsidR="00EC7A70" w14:paraId="0B4A755D" w14:textId="77777777" w:rsidTr="00D420CD">
        <w:trPr>
          <w:jc w:val="center"/>
        </w:trPr>
        <w:tc>
          <w:tcPr>
            <w:tcW w:w="5760" w:type="dxa"/>
            <w:tcMar>
              <w:top w:w="80" w:type="dxa"/>
              <w:left w:w="80" w:type="dxa"/>
              <w:bottom w:w="80" w:type="dxa"/>
              <w:right w:w="80" w:type="dxa"/>
            </w:tcMar>
          </w:tcPr>
          <w:p w14:paraId="30A46550" w14:textId="77777777" w:rsidR="00EC7A70" w:rsidRDefault="00EC7A70" w:rsidP="00D420CD">
            <w:r>
              <w:rPr>
                <w:color w:val="000000"/>
                <w:sz w:val="18"/>
              </w:rPr>
              <w:t>Response Structure</w:t>
            </w:r>
            <w:r>
              <w:rPr>
                <w:rFonts w:ascii="Roboto Mono" w:hAnsi="Roboto Mono"/>
                <w:b/>
                <w:color w:val="000000"/>
                <w:sz w:val="16"/>
              </w:rPr>
              <w:br/>
              <w:t>VIDIN_CONNECT &lt; IN1 | IN2 &gt; &lt; DISCONNECTED | CONNECTED &gt;</w:t>
            </w:r>
            <w:r>
              <w:rPr>
                <w:rFonts w:ascii="Roboto Mono" w:hAnsi="Roboto Mono"/>
                <w:b/>
                <w:color w:val="000000"/>
                <w:sz w:val="16"/>
              </w:rPr>
              <w:br/>
              <w:t>or</w:t>
            </w:r>
            <w:r>
              <w:rPr>
                <w:rFonts w:ascii="Roboto Mono" w:hAnsi="Roboto Mono"/>
                <w:b/>
                <w:color w:val="000000"/>
                <w:sz w:val="16"/>
              </w:rPr>
              <w:br/>
              <w:t>VIDIN_CONNECT IN1 &lt; DISCONNECTED | CONNECTED &gt;</w:t>
            </w:r>
            <w:r>
              <w:rPr>
                <w:rFonts w:ascii="Roboto Mono" w:hAnsi="Roboto Mono"/>
                <w:b/>
                <w:color w:val="000000"/>
                <w:sz w:val="16"/>
              </w:rPr>
              <w:br/>
              <w:t>VIDIN_CONNECT IN2 &lt; DISCONNECTED | CONNECTED &gt;</w:t>
            </w:r>
          </w:p>
        </w:tc>
        <w:tc>
          <w:tcPr>
            <w:tcW w:w="3600" w:type="dxa"/>
            <w:vMerge/>
          </w:tcPr>
          <w:p w14:paraId="2DCF7865" w14:textId="77777777" w:rsidR="00EC7A70" w:rsidRDefault="00EC7A70" w:rsidP="00D420CD"/>
        </w:tc>
      </w:tr>
      <w:tr w:rsidR="00EC7A70" w14:paraId="42C20DE8" w14:textId="77777777" w:rsidTr="00D420CD">
        <w:trPr>
          <w:jc w:val="center"/>
        </w:trPr>
        <w:tc>
          <w:tcPr>
            <w:tcW w:w="5760" w:type="dxa"/>
            <w:tcMar>
              <w:top w:w="80" w:type="dxa"/>
              <w:left w:w="80" w:type="dxa"/>
              <w:bottom w:w="0" w:type="dxa"/>
              <w:right w:w="80" w:type="dxa"/>
            </w:tcMar>
          </w:tcPr>
          <w:p w14:paraId="42852CE1" w14:textId="77777777" w:rsidR="00EC7A70" w:rsidRDefault="00EC7A70" w:rsidP="00D420CD">
            <w:r>
              <w:rPr>
                <w:color w:val="000000"/>
                <w:sz w:val="18"/>
              </w:rPr>
              <w:t>Command Example</w:t>
            </w:r>
          </w:p>
        </w:tc>
        <w:tc>
          <w:tcPr>
            <w:tcW w:w="3600" w:type="dxa"/>
            <w:vMerge/>
          </w:tcPr>
          <w:p w14:paraId="0A178125" w14:textId="77777777" w:rsidR="00EC7A70" w:rsidRDefault="00EC7A70" w:rsidP="00D420CD"/>
        </w:tc>
      </w:tr>
      <w:tr w:rsidR="00EC7A70" w14:paraId="67B9C945" w14:textId="77777777" w:rsidTr="00D420CD">
        <w:trPr>
          <w:jc w:val="center"/>
        </w:trPr>
        <w:tc>
          <w:tcPr>
            <w:tcW w:w="5760" w:type="dxa"/>
            <w:shd w:val="clear" w:color="auto" w:fill="000000"/>
            <w:tcMar>
              <w:top w:w="0" w:type="dxa"/>
              <w:left w:w="80" w:type="dxa"/>
              <w:bottom w:w="80" w:type="dxa"/>
              <w:right w:w="80" w:type="dxa"/>
            </w:tcMar>
          </w:tcPr>
          <w:p w14:paraId="299C503B" w14:textId="77777777" w:rsidR="00EC7A70" w:rsidRDefault="00EC7A70" w:rsidP="00D420CD">
            <w:r>
              <w:rPr>
                <w:rFonts w:ascii="Roboto Mono" w:hAnsi="Roboto Mono"/>
                <w:b/>
                <w:color w:val="FFFFFF"/>
                <w:sz w:val="16"/>
              </w:rPr>
              <w:t>GET VIDIN_CONNECT IN2</w:t>
            </w:r>
          </w:p>
        </w:tc>
        <w:tc>
          <w:tcPr>
            <w:tcW w:w="3600" w:type="dxa"/>
            <w:vMerge/>
          </w:tcPr>
          <w:p w14:paraId="6CBE9DD4" w14:textId="77777777" w:rsidR="00EC7A70" w:rsidRDefault="00EC7A70" w:rsidP="00D420CD"/>
        </w:tc>
      </w:tr>
      <w:tr w:rsidR="00EC7A70" w14:paraId="32ABBF34" w14:textId="77777777" w:rsidTr="00D420CD">
        <w:trPr>
          <w:jc w:val="center"/>
        </w:trPr>
        <w:tc>
          <w:tcPr>
            <w:tcW w:w="5760" w:type="dxa"/>
            <w:tcMar>
              <w:top w:w="80" w:type="dxa"/>
              <w:left w:w="80" w:type="dxa"/>
              <w:bottom w:w="0" w:type="dxa"/>
              <w:right w:w="80" w:type="dxa"/>
            </w:tcMar>
          </w:tcPr>
          <w:p w14:paraId="5D6B54A0" w14:textId="77777777" w:rsidR="00EC7A70" w:rsidRDefault="00EC7A70" w:rsidP="00D420CD">
            <w:r>
              <w:rPr>
                <w:color w:val="000000"/>
                <w:sz w:val="18"/>
              </w:rPr>
              <w:t>Response Example</w:t>
            </w:r>
          </w:p>
        </w:tc>
        <w:tc>
          <w:tcPr>
            <w:tcW w:w="3600" w:type="dxa"/>
            <w:vMerge/>
          </w:tcPr>
          <w:p w14:paraId="799A61ED" w14:textId="77777777" w:rsidR="00EC7A70" w:rsidRDefault="00EC7A70" w:rsidP="00D420CD"/>
        </w:tc>
      </w:tr>
      <w:tr w:rsidR="00EC7A70" w14:paraId="02F0CE53" w14:textId="77777777" w:rsidTr="00D420CD">
        <w:trPr>
          <w:jc w:val="center"/>
        </w:trPr>
        <w:tc>
          <w:tcPr>
            <w:tcW w:w="5760" w:type="dxa"/>
            <w:shd w:val="clear" w:color="auto" w:fill="000000"/>
            <w:tcMar>
              <w:top w:w="0" w:type="dxa"/>
              <w:left w:w="80" w:type="dxa"/>
              <w:bottom w:w="80" w:type="dxa"/>
              <w:right w:w="80" w:type="dxa"/>
            </w:tcMar>
          </w:tcPr>
          <w:p w14:paraId="01D2FC58" w14:textId="77777777" w:rsidR="00EC7A70" w:rsidRDefault="00EC7A70" w:rsidP="00D420CD">
            <w:r>
              <w:rPr>
                <w:rFonts w:ascii="Roboto Mono" w:hAnsi="Roboto Mono"/>
                <w:b/>
                <w:color w:val="FFFFFF"/>
                <w:sz w:val="16"/>
              </w:rPr>
              <w:t>VIDIN_CONNECT IN2 DISCONNECTED</w:t>
            </w:r>
          </w:p>
        </w:tc>
        <w:tc>
          <w:tcPr>
            <w:tcW w:w="3600" w:type="dxa"/>
            <w:vMerge/>
          </w:tcPr>
          <w:p w14:paraId="16277644" w14:textId="77777777" w:rsidR="00EC7A70" w:rsidRDefault="00EC7A70" w:rsidP="00D420CD"/>
        </w:tc>
      </w:tr>
      <w:tr w:rsidR="00EC7A70" w14:paraId="768C7393" w14:textId="77777777" w:rsidTr="00D420CD">
        <w:trPr>
          <w:jc w:val="center"/>
        </w:trPr>
        <w:tc>
          <w:tcPr>
            <w:tcW w:w="9360" w:type="dxa"/>
            <w:gridSpan w:val="2"/>
            <w:shd w:val="clear" w:color="auto" w:fill="E0F6EC"/>
            <w:tcMar>
              <w:top w:w="80" w:type="dxa"/>
              <w:left w:w="80" w:type="dxa"/>
              <w:bottom w:w="80" w:type="dxa"/>
              <w:right w:w="80" w:type="dxa"/>
            </w:tcMar>
          </w:tcPr>
          <w:p w14:paraId="6B27F26F" w14:textId="77777777" w:rsidR="00EC7A70" w:rsidRDefault="00EC7A70" w:rsidP="00D420CD">
            <w:r>
              <w:rPr>
                <w:color w:val="000000"/>
                <w:sz w:val="16"/>
              </w:rPr>
              <w:t xml:space="preserve">Additional Notes: </w:t>
            </w:r>
          </w:p>
        </w:tc>
      </w:tr>
    </w:tbl>
    <w:p w14:paraId="053ACADD" w14:textId="77777777" w:rsidR="00EC7A70" w:rsidRDefault="00EC7A70" w:rsidP="00EC7A70"/>
    <w:p w14:paraId="3B852886" w14:textId="77777777" w:rsidR="00EC7A70" w:rsidRDefault="00EC7A70" w:rsidP="00EC7A70">
      <w:pPr>
        <w:pStyle w:val="Heading2"/>
      </w:pPr>
      <w:bookmarkStart w:id="32" w:name="_Toc218512793"/>
      <w:r>
        <w:rPr>
          <w:rFonts w:ascii="Roboto" w:hAnsi="Roboto"/>
          <w:color w:val="000000"/>
          <w:sz w:val="28"/>
        </w:rPr>
        <w:t>2.10 Get Input Signal Status</w:t>
      </w:r>
      <w:bookmarkEnd w:id="32"/>
    </w:p>
    <w:p w14:paraId="7E7064E8" w14:textId="77777777" w:rsidR="00EC7A70" w:rsidRDefault="00EC7A70" w:rsidP="00EC7A70">
      <w:r>
        <w:rPr>
          <w:rFonts w:ascii="Roboto" w:hAnsi="Roboto"/>
          <w:sz w:val="18"/>
        </w:rPr>
        <w:br/>
        <w:t>Get the status of input signals.</w:t>
      </w:r>
    </w:p>
    <w:tbl>
      <w:tblPr>
        <w:tblStyle w:val="luka"/>
        <w:tblW w:w="0" w:type="auto"/>
        <w:jc w:val="center"/>
        <w:tblLook w:val="04A0" w:firstRow="1" w:lastRow="0" w:firstColumn="1" w:lastColumn="0" w:noHBand="0" w:noVBand="1"/>
      </w:tblPr>
      <w:tblGrid>
        <w:gridCol w:w="5760"/>
        <w:gridCol w:w="3600"/>
      </w:tblGrid>
      <w:tr w:rsidR="00EC7A70" w14:paraId="0F8BB46C" w14:textId="77777777" w:rsidTr="00D420CD">
        <w:trPr>
          <w:jc w:val="center"/>
        </w:trPr>
        <w:tc>
          <w:tcPr>
            <w:tcW w:w="5760" w:type="dxa"/>
            <w:tcMar>
              <w:top w:w="80" w:type="dxa"/>
              <w:left w:w="80" w:type="dxa"/>
              <w:bottom w:w="80" w:type="dxa"/>
              <w:right w:w="80" w:type="dxa"/>
            </w:tcMar>
          </w:tcPr>
          <w:p w14:paraId="38DC1C61" w14:textId="77777777" w:rsidR="00EC7A70" w:rsidRDefault="00EC7A70" w:rsidP="00D420CD">
            <w:r>
              <w:rPr>
                <w:color w:val="000000"/>
                <w:sz w:val="18"/>
              </w:rPr>
              <w:t>Command Structure</w:t>
            </w:r>
            <w:r>
              <w:rPr>
                <w:rFonts w:ascii="Roboto Mono" w:hAnsi="Roboto Mono"/>
                <w:b/>
                <w:color w:val="000000"/>
                <w:sz w:val="16"/>
              </w:rPr>
              <w:br/>
              <w:t>GET VIDIN_SIG &lt; IN1 | IN2 | BYOD1 | BYOD2 | ALL &gt;</w:t>
            </w:r>
          </w:p>
        </w:tc>
        <w:tc>
          <w:tcPr>
            <w:tcW w:w="3600" w:type="dxa"/>
            <w:vMerge w:val="restart"/>
            <w:shd w:val="clear" w:color="auto" w:fill="F2F2F2"/>
            <w:tcMar>
              <w:top w:w="80" w:type="dxa"/>
              <w:left w:w="80" w:type="dxa"/>
              <w:bottom w:w="80" w:type="dxa"/>
              <w:right w:w="80" w:type="dxa"/>
            </w:tcMar>
          </w:tcPr>
          <w:p w14:paraId="6F399811" w14:textId="77777777" w:rsidR="00EC7A70" w:rsidRDefault="00EC7A70" w:rsidP="00D420CD">
            <w:r>
              <w:rPr>
                <w:color w:val="000000"/>
                <w:sz w:val="16"/>
              </w:rPr>
              <w:t>Parameters:</w:t>
            </w:r>
            <w:r>
              <w:rPr>
                <w:color w:val="000000"/>
                <w:sz w:val="16"/>
              </w:rPr>
              <w:br/>
              <w:t>ALL = Get the status of all input signals</w:t>
            </w:r>
          </w:p>
        </w:tc>
      </w:tr>
      <w:tr w:rsidR="00EC7A70" w14:paraId="5B54F23C" w14:textId="77777777" w:rsidTr="00D420CD">
        <w:trPr>
          <w:jc w:val="center"/>
        </w:trPr>
        <w:tc>
          <w:tcPr>
            <w:tcW w:w="5760" w:type="dxa"/>
            <w:tcMar>
              <w:top w:w="80" w:type="dxa"/>
              <w:left w:w="80" w:type="dxa"/>
              <w:bottom w:w="80" w:type="dxa"/>
              <w:right w:w="80" w:type="dxa"/>
            </w:tcMar>
          </w:tcPr>
          <w:p w14:paraId="7D954A9A" w14:textId="77777777" w:rsidR="00EC7A70" w:rsidRDefault="00EC7A70" w:rsidP="00D420CD">
            <w:r>
              <w:rPr>
                <w:color w:val="000000"/>
                <w:sz w:val="18"/>
              </w:rPr>
              <w:t>Response Structure</w:t>
            </w:r>
            <w:r>
              <w:rPr>
                <w:rFonts w:ascii="Roboto Mono" w:hAnsi="Roboto Mono"/>
                <w:b/>
                <w:color w:val="000000"/>
                <w:sz w:val="16"/>
              </w:rPr>
              <w:br/>
              <w:t>VIDIN_SIG &lt; IN1 | IN2 | BYOD1 | BYOD2 &gt; &lt; NO | VALID &gt;</w:t>
            </w:r>
            <w:r>
              <w:rPr>
                <w:rFonts w:ascii="Roboto Mono" w:hAnsi="Roboto Mono"/>
                <w:b/>
                <w:color w:val="000000"/>
                <w:sz w:val="16"/>
              </w:rPr>
              <w:br/>
              <w:t>or</w:t>
            </w:r>
            <w:r>
              <w:rPr>
                <w:rFonts w:ascii="Roboto Mono" w:hAnsi="Roboto Mono"/>
                <w:b/>
                <w:color w:val="000000"/>
                <w:sz w:val="16"/>
              </w:rPr>
              <w:br/>
              <w:t>VIDIN_SIG IN1 &lt; NO | VALID &gt;</w:t>
            </w:r>
            <w:r>
              <w:rPr>
                <w:rFonts w:ascii="Roboto Mono" w:hAnsi="Roboto Mono"/>
                <w:b/>
                <w:color w:val="000000"/>
                <w:sz w:val="16"/>
              </w:rPr>
              <w:br/>
              <w:t>VIDIN_SIG IN2 &lt; NO | VALID &gt;</w:t>
            </w:r>
            <w:r>
              <w:rPr>
                <w:rFonts w:ascii="Roboto Mono" w:hAnsi="Roboto Mono"/>
                <w:b/>
                <w:color w:val="000000"/>
                <w:sz w:val="16"/>
              </w:rPr>
              <w:br/>
              <w:t>VIDIN_SIG BYOD1 &lt; NO | VALID &gt;</w:t>
            </w:r>
            <w:r>
              <w:rPr>
                <w:rFonts w:ascii="Roboto Mono" w:hAnsi="Roboto Mono"/>
                <w:b/>
                <w:color w:val="000000"/>
                <w:sz w:val="16"/>
              </w:rPr>
              <w:br/>
              <w:t>VIDIN_SIG BYOD2 &lt; NO | VALID &gt;</w:t>
            </w:r>
          </w:p>
        </w:tc>
        <w:tc>
          <w:tcPr>
            <w:tcW w:w="3600" w:type="dxa"/>
            <w:vMerge/>
          </w:tcPr>
          <w:p w14:paraId="635BFF10" w14:textId="77777777" w:rsidR="00EC7A70" w:rsidRDefault="00EC7A70" w:rsidP="00D420CD"/>
        </w:tc>
      </w:tr>
      <w:tr w:rsidR="00EC7A70" w14:paraId="418E4B0A" w14:textId="77777777" w:rsidTr="00D420CD">
        <w:trPr>
          <w:jc w:val="center"/>
        </w:trPr>
        <w:tc>
          <w:tcPr>
            <w:tcW w:w="5760" w:type="dxa"/>
            <w:tcMar>
              <w:top w:w="80" w:type="dxa"/>
              <w:left w:w="80" w:type="dxa"/>
              <w:bottom w:w="0" w:type="dxa"/>
              <w:right w:w="80" w:type="dxa"/>
            </w:tcMar>
          </w:tcPr>
          <w:p w14:paraId="64DDD770" w14:textId="77777777" w:rsidR="00EC7A70" w:rsidRDefault="00EC7A70" w:rsidP="00D420CD">
            <w:r>
              <w:rPr>
                <w:color w:val="000000"/>
                <w:sz w:val="18"/>
              </w:rPr>
              <w:t>Command Example</w:t>
            </w:r>
          </w:p>
        </w:tc>
        <w:tc>
          <w:tcPr>
            <w:tcW w:w="3600" w:type="dxa"/>
            <w:vMerge/>
          </w:tcPr>
          <w:p w14:paraId="2D9ED641" w14:textId="77777777" w:rsidR="00EC7A70" w:rsidRDefault="00EC7A70" w:rsidP="00D420CD"/>
        </w:tc>
      </w:tr>
      <w:tr w:rsidR="00EC7A70" w14:paraId="64E3FAAE" w14:textId="77777777" w:rsidTr="00D420CD">
        <w:trPr>
          <w:jc w:val="center"/>
        </w:trPr>
        <w:tc>
          <w:tcPr>
            <w:tcW w:w="5760" w:type="dxa"/>
            <w:shd w:val="clear" w:color="auto" w:fill="000000"/>
            <w:tcMar>
              <w:top w:w="0" w:type="dxa"/>
              <w:left w:w="80" w:type="dxa"/>
              <w:bottom w:w="80" w:type="dxa"/>
              <w:right w:w="80" w:type="dxa"/>
            </w:tcMar>
          </w:tcPr>
          <w:p w14:paraId="0AE186CB" w14:textId="77777777" w:rsidR="00EC7A70" w:rsidRDefault="00EC7A70" w:rsidP="00D420CD">
            <w:r>
              <w:rPr>
                <w:rFonts w:ascii="Roboto Mono" w:hAnsi="Roboto Mono"/>
                <w:b/>
                <w:color w:val="FFFFFF"/>
                <w:sz w:val="16"/>
              </w:rPr>
              <w:t>GET VIDIN_SIG IN2</w:t>
            </w:r>
          </w:p>
        </w:tc>
        <w:tc>
          <w:tcPr>
            <w:tcW w:w="3600" w:type="dxa"/>
            <w:vMerge/>
          </w:tcPr>
          <w:p w14:paraId="08FCCA27" w14:textId="77777777" w:rsidR="00EC7A70" w:rsidRDefault="00EC7A70" w:rsidP="00D420CD"/>
        </w:tc>
      </w:tr>
      <w:tr w:rsidR="00EC7A70" w14:paraId="39274B1B" w14:textId="77777777" w:rsidTr="00D420CD">
        <w:trPr>
          <w:jc w:val="center"/>
        </w:trPr>
        <w:tc>
          <w:tcPr>
            <w:tcW w:w="5760" w:type="dxa"/>
            <w:tcMar>
              <w:top w:w="80" w:type="dxa"/>
              <w:left w:w="80" w:type="dxa"/>
              <w:bottom w:w="0" w:type="dxa"/>
              <w:right w:w="80" w:type="dxa"/>
            </w:tcMar>
          </w:tcPr>
          <w:p w14:paraId="1914CE1D" w14:textId="77777777" w:rsidR="00EC7A70" w:rsidRDefault="00EC7A70" w:rsidP="00D420CD">
            <w:r>
              <w:rPr>
                <w:color w:val="000000"/>
                <w:sz w:val="18"/>
              </w:rPr>
              <w:t>Response Example</w:t>
            </w:r>
          </w:p>
        </w:tc>
        <w:tc>
          <w:tcPr>
            <w:tcW w:w="3600" w:type="dxa"/>
            <w:vMerge/>
          </w:tcPr>
          <w:p w14:paraId="4E33ED66" w14:textId="77777777" w:rsidR="00EC7A70" w:rsidRDefault="00EC7A70" w:rsidP="00D420CD"/>
        </w:tc>
      </w:tr>
      <w:tr w:rsidR="00EC7A70" w14:paraId="51FEE83C" w14:textId="77777777" w:rsidTr="00D420CD">
        <w:trPr>
          <w:jc w:val="center"/>
        </w:trPr>
        <w:tc>
          <w:tcPr>
            <w:tcW w:w="5760" w:type="dxa"/>
            <w:shd w:val="clear" w:color="auto" w:fill="000000"/>
            <w:tcMar>
              <w:top w:w="0" w:type="dxa"/>
              <w:left w:w="80" w:type="dxa"/>
              <w:bottom w:w="80" w:type="dxa"/>
              <w:right w:w="80" w:type="dxa"/>
            </w:tcMar>
          </w:tcPr>
          <w:p w14:paraId="3379179C" w14:textId="77777777" w:rsidR="00EC7A70" w:rsidRDefault="00EC7A70" w:rsidP="00D420CD">
            <w:r>
              <w:rPr>
                <w:rFonts w:ascii="Roboto Mono" w:hAnsi="Roboto Mono"/>
                <w:b/>
                <w:color w:val="FFFFFF"/>
                <w:sz w:val="16"/>
              </w:rPr>
              <w:t>VIDIN_SIG IN2 VALID</w:t>
            </w:r>
          </w:p>
        </w:tc>
        <w:tc>
          <w:tcPr>
            <w:tcW w:w="3600" w:type="dxa"/>
            <w:vMerge/>
          </w:tcPr>
          <w:p w14:paraId="478B9C7B" w14:textId="77777777" w:rsidR="00EC7A70" w:rsidRDefault="00EC7A70" w:rsidP="00D420CD"/>
        </w:tc>
      </w:tr>
      <w:tr w:rsidR="00EC7A70" w14:paraId="5A67A204" w14:textId="77777777" w:rsidTr="00D420CD">
        <w:trPr>
          <w:jc w:val="center"/>
        </w:trPr>
        <w:tc>
          <w:tcPr>
            <w:tcW w:w="9360" w:type="dxa"/>
            <w:gridSpan w:val="2"/>
            <w:shd w:val="clear" w:color="auto" w:fill="E0F6EC"/>
            <w:tcMar>
              <w:top w:w="80" w:type="dxa"/>
              <w:left w:w="80" w:type="dxa"/>
              <w:bottom w:w="80" w:type="dxa"/>
              <w:right w:w="80" w:type="dxa"/>
            </w:tcMar>
          </w:tcPr>
          <w:p w14:paraId="3B201F90" w14:textId="77777777" w:rsidR="00EC7A70" w:rsidRDefault="00EC7A70" w:rsidP="00D420CD">
            <w:r>
              <w:rPr>
                <w:color w:val="000000"/>
                <w:sz w:val="16"/>
              </w:rPr>
              <w:t xml:space="preserve">Additional Notes: </w:t>
            </w:r>
          </w:p>
        </w:tc>
      </w:tr>
    </w:tbl>
    <w:p w14:paraId="54BF50F6" w14:textId="53B49162" w:rsidR="00EC7A70" w:rsidRDefault="00EC7A70" w:rsidP="00EC7A70"/>
    <w:p w14:paraId="513A438D" w14:textId="77777777" w:rsidR="00EC7A70" w:rsidRDefault="00EC7A70">
      <w:r>
        <w:br w:type="page"/>
      </w:r>
    </w:p>
    <w:p w14:paraId="4A91E195" w14:textId="77777777" w:rsidR="00EC7A70" w:rsidRDefault="00EC7A70" w:rsidP="00EC7A70">
      <w:pPr>
        <w:pStyle w:val="Heading2"/>
      </w:pPr>
      <w:bookmarkStart w:id="33" w:name="_Toc218512794"/>
      <w:r>
        <w:rPr>
          <w:rFonts w:ascii="Roboto" w:hAnsi="Roboto"/>
          <w:color w:val="000000"/>
          <w:sz w:val="28"/>
        </w:rPr>
        <w:lastRenderedPageBreak/>
        <w:t>2.11 Get Input Video Format</w:t>
      </w:r>
      <w:bookmarkEnd w:id="33"/>
    </w:p>
    <w:p w14:paraId="5987E067" w14:textId="77777777" w:rsidR="00EC7A70" w:rsidRDefault="00EC7A70" w:rsidP="00EC7A70">
      <w:r>
        <w:rPr>
          <w:rFonts w:ascii="Roboto" w:hAnsi="Roboto"/>
          <w:sz w:val="18"/>
        </w:rPr>
        <w:br/>
        <w:t xml:space="preserve">Retrieve the video format of </w:t>
      </w:r>
      <w:proofErr w:type="gramStart"/>
      <w:r>
        <w:rPr>
          <w:rFonts w:ascii="Roboto" w:hAnsi="Roboto"/>
          <w:sz w:val="18"/>
        </w:rPr>
        <w:t>the input</w:t>
      </w:r>
      <w:proofErr w:type="gramEnd"/>
      <w:r>
        <w:rPr>
          <w:rFonts w:ascii="Roboto" w:hAnsi="Roboto"/>
          <w:sz w:val="18"/>
        </w:rPr>
        <w:t xml:space="preserve"> signal.</w:t>
      </w:r>
    </w:p>
    <w:tbl>
      <w:tblPr>
        <w:tblStyle w:val="luka"/>
        <w:tblW w:w="0" w:type="auto"/>
        <w:jc w:val="center"/>
        <w:tblLook w:val="04A0" w:firstRow="1" w:lastRow="0" w:firstColumn="1" w:lastColumn="0" w:noHBand="0" w:noVBand="1"/>
      </w:tblPr>
      <w:tblGrid>
        <w:gridCol w:w="5223"/>
        <w:gridCol w:w="4297"/>
      </w:tblGrid>
      <w:tr w:rsidR="00EC7A70" w14:paraId="3EC665DB" w14:textId="77777777" w:rsidTr="00D420CD">
        <w:trPr>
          <w:jc w:val="center"/>
        </w:trPr>
        <w:tc>
          <w:tcPr>
            <w:tcW w:w="5760" w:type="dxa"/>
            <w:tcMar>
              <w:top w:w="80" w:type="dxa"/>
              <w:left w:w="80" w:type="dxa"/>
              <w:bottom w:w="80" w:type="dxa"/>
              <w:right w:w="80" w:type="dxa"/>
            </w:tcMar>
          </w:tcPr>
          <w:p w14:paraId="4CB8B000" w14:textId="77777777" w:rsidR="00EC7A70" w:rsidRDefault="00EC7A70" w:rsidP="00D420CD">
            <w:r>
              <w:rPr>
                <w:color w:val="000000"/>
                <w:sz w:val="18"/>
              </w:rPr>
              <w:t>Command Structure</w:t>
            </w:r>
            <w:r>
              <w:rPr>
                <w:rFonts w:ascii="Roboto Mono" w:hAnsi="Roboto Mono"/>
                <w:b/>
                <w:color w:val="000000"/>
                <w:sz w:val="16"/>
              </w:rPr>
              <w:br/>
              <w:t>GET VIDIN_FORMAT &lt; IN1 | IN2 | BYOD1 | BYOD2 | ALL &gt;</w:t>
            </w:r>
          </w:p>
        </w:tc>
        <w:tc>
          <w:tcPr>
            <w:tcW w:w="3600" w:type="dxa"/>
            <w:vMerge w:val="restart"/>
            <w:shd w:val="clear" w:color="auto" w:fill="F2F2F2"/>
            <w:tcMar>
              <w:top w:w="80" w:type="dxa"/>
              <w:left w:w="80" w:type="dxa"/>
              <w:bottom w:w="80" w:type="dxa"/>
              <w:right w:w="80" w:type="dxa"/>
            </w:tcMar>
          </w:tcPr>
          <w:p w14:paraId="6444CF02" w14:textId="77777777" w:rsidR="00EC7A70" w:rsidRDefault="00EC7A70" w:rsidP="00D420CD">
            <w:r>
              <w:rPr>
                <w:color w:val="000000"/>
                <w:sz w:val="16"/>
              </w:rPr>
              <w:t>Parameters:</w:t>
            </w:r>
            <w:r>
              <w:rPr>
                <w:color w:val="000000"/>
                <w:sz w:val="16"/>
              </w:rPr>
              <w:br/>
              <w:t>ALL = Get the video formats of all input interfaces</w:t>
            </w:r>
            <w:r>
              <w:rPr>
                <w:color w:val="000000"/>
                <w:sz w:val="16"/>
              </w:rPr>
              <w:br/>
              <w:t>INVALID = No valid video signal detected on the input interface</w:t>
            </w:r>
            <w:r>
              <w:rPr>
                <w:color w:val="000000"/>
                <w:sz w:val="16"/>
              </w:rPr>
              <w:br/>
            </w:r>
            <w:r>
              <w:rPr>
                <w:color w:val="000000"/>
                <w:sz w:val="16"/>
              </w:rPr>
              <w:br/>
              <w:t xml:space="preserve">The format of the parameter </w:t>
            </w:r>
            <w:proofErr w:type="spellStart"/>
            <w:r>
              <w:rPr>
                <w:color w:val="000000"/>
                <w:sz w:val="16"/>
              </w:rPr>
              <w:t>VideoFormat</w:t>
            </w:r>
            <w:proofErr w:type="spellEnd"/>
            <w:r>
              <w:rPr>
                <w:color w:val="000000"/>
                <w:sz w:val="16"/>
              </w:rPr>
              <w:t>:</w:t>
            </w:r>
            <w:r>
              <w:rPr>
                <w:color w:val="000000"/>
                <w:sz w:val="16"/>
              </w:rPr>
              <w:br/>
              <w:t xml:space="preserve">&lt; </w:t>
            </w:r>
            <w:proofErr w:type="spellStart"/>
            <w:r>
              <w:rPr>
                <w:color w:val="000000"/>
                <w:sz w:val="16"/>
              </w:rPr>
              <w:t>WidthXHeight</w:t>
            </w:r>
            <w:proofErr w:type="spellEnd"/>
            <w:r>
              <w:rPr>
                <w:color w:val="000000"/>
                <w:sz w:val="16"/>
              </w:rPr>
              <w:t>[P],</w:t>
            </w:r>
            <w:proofErr w:type="spellStart"/>
            <w:r>
              <w:rPr>
                <w:color w:val="000000"/>
                <w:sz w:val="16"/>
              </w:rPr>
              <w:t>FrameRate;HDRInfo;EncMode;ColorDepth</w:t>
            </w:r>
            <w:proofErr w:type="spellEnd"/>
            <w:r>
              <w:rPr>
                <w:color w:val="000000"/>
                <w:sz w:val="16"/>
              </w:rPr>
              <w:t xml:space="preserve"> &gt;</w:t>
            </w:r>
            <w:r>
              <w:rPr>
                <w:color w:val="000000"/>
                <w:sz w:val="16"/>
              </w:rPr>
              <w:br/>
            </w:r>
            <w:r>
              <w:rPr>
                <w:color w:val="000000"/>
                <w:sz w:val="16"/>
              </w:rPr>
              <w:br/>
              <w:t>The value and meaning of each field are as follows:</w:t>
            </w:r>
            <w:r>
              <w:rPr>
                <w:color w:val="000000"/>
                <w:sz w:val="16"/>
              </w:rPr>
              <w:br/>
              <w:t>- Width = The width of the video (pixels)</w:t>
            </w:r>
            <w:r>
              <w:rPr>
                <w:color w:val="000000"/>
                <w:sz w:val="16"/>
              </w:rPr>
              <w:br/>
              <w:t>- Height = The height of the video (pixels)</w:t>
            </w:r>
            <w:r>
              <w:rPr>
                <w:color w:val="000000"/>
                <w:sz w:val="16"/>
              </w:rPr>
              <w:br/>
              <w:t>- P = Progressive scan format</w:t>
            </w:r>
            <w:r>
              <w:rPr>
                <w:color w:val="000000"/>
                <w:sz w:val="16"/>
              </w:rPr>
              <w:br/>
              <w:t xml:space="preserve">- </w:t>
            </w:r>
            <w:proofErr w:type="spellStart"/>
            <w:r>
              <w:rPr>
                <w:color w:val="000000"/>
                <w:sz w:val="16"/>
              </w:rPr>
              <w:t>FrameRate</w:t>
            </w:r>
            <w:proofErr w:type="spellEnd"/>
            <w:r>
              <w:rPr>
                <w:color w:val="000000"/>
                <w:sz w:val="16"/>
              </w:rPr>
              <w:t xml:space="preserve"> = Frame rate (frames per second)</w:t>
            </w:r>
            <w:r>
              <w:rPr>
                <w:color w:val="000000"/>
                <w:sz w:val="16"/>
              </w:rPr>
              <w:br/>
              <w:t xml:space="preserve">- </w:t>
            </w:r>
            <w:proofErr w:type="spellStart"/>
            <w:r>
              <w:rPr>
                <w:color w:val="000000"/>
                <w:sz w:val="16"/>
              </w:rPr>
              <w:t>HDRInfo</w:t>
            </w:r>
            <w:proofErr w:type="spellEnd"/>
            <w:r>
              <w:rPr>
                <w:color w:val="000000"/>
                <w:sz w:val="16"/>
              </w:rPr>
              <w:t xml:space="preserve"> = HDR information. The device does not support HDR, so this value is always NONE HDR.</w:t>
            </w:r>
            <w:r>
              <w:rPr>
                <w:color w:val="000000"/>
                <w:sz w:val="16"/>
              </w:rPr>
              <w:br/>
              <w:t xml:space="preserve">- </w:t>
            </w:r>
            <w:proofErr w:type="spellStart"/>
            <w:r>
              <w:rPr>
                <w:color w:val="000000"/>
                <w:sz w:val="16"/>
              </w:rPr>
              <w:t>EncMode</w:t>
            </w:r>
            <w:proofErr w:type="spellEnd"/>
            <w:r>
              <w:rPr>
                <w:color w:val="000000"/>
                <w:sz w:val="16"/>
              </w:rPr>
              <w:t xml:space="preserve"> = Encoding/color mode. Available values: RGB, YUV444, YUV422, H.264</w:t>
            </w:r>
            <w:r>
              <w:rPr>
                <w:color w:val="000000"/>
                <w:sz w:val="16"/>
              </w:rPr>
              <w:br/>
              <w:t xml:space="preserve">- </w:t>
            </w:r>
            <w:proofErr w:type="spellStart"/>
            <w:r>
              <w:rPr>
                <w:color w:val="000000"/>
                <w:sz w:val="16"/>
              </w:rPr>
              <w:t>ColorDepth</w:t>
            </w:r>
            <w:proofErr w:type="spellEnd"/>
            <w:r>
              <w:rPr>
                <w:color w:val="000000"/>
                <w:sz w:val="16"/>
              </w:rPr>
              <w:t xml:space="preserve"> = Color depth. Currently only 8BIT is supported.</w:t>
            </w:r>
            <w:r>
              <w:rPr>
                <w:color w:val="000000"/>
                <w:sz w:val="16"/>
              </w:rPr>
              <w:br/>
              <w:t xml:space="preserve">- An actual example of </w:t>
            </w:r>
            <w:proofErr w:type="spellStart"/>
            <w:r>
              <w:rPr>
                <w:color w:val="000000"/>
                <w:sz w:val="16"/>
              </w:rPr>
              <w:t>VideoFormat</w:t>
            </w:r>
            <w:proofErr w:type="spellEnd"/>
            <w:r>
              <w:rPr>
                <w:color w:val="000000"/>
                <w:sz w:val="16"/>
              </w:rPr>
              <w:t>:</w:t>
            </w:r>
            <w:r>
              <w:rPr>
                <w:color w:val="000000"/>
                <w:sz w:val="16"/>
              </w:rPr>
              <w:br/>
              <w:t>1920X1080P,</w:t>
            </w:r>
            <w:proofErr w:type="gramStart"/>
            <w:r>
              <w:rPr>
                <w:color w:val="000000"/>
                <w:sz w:val="16"/>
              </w:rPr>
              <w:t>60;NONE</w:t>
            </w:r>
            <w:proofErr w:type="gramEnd"/>
            <w:r>
              <w:rPr>
                <w:color w:val="000000"/>
                <w:sz w:val="16"/>
              </w:rPr>
              <w:t xml:space="preserve"> </w:t>
            </w:r>
            <w:proofErr w:type="gramStart"/>
            <w:r>
              <w:rPr>
                <w:color w:val="000000"/>
                <w:sz w:val="16"/>
              </w:rPr>
              <w:t>HDR;RGB</w:t>
            </w:r>
            <w:proofErr w:type="gramEnd"/>
            <w:r>
              <w:rPr>
                <w:color w:val="000000"/>
                <w:sz w:val="16"/>
              </w:rPr>
              <w:t>;8BIT</w:t>
            </w:r>
          </w:p>
        </w:tc>
      </w:tr>
      <w:tr w:rsidR="00EC7A70" w14:paraId="416CA4B0" w14:textId="77777777" w:rsidTr="00D420CD">
        <w:trPr>
          <w:jc w:val="center"/>
        </w:trPr>
        <w:tc>
          <w:tcPr>
            <w:tcW w:w="5760" w:type="dxa"/>
            <w:tcMar>
              <w:top w:w="80" w:type="dxa"/>
              <w:left w:w="80" w:type="dxa"/>
              <w:bottom w:w="80" w:type="dxa"/>
              <w:right w:w="80" w:type="dxa"/>
            </w:tcMar>
          </w:tcPr>
          <w:p w14:paraId="5C3E4C23" w14:textId="77777777" w:rsidR="00EC7A70" w:rsidRDefault="00EC7A70" w:rsidP="00D420CD">
            <w:r>
              <w:rPr>
                <w:color w:val="000000"/>
                <w:sz w:val="18"/>
              </w:rPr>
              <w:t>Response Structure</w:t>
            </w:r>
            <w:r>
              <w:rPr>
                <w:rFonts w:ascii="Roboto Mono" w:hAnsi="Roboto Mono"/>
                <w:b/>
                <w:color w:val="000000"/>
                <w:sz w:val="16"/>
              </w:rPr>
              <w:br/>
              <w:t xml:space="preserve">VIDIN_FORMAT &lt; IN1 | IN2 | BYOD1 | BYOD2 &gt; &lt; INVALID | </w:t>
            </w:r>
            <w:proofErr w:type="spellStart"/>
            <w:r>
              <w:rPr>
                <w:rFonts w:ascii="Roboto Mono" w:hAnsi="Roboto Mono"/>
                <w:b/>
                <w:color w:val="000000"/>
                <w:sz w:val="16"/>
              </w:rPr>
              <w:t>VideoFormat</w:t>
            </w:r>
            <w:proofErr w:type="spellEnd"/>
            <w:r>
              <w:rPr>
                <w:rFonts w:ascii="Roboto Mono" w:hAnsi="Roboto Mono"/>
                <w:b/>
                <w:color w:val="000000"/>
                <w:sz w:val="16"/>
              </w:rPr>
              <w:t xml:space="preserve"> &gt;</w:t>
            </w:r>
            <w:r>
              <w:rPr>
                <w:rFonts w:ascii="Roboto Mono" w:hAnsi="Roboto Mono"/>
                <w:b/>
                <w:color w:val="000000"/>
                <w:sz w:val="16"/>
              </w:rPr>
              <w:br/>
              <w:t>or</w:t>
            </w:r>
            <w:r>
              <w:rPr>
                <w:rFonts w:ascii="Roboto Mono" w:hAnsi="Roboto Mono"/>
                <w:b/>
                <w:color w:val="000000"/>
                <w:sz w:val="16"/>
              </w:rPr>
              <w:br/>
              <w:t xml:space="preserve">VIDIN_FORMAT IN1 &lt; INVALID | </w:t>
            </w:r>
            <w:proofErr w:type="spellStart"/>
            <w:r>
              <w:rPr>
                <w:rFonts w:ascii="Roboto Mono" w:hAnsi="Roboto Mono"/>
                <w:b/>
                <w:color w:val="000000"/>
                <w:sz w:val="16"/>
              </w:rPr>
              <w:t>VideoFormat</w:t>
            </w:r>
            <w:proofErr w:type="spellEnd"/>
            <w:r>
              <w:rPr>
                <w:rFonts w:ascii="Roboto Mono" w:hAnsi="Roboto Mono"/>
                <w:b/>
                <w:color w:val="000000"/>
                <w:sz w:val="16"/>
              </w:rPr>
              <w:t xml:space="preserve"> &gt;</w:t>
            </w:r>
            <w:r>
              <w:rPr>
                <w:rFonts w:ascii="Roboto Mono" w:hAnsi="Roboto Mono"/>
                <w:b/>
                <w:color w:val="000000"/>
                <w:sz w:val="16"/>
              </w:rPr>
              <w:br/>
              <w:t xml:space="preserve">VIDIN_FORMAT IN2 &lt; INVALID | </w:t>
            </w:r>
            <w:proofErr w:type="spellStart"/>
            <w:r>
              <w:rPr>
                <w:rFonts w:ascii="Roboto Mono" w:hAnsi="Roboto Mono"/>
                <w:b/>
                <w:color w:val="000000"/>
                <w:sz w:val="16"/>
              </w:rPr>
              <w:t>VideoFormat</w:t>
            </w:r>
            <w:proofErr w:type="spellEnd"/>
            <w:r>
              <w:rPr>
                <w:rFonts w:ascii="Roboto Mono" w:hAnsi="Roboto Mono"/>
                <w:b/>
                <w:color w:val="000000"/>
                <w:sz w:val="16"/>
              </w:rPr>
              <w:t xml:space="preserve"> &gt;</w:t>
            </w:r>
            <w:r>
              <w:rPr>
                <w:rFonts w:ascii="Roboto Mono" w:hAnsi="Roboto Mono"/>
                <w:b/>
                <w:color w:val="000000"/>
                <w:sz w:val="16"/>
              </w:rPr>
              <w:br/>
              <w:t xml:space="preserve">VIDIN_FORMAT BYOD1 &lt; INVALID | </w:t>
            </w:r>
            <w:proofErr w:type="spellStart"/>
            <w:r>
              <w:rPr>
                <w:rFonts w:ascii="Roboto Mono" w:hAnsi="Roboto Mono"/>
                <w:b/>
                <w:color w:val="000000"/>
                <w:sz w:val="16"/>
              </w:rPr>
              <w:t>VideoFormat</w:t>
            </w:r>
            <w:proofErr w:type="spellEnd"/>
            <w:r>
              <w:rPr>
                <w:rFonts w:ascii="Roboto Mono" w:hAnsi="Roboto Mono"/>
                <w:b/>
                <w:color w:val="000000"/>
                <w:sz w:val="16"/>
              </w:rPr>
              <w:t xml:space="preserve"> &gt;</w:t>
            </w:r>
            <w:r>
              <w:rPr>
                <w:rFonts w:ascii="Roboto Mono" w:hAnsi="Roboto Mono"/>
                <w:b/>
                <w:color w:val="000000"/>
                <w:sz w:val="16"/>
              </w:rPr>
              <w:br/>
              <w:t xml:space="preserve">VIDIN_FORMAT BYOD2 &lt; INVALID | </w:t>
            </w:r>
            <w:proofErr w:type="spellStart"/>
            <w:r>
              <w:rPr>
                <w:rFonts w:ascii="Roboto Mono" w:hAnsi="Roboto Mono"/>
                <w:b/>
                <w:color w:val="000000"/>
                <w:sz w:val="16"/>
              </w:rPr>
              <w:t>VideoFormat</w:t>
            </w:r>
            <w:proofErr w:type="spellEnd"/>
            <w:r>
              <w:rPr>
                <w:rFonts w:ascii="Roboto Mono" w:hAnsi="Roboto Mono"/>
                <w:b/>
                <w:color w:val="000000"/>
                <w:sz w:val="16"/>
              </w:rPr>
              <w:t xml:space="preserve"> &gt;</w:t>
            </w:r>
          </w:p>
        </w:tc>
        <w:tc>
          <w:tcPr>
            <w:tcW w:w="3600" w:type="dxa"/>
            <w:vMerge/>
          </w:tcPr>
          <w:p w14:paraId="5CFBC2CA" w14:textId="77777777" w:rsidR="00EC7A70" w:rsidRDefault="00EC7A70" w:rsidP="00D420CD"/>
        </w:tc>
      </w:tr>
      <w:tr w:rsidR="00EC7A70" w14:paraId="6397B0E2" w14:textId="77777777" w:rsidTr="00D420CD">
        <w:trPr>
          <w:jc w:val="center"/>
        </w:trPr>
        <w:tc>
          <w:tcPr>
            <w:tcW w:w="5760" w:type="dxa"/>
            <w:tcMar>
              <w:top w:w="80" w:type="dxa"/>
              <w:left w:w="80" w:type="dxa"/>
              <w:bottom w:w="0" w:type="dxa"/>
              <w:right w:w="80" w:type="dxa"/>
            </w:tcMar>
          </w:tcPr>
          <w:p w14:paraId="7FF6BD97" w14:textId="77777777" w:rsidR="00EC7A70" w:rsidRDefault="00EC7A70" w:rsidP="00D420CD">
            <w:r>
              <w:rPr>
                <w:color w:val="000000"/>
                <w:sz w:val="18"/>
              </w:rPr>
              <w:t>Command Example</w:t>
            </w:r>
          </w:p>
        </w:tc>
        <w:tc>
          <w:tcPr>
            <w:tcW w:w="3600" w:type="dxa"/>
            <w:vMerge/>
          </w:tcPr>
          <w:p w14:paraId="37D438E6" w14:textId="77777777" w:rsidR="00EC7A70" w:rsidRDefault="00EC7A70" w:rsidP="00D420CD"/>
        </w:tc>
      </w:tr>
      <w:tr w:rsidR="00EC7A70" w14:paraId="6888C6D9" w14:textId="77777777" w:rsidTr="00D420CD">
        <w:trPr>
          <w:jc w:val="center"/>
        </w:trPr>
        <w:tc>
          <w:tcPr>
            <w:tcW w:w="5760" w:type="dxa"/>
            <w:shd w:val="clear" w:color="auto" w:fill="000000"/>
            <w:tcMar>
              <w:top w:w="0" w:type="dxa"/>
              <w:left w:w="80" w:type="dxa"/>
              <w:bottom w:w="80" w:type="dxa"/>
              <w:right w:w="80" w:type="dxa"/>
            </w:tcMar>
          </w:tcPr>
          <w:p w14:paraId="4D69CC6E" w14:textId="77777777" w:rsidR="00EC7A70" w:rsidRDefault="00EC7A70" w:rsidP="00D420CD">
            <w:r>
              <w:rPr>
                <w:rFonts w:ascii="Roboto Mono" w:hAnsi="Roboto Mono"/>
                <w:b/>
                <w:color w:val="FFFFFF"/>
                <w:sz w:val="16"/>
              </w:rPr>
              <w:t>GET VIDIN_FORMAT IN2</w:t>
            </w:r>
          </w:p>
        </w:tc>
        <w:tc>
          <w:tcPr>
            <w:tcW w:w="3600" w:type="dxa"/>
            <w:vMerge/>
          </w:tcPr>
          <w:p w14:paraId="6ED47B3D" w14:textId="77777777" w:rsidR="00EC7A70" w:rsidRDefault="00EC7A70" w:rsidP="00D420CD"/>
        </w:tc>
      </w:tr>
      <w:tr w:rsidR="00EC7A70" w14:paraId="30D8B28E" w14:textId="77777777" w:rsidTr="00D420CD">
        <w:trPr>
          <w:jc w:val="center"/>
        </w:trPr>
        <w:tc>
          <w:tcPr>
            <w:tcW w:w="5760" w:type="dxa"/>
            <w:tcMar>
              <w:top w:w="80" w:type="dxa"/>
              <w:left w:w="80" w:type="dxa"/>
              <w:bottom w:w="0" w:type="dxa"/>
              <w:right w:w="80" w:type="dxa"/>
            </w:tcMar>
          </w:tcPr>
          <w:p w14:paraId="62415E0D" w14:textId="77777777" w:rsidR="00EC7A70" w:rsidRDefault="00EC7A70" w:rsidP="00D420CD">
            <w:r>
              <w:rPr>
                <w:color w:val="000000"/>
                <w:sz w:val="18"/>
              </w:rPr>
              <w:t>Response Example</w:t>
            </w:r>
          </w:p>
        </w:tc>
        <w:tc>
          <w:tcPr>
            <w:tcW w:w="3600" w:type="dxa"/>
            <w:vMerge/>
          </w:tcPr>
          <w:p w14:paraId="00C21628" w14:textId="77777777" w:rsidR="00EC7A70" w:rsidRDefault="00EC7A70" w:rsidP="00D420CD"/>
        </w:tc>
      </w:tr>
      <w:tr w:rsidR="00EC7A70" w14:paraId="2F6C1EAF" w14:textId="77777777" w:rsidTr="00D420CD">
        <w:trPr>
          <w:jc w:val="center"/>
        </w:trPr>
        <w:tc>
          <w:tcPr>
            <w:tcW w:w="5760" w:type="dxa"/>
            <w:shd w:val="clear" w:color="auto" w:fill="000000"/>
            <w:tcMar>
              <w:top w:w="0" w:type="dxa"/>
              <w:left w:w="80" w:type="dxa"/>
              <w:bottom w:w="80" w:type="dxa"/>
              <w:right w:w="80" w:type="dxa"/>
            </w:tcMar>
          </w:tcPr>
          <w:p w14:paraId="0446CA02" w14:textId="77777777" w:rsidR="00EC7A70" w:rsidRDefault="00EC7A70" w:rsidP="00D420CD">
            <w:r>
              <w:rPr>
                <w:rFonts w:ascii="Roboto Mono" w:hAnsi="Roboto Mono"/>
                <w:b/>
                <w:color w:val="FFFFFF"/>
                <w:sz w:val="16"/>
              </w:rPr>
              <w:t>VIDIN_FORMAT IN2 3840X2160P,</w:t>
            </w:r>
            <w:proofErr w:type="gramStart"/>
            <w:r>
              <w:rPr>
                <w:rFonts w:ascii="Roboto Mono" w:hAnsi="Roboto Mono"/>
                <w:b/>
                <w:color w:val="FFFFFF"/>
                <w:sz w:val="16"/>
              </w:rPr>
              <w:t>60;NONE</w:t>
            </w:r>
            <w:proofErr w:type="gramEnd"/>
            <w:r>
              <w:rPr>
                <w:rFonts w:ascii="Roboto Mono" w:hAnsi="Roboto Mono"/>
                <w:b/>
                <w:color w:val="FFFFFF"/>
                <w:sz w:val="16"/>
              </w:rPr>
              <w:t xml:space="preserve"> </w:t>
            </w:r>
            <w:proofErr w:type="gramStart"/>
            <w:r>
              <w:rPr>
                <w:rFonts w:ascii="Roboto Mono" w:hAnsi="Roboto Mono"/>
                <w:b/>
                <w:color w:val="FFFFFF"/>
                <w:sz w:val="16"/>
              </w:rPr>
              <w:t>HDR;RGB</w:t>
            </w:r>
            <w:proofErr w:type="gramEnd"/>
            <w:r>
              <w:rPr>
                <w:rFonts w:ascii="Roboto Mono" w:hAnsi="Roboto Mono"/>
                <w:b/>
                <w:color w:val="FFFFFF"/>
                <w:sz w:val="16"/>
              </w:rPr>
              <w:t>;8BIT</w:t>
            </w:r>
          </w:p>
        </w:tc>
        <w:tc>
          <w:tcPr>
            <w:tcW w:w="3600" w:type="dxa"/>
            <w:vMerge/>
          </w:tcPr>
          <w:p w14:paraId="2AC0543B" w14:textId="77777777" w:rsidR="00EC7A70" w:rsidRDefault="00EC7A70" w:rsidP="00D420CD"/>
        </w:tc>
      </w:tr>
      <w:tr w:rsidR="00EC7A70" w14:paraId="326B58CD" w14:textId="77777777" w:rsidTr="00D420CD">
        <w:trPr>
          <w:jc w:val="center"/>
        </w:trPr>
        <w:tc>
          <w:tcPr>
            <w:tcW w:w="9360" w:type="dxa"/>
            <w:gridSpan w:val="2"/>
            <w:shd w:val="clear" w:color="auto" w:fill="E0F6EC"/>
            <w:tcMar>
              <w:top w:w="80" w:type="dxa"/>
              <w:left w:w="80" w:type="dxa"/>
              <w:bottom w:w="80" w:type="dxa"/>
              <w:right w:w="80" w:type="dxa"/>
            </w:tcMar>
          </w:tcPr>
          <w:p w14:paraId="61E1E717" w14:textId="77777777" w:rsidR="00EC7A70" w:rsidRDefault="00EC7A70" w:rsidP="00D420CD">
            <w:r>
              <w:rPr>
                <w:color w:val="000000"/>
                <w:sz w:val="16"/>
              </w:rPr>
              <w:t xml:space="preserve">Additional Notes: </w:t>
            </w:r>
          </w:p>
        </w:tc>
      </w:tr>
    </w:tbl>
    <w:p w14:paraId="5B3A80CB" w14:textId="77777777" w:rsidR="00EC7A70" w:rsidRDefault="00EC7A70" w:rsidP="00EC7A70"/>
    <w:p w14:paraId="6E6BE128" w14:textId="77777777" w:rsidR="00EC7A70" w:rsidRDefault="00EC7A70" w:rsidP="00EC7A70">
      <w:pPr>
        <w:pStyle w:val="Heading2"/>
      </w:pPr>
      <w:bookmarkStart w:id="34" w:name="_Toc218512795"/>
      <w:r>
        <w:rPr>
          <w:rFonts w:ascii="Roboto" w:hAnsi="Roboto"/>
          <w:color w:val="000000"/>
          <w:sz w:val="28"/>
        </w:rPr>
        <w:t>2.12 Get Input Audio Format</w:t>
      </w:r>
      <w:bookmarkEnd w:id="34"/>
    </w:p>
    <w:p w14:paraId="3BA9AD93" w14:textId="77777777" w:rsidR="00EC7A70" w:rsidRDefault="00EC7A70" w:rsidP="00EC7A70">
      <w:r>
        <w:rPr>
          <w:rFonts w:ascii="Roboto" w:hAnsi="Roboto"/>
          <w:sz w:val="18"/>
        </w:rPr>
        <w:br/>
        <w:t xml:space="preserve">Retrieve the audio format of the </w:t>
      </w:r>
      <w:proofErr w:type="gramStart"/>
      <w:r>
        <w:rPr>
          <w:rFonts w:ascii="Roboto" w:hAnsi="Roboto"/>
          <w:sz w:val="18"/>
        </w:rPr>
        <w:t>input signal</w:t>
      </w:r>
      <w:proofErr w:type="gramEnd"/>
      <w:r>
        <w:rPr>
          <w:rFonts w:ascii="Roboto" w:hAnsi="Roboto"/>
          <w:sz w:val="18"/>
        </w:rPr>
        <w:t>.</w:t>
      </w:r>
    </w:p>
    <w:tbl>
      <w:tblPr>
        <w:tblStyle w:val="luka"/>
        <w:tblW w:w="0" w:type="auto"/>
        <w:jc w:val="center"/>
        <w:tblLook w:val="04A0" w:firstRow="1" w:lastRow="0" w:firstColumn="1" w:lastColumn="0" w:noHBand="0" w:noVBand="1"/>
      </w:tblPr>
      <w:tblGrid>
        <w:gridCol w:w="5760"/>
        <w:gridCol w:w="3600"/>
      </w:tblGrid>
      <w:tr w:rsidR="00EC7A70" w14:paraId="145263E2" w14:textId="77777777" w:rsidTr="00D420CD">
        <w:trPr>
          <w:jc w:val="center"/>
        </w:trPr>
        <w:tc>
          <w:tcPr>
            <w:tcW w:w="5760" w:type="dxa"/>
            <w:tcMar>
              <w:top w:w="80" w:type="dxa"/>
              <w:left w:w="80" w:type="dxa"/>
              <w:bottom w:w="80" w:type="dxa"/>
              <w:right w:w="80" w:type="dxa"/>
            </w:tcMar>
          </w:tcPr>
          <w:p w14:paraId="7774A58F" w14:textId="77777777" w:rsidR="00EC7A70" w:rsidRDefault="00EC7A70" w:rsidP="00D420CD">
            <w:r>
              <w:rPr>
                <w:color w:val="000000"/>
                <w:sz w:val="18"/>
              </w:rPr>
              <w:t>Command Structure</w:t>
            </w:r>
            <w:r>
              <w:rPr>
                <w:rFonts w:ascii="Roboto Mono" w:hAnsi="Roboto Mono"/>
                <w:b/>
                <w:color w:val="000000"/>
                <w:sz w:val="16"/>
              </w:rPr>
              <w:br/>
              <w:t>GET AUDIN_FORMAT &lt; IN1 | IN2 | BYOD1 | BYOD2 | ALL &gt;</w:t>
            </w:r>
          </w:p>
        </w:tc>
        <w:tc>
          <w:tcPr>
            <w:tcW w:w="3600" w:type="dxa"/>
            <w:vMerge w:val="restart"/>
            <w:shd w:val="clear" w:color="auto" w:fill="F2F2F2"/>
            <w:tcMar>
              <w:top w:w="80" w:type="dxa"/>
              <w:left w:w="80" w:type="dxa"/>
              <w:bottom w:w="80" w:type="dxa"/>
              <w:right w:w="80" w:type="dxa"/>
            </w:tcMar>
          </w:tcPr>
          <w:p w14:paraId="510051E3" w14:textId="77777777" w:rsidR="00EC7A70" w:rsidRDefault="00EC7A70" w:rsidP="00D420CD">
            <w:r>
              <w:rPr>
                <w:color w:val="000000"/>
                <w:sz w:val="16"/>
              </w:rPr>
              <w:t>Parameters:</w:t>
            </w:r>
            <w:r>
              <w:rPr>
                <w:color w:val="000000"/>
                <w:sz w:val="16"/>
              </w:rPr>
              <w:br/>
              <w:t>ALL = Get the audio format of all input interfaces.</w:t>
            </w:r>
            <w:r>
              <w:rPr>
                <w:color w:val="000000"/>
                <w:sz w:val="16"/>
              </w:rPr>
              <w:br/>
            </w:r>
            <w:r>
              <w:rPr>
                <w:color w:val="000000"/>
                <w:sz w:val="16"/>
              </w:rPr>
              <w:br/>
              <w:t>INVALID = No valid audio signal detected on the input interface.</w:t>
            </w:r>
            <w:r>
              <w:rPr>
                <w:color w:val="000000"/>
                <w:sz w:val="16"/>
              </w:rPr>
              <w:br/>
              <w:t xml:space="preserve">The format of the parameter </w:t>
            </w:r>
            <w:proofErr w:type="spellStart"/>
            <w:r>
              <w:rPr>
                <w:color w:val="000000"/>
                <w:sz w:val="16"/>
              </w:rPr>
              <w:t>AudioFormat</w:t>
            </w:r>
            <w:proofErr w:type="spellEnd"/>
            <w:r>
              <w:rPr>
                <w:color w:val="000000"/>
                <w:sz w:val="16"/>
              </w:rPr>
              <w:t>:</w:t>
            </w:r>
            <w:r>
              <w:rPr>
                <w:color w:val="000000"/>
                <w:sz w:val="16"/>
              </w:rPr>
              <w:br/>
              <w:t xml:space="preserve">&lt; </w:t>
            </w:r>
            <w:proofErr w:type="spellStart"/>
            <w:proofErr w:type="gramStart"/>
            <w:r>
              <w:rPr>
                <w:color w:val="000000"/>
                <w:sz w:val="16"/>
              </w:rPr>
              <w:t>Encoding;SamplingRate</w:t>
            </w:r>
            <w:proofErr w:type="gramEnd"/>
            <w:r>
              <w:rPr>
                <w:color w:val="000000"/>
                <w:sz w:val="16"/>
              </w:rPr>
              <w:t>;SamplingWidth</w:t>
            </w:r>
            <w:proofErr w:type="spellEnd"/>
            <w:r>
              <w:rPr>
                <w:color w:val="000000"/>
                <w:sz w:val="16"/>
              </w:rPr>
              <w:t xml:space="preserve"> &gt;</w:t>
            </w:r>
            <w:r>
              <w:rPr>
                <w:color w:val="000000"/>
                <w:sz w:val="16"/>
              </w:rPr>
              <w:br/>
            </w:r>
            <w:r>
              <w:rPr>
                <w:color w:val="000000"/>
                <w:sz w:val="16"/>
              </w:rPr>
              <w:br/>
              <w:t>The value and meaning of every field are as follows:</w:t>
            </w:r>
            <w:r>
              <w:rPr>
                <w:color w:val="000000"/>
                <w:sz w:val="16"/>
              </w:rPr>
              <w:br/>
              <w:t>- Encoding = The audio encoding mode. Available values: PCM, AAC, MP3, OPUS</w:t>
            </w:r>
            <w:r>
              <w:rPr>
                <w:color w:val="000000"/>
                <w:sz w:val="16"/>
              </w:rPr>
              <w:br/>
              <w:t>- SamplingRate = Sampling rate, for example 48kHz</w:t>
            </w:r>
            <w:r>
              <w:rPr>
                <w:color w:val="000000"/>
                <w:sz w:val="16"/>
              </w:rPr>
              <w:br/>
              <w:t xml:space="preserve">- </w:t>
            </w:r>
            <w:proofErr w:type="spellStart"/>
            <w:r>
              <w:rPr>
                <w:color w:val="000000"/>
                <w:sz w:val="16"/>
              </w:rPr>
              <w:t>SamplingWidth</w:t>
            </w:r>
            <w:proofErr w:type="spellEnd"/>
            <w:r>
              <w:rPr>
                <w:color w:val="000000"/>
                <w:sz w:val="16"/>
              </w:rPr>
              <w:t xml:space="preserve"> = Sampling width. Available values: 8BIT, 16BIT</w:t>
            </w:r>
            <w:r>
              <w:rPr>
                <w:color w:val="000000"/>
                <w:sz w:val="16"/>
              </w:rPr>
              <w:br/>
              <w:t xml:space="preserve">Example of </w:t>
            </w:r>
            <w:proofErr w:type="spellStart"/>
            <w:r>
              <w:rPr>
                <w:color w:val="000000"/>
                <w:sz w:val="16"/>
              </w:rPr>
              <w:t>AudioFormat</w:t>
            </w:r>
            <w:proofErr w:type="spellEnd"/>
            <w:r>
              <w:rPr>
                <w:color w:val="000000"/>
                <w:sz w:val="16"/>
              </w:rPr>
              <w:t>:</w:t>
            </w:r>
            <w:r>
              <w:rPr>
                <w:color w:val="000000"/>
                <w:sz w:val="16"/>
              </w:rPr>
              <w:br/>
              <w:t>PCM;48kHz;8BIT</w:t>
            </w:r>
          </w:p>
        </w:tc>
      </w:tr>
      <w:tr w:rsidR="00EC7A70" w14:paraId="79AE66A1" w14:textId="77777777" w:rsidTr="00D420CD">
        <w:trPr>
          <w:jc w:val="center"/>
        </w:trPr>
        <w:tc>
          <w:tcPr>
            <w:tcW w:w="5760" w:type="dxa"/>
            <w:tcMar>
              <w:top w:w="80" w:type="dxa"/>
              <w:left w:w="80" w:type="dxa"/>
              <w:bottom w:w="80" w:type="dxa"/>
              <w:right w:w="80" w:type="dxa"/>
            </w:tcMar>
          </w:tcPr>
          <w:p w14:paraId="37CE9697" w14:textId="77777777" w:rsidR="00EC7A70" w:rsidRDefault="00EC7A70" w:rsidP="00D420CD">
            <w:r>
              <w:rPr>
                <w:color w:val="000000"/>
                <w:sz w:val="18"/>
              </w:rPr>
              <w:t>Response Structure</w:t>
            </w:r>
            <w:r>
              <w:rPr>
                <w:rFonts w:ascii="Roboto Mono" w:hAnsi="Roboto Mono"/>
                <w:b/>
                <w:color w:val="000000"/>
                <w:sz w:val="16"/>
              </w:rPr>
              <w:br/>
              <w:t xml:space="preserve">AUDIN_FORMAT &lt; IN1 | IN2 | BYOD1 | BYOD2 &gt; &lt; INVALID | </w:t>
            </w:r>
            <w:proofErr w:type="spellStart"/>
            <w:r>
              <w:rPr>
                <w:rFonts w:ascii="Roboto Mono" w:hAnsi="Roboto Mono"/>
                <w:b/>
                <w:color w:val="000000"/>
                <w:sz w:val="16"/>
              </w:rPr>
              <w:t>AudioFormat</w:t>
            </w:r>
            <w:proofErr w:type="spellEnd"/>
            <w:r>
              <w:rPr>
                <w:rFonts w:ascii="Roboto Mono" w:hAnsi="Roboto Mono"/>
                <w:b/>
                <w:color w:val="000000"/>
                <w:sz w:val="16"/>
              </w:rPr>
              <w:t xml:space="preserve"> &gt;</w:t>
            </w:r>
            <w:r>
              <w:rPr>
                <w:rFonts w:ascii="Roboto Mono" w:hAnsi="Roboto Mono"/>
                <w:b/>
                <w:color w:val="000000"/>
                <w:sz w:val="16"/>
              </w:rPr>
              <w:br/>
              <w:t>or</w:t>
            </w:r>
            <w:r>
              <w:rPr>
                <w:rFonts w:ascii="Roboto Mono" w:hAnsi="Roboto Mono"/>
                <w:b/>
                <w:color w:val="000000"/>
                <w:sz w:val="16"/>
              </w:rPr>
              <w:br/>
              <w:t xml:space="preserve">AUDIN_FORMAT IN1 &lt; INVALID | </w:t>
            </w:r>
            <w:proofErr w:type="spellStart"/>
            <w:r>
              <w:rPr>
                <w:rFonts w:ascii="Roboto Mono" w:hAnsi="Roboto Mono"/>
                <w:b/>
                <w:color w:val="000000"/>
                <w:sz w:val="16"/>
              </w:rPr>
              <w:t>AudioFormat</w:t>
            </w:r>
            <w:proofErr w:type="spellEnd"/>
            <w:r>
              <w:rPr>
                <w:rFonts w:ascii="Roboto Mono" w:hAnsi="Roboto Mono"/>
                <w:b/>
                <w:color w:val="000000"/>
                <w:sz w:val="16"/>
              </w:rPr>
              <w:t xml:space="preserve"> &gt;</w:t>
            </w:r>
            <w:r>
              <w:rPr>
                <w:rFonts w:ascii="Roboto Mono" w:hAnsi="Roboto Mono"/>
                <w:b/>
                <w:color w:val="000000"/>
                <w:sz w:val="16"/>
              </w:rPr>
              <w:br/>
              <w:t xml:space="preserve">AUDIN_FORMAT IN2 &lt; INVALID | </w:t>
            </w:r>
            <w:proofErr w:type="spellStart"/>
            <w:r>
              <w:rPr>
                <w:rFonts w:ascii="Roboto Mono" w:hAnsi="Roboto Mono"/>
                <w:b/>
                <w:color w:val="000000"/>
                <w:sz w:val="16"/>
              </w:rPr>
              <w:t>AudioFormat</w:t>
            </w:r>
            <w:proofErr w:type="spellEnd"/>
            <w:r>
              <w:rPr>
                <w:rFonts w:ascii="Roboto Mono" w:hAnsi="Roboto Mono"/>
                <w:b/>
                <w:color w:val="000000"/>
                <w:sz w:val="16"/>
              </w:rPr>
              <w:t xml:space="preserve"> &gt;</w:t>
            </w:r>
            <w:r>
              <w:rPr>
                <w:rFonts w:ascii="Roboto Mono" w:hAnsi="Roboto Mono"/>
                <w:b/>
                <w:color w:val="000000"/>
                <w:sz w:val="16"/>
              </w:rPr>
              <w:br/>
              <w:t xml:space="preserve">AUDIN_FORMAT BYOD1 &lt; INVALID | </w:t>
            </w:r>
            <w:proofErr w:type="spellStart"/>
            <w:r>
              <w:rPr>
                <w:rFonts w:ascii="Roboto Mono" w:hAnsi="Roboto Mono"/>
                <w:b/>
                <w:color w:val="000000"/>
                <w:sz w:val="16"/>
              </w:rPr>
              <w:t>AudioFormat</w:t>
            </w:r>
            <w:proofErr w:type="spellEnd"/>
            <w:r>
              <w:rPr>
                <w:rFonts w:ascii="Roboto Mono" w:hAnsi="Roboto Mono"/>
                <w:b/>
                <w:color w:val="000000"/>
                <w:sz w:val="16"/>
              </w:rPr>
              <w:t xml:space="preserve"> &gt;</w:t>
            </w:r>
            <w:r>
              <w:rPr>
                <w:rFonts w:ascii="Roboto Mono" w:hAnsi="Roboto Mono"/>
                <w:b/>
                <w:color w:val="000000"/>
                <w:sz w:val="16"/>
              </w:rPr>
              <w:br/>
              <w:t xml:space="preserve">AUDIN_FORMAT BYOD2 &lt; INVALID | </w:t>
            </w:r>
            <w:proofErr w:type="spellStart"/>
            <w:r>
              <w:rPr>
                <w:rFonts w:ascii="Roboto Mono" w:hAnsi="Roboto Mono"/>
                <w:b/>
                <w:color w:val="000000"/>
                <w:sz w:val="16"/>
              </w:rPr>
              <w:t>AudioFormat</w:t>
            </w:r>
            <w:proofErr w:type="spellEnd"/>
            <w:r>
              <w:rPr>
                <w:rFonts w:ascii="Roboto Mono" w:hAnsi="Roboto Mono"/>
                <w:b/>
                <w:color w:val="000000"/>
                <w:sz w:val="16"/>
              </w:rPr>
              <w:t xml:space="preserve"> &gt;</w:t>
            </w:r>
          </w:p>
        </w:tc>
        <w:tc>
          <w:tcPr>
            <w:tcW w:w="3600" w:type="dxa"/>
            <w:vMerge/>
          </w:tcPr>
          <w:p w14:paraId="0B73EF42" w14:textId="77777777" w:rsidR="00EC7A70" w:rsidRDefault="00EC7A70" w:rsidP="00D420CD"/>
        </w:tc>
      </w:tr>
      <w:tr w:rsidR="00EC7A70" w14:paraId="7F2AD564" w14:textId="77777777" w:rsidTr="00D420CD">
        <w:trPr>
          <w:jc w:val="center"/>
        </w:trPr>
        <w:tc>
          <w:tcPr>
            <w:tcW w:w="5760" w:type="dxa"/>
            <w:tcMar>
              <w:top w:w="80" w:type="dxa"/>
              <w:left w:w="80" w:type="dxa"/>
              <w:bottom w:w="0" w:type="dxa"/>
              <w:right w:w="80" w:type="dxa"/>
            </w:tcMar>
          </w:tcPr>
          <w:p w14:paraId="32A41C69" w14:textId="77777777" w:rsidR="00EC7A70" w:rsidRDefault="00EC7A70" w:rsidP="00D420CD">
            <w:r>
              <w:rPr>
                <w:color w:val="000000"/>
                <w:sz w:val="18"/>
              </w:rPr>
              <w:t>Command Example</w:t>
            </w:r>
          </w:p>
        </w:tc>
        <w:tc>
          <w:tcPr>
            <w:tcW w:w="3600" w:type="dxa"/>
            <w:vMerge/>
          </w:tcPr>
          <w:p w14:paraId="5CE2AD9A" w14:textId="77777777" w:rsidR="00EC7A70" w:rsidRDefault="00EC7A70" w:rsidP="00D420CD"/>
        </w:tc>
      </w:tr>
      <w:tr w:rsidR="00EC7A70" w14:paraId="041F1CF1" w14:textId="77777777" w:rsidTr="00D420CD">
        <w:trPr>
          <w:jc w:val="center"/>
        </w:trPr>
        <w:tc>
          <w:tcPr>
            <w:tcW w:w="5760" w:type="dxa"/>
            <w:shd w:val="clear" w:color="auto" w:fill="000000"/>
            <w:tcMar>
              <w:top w:w="0" w:type="dxa"/>
              <w:left w:w="80" w:type="dxa"/>
              <w:bottom w:w="80" w:type="dxa"/>
              <w:right w:w="80" w:type="dxa"/>
            </w:tcMar>
          </w:tcPr>
          <w:p w14:paraId="29496579" w14:textId="77777777" w:rsidR="00EC7A70" w:rsidRDefault="00EC7A70" w:rsidP="00D420CD">
            <w:r>
              <w:rPr>
                <w:rFonts w:ascii="Roboto Mono" w:hAnsi="Roboto Mono"/>
                <w:b/>
                <w:color w:val="FFFFFF"/>
                <w:sz w:val="16"/>
              </w:rPr>
              <w:t>GET AUDIN_FORMAT IN2</w:t>
            </w:r>
          </w:p>
        </w:tc>
        <w:tc>
          <w:tcPr>
            <w:tcW w:w="3600" w:type="dxa"/>
            <w:vMerge/>
          </w:tcPr>
          <w:p w14:paraId="7FC6AE71" w14:textId="77777777" w:rsidR="00EC7A70" w:rsidRDefault="00EC7A70" w:rsidP="00D420CD"/>
        </w:tc>
      </w:tr>
      <w:tr w:rsidR="00EC7A70" w14:paraId="125FF75E" w14:textId="77777777" w:rsidTr="00D420CD">
        <w:trPr>
          <w:jc w:val="center"/>
        </w:trPr>
        <w:tc>
          <w:tcPr>
            <w:tcW w:w="5760" w:type="dxa"/>
            <w:tcMar>
              <w:top w:w="80" w:type="dxa"/>
              <w:left w:w="80" w:type="dxa"/>
              <w:bottom w:w="0" w:type="dxa"/>
              <w:right w:w="80" w:type="dxa"/>
            </w:tcMar>
          </w:tcPr>
          <w:p w14:paraId="38A5EEA4" w14:textId="77777777" w:rsidR="00EC7A70" w:rsidRDefault="00EC7A70" w:rsidP="00D420CD">
            <w:r>
              <w:rPr>
                <w:color w:val="000000"/>
                <w:sz w:val="18"/>
              </w:rPr>
              <w:t>Response Example</w:t>
            </w:r>
          </w:p>
        </w:tc>
        <w:tc>
          <w:tcPr>
            <w:tcW w:w="3600" w:type="dxa"/>
            <w:vMerge/>
          </w:tcPr>
          <w:p w14:paraId="50C0E00B" w14:textId="77777777" w:rsidR="00EC7A70" w:rsidRDefault="00EC7A70" w:rsidP="00D420CD"/>
        </w:tc>
      </w:tr>
      <w:tr w:rsidR="00EC7A70" w14:paraId="29E82A73" w14:textId="77777777" w:rsidTr="00D420CD">
        <w:trPr>
          <w:jc w:val="center"/>
        </w:trPr>
        <w:tc>
          <w:tcPr>
            <w:tcW w:w="5760" w:type="dxa"/>
            <w:shd w:val="clear" w:color="auto" w:fill="000000"/>
            <w:tcMar>
              <w:top w:w="0" w:type="dxa"/>
              <w:left w:w="80" w:type="dxa"/>
              <w:bottom w:w="80" w:type="dxa"/>
              <w:right w:w="80" w:type="dxa"/>
            </w:tcMar>
          </w:tcPr>
          <w:p w14:paraId="06A17DCF" w14:textId="77777777" w:rsidR="00EC7A70" w:rsidRDefault="00EC7A70" w:rsidP="00D420CD">
            <w:r>
              <w:rPr>
                <w:rFonts w:ascii="Roboto Mono" w:hAnsi="Roboto Mono"/>
                <w:b/>
                <w:color w:val="FFFFFF"/>
                <w:sz w:val="16"/>
              </w:rPr>
              <w:t>AUDIN_FORMAT IN2 PCM;48kHz;8BIT</w:t>
            </w:r>
          </w:p>
        </w:tc>
        <w:tc>
          <w:tcPr>
            <w:tcW w:w="3600" w:type="dxa"/>
            <w:vMerge/>
          </w:tcPr>
          <w:p w14:paraId="7C642B90" w14:textId="77777777" w:rsidR="00EC7A70" w:rsidRDefault="00EC7A70" w:rsidP="00D420CD"/>
        </w:tc>
      </w:tr>
      <w:tr w:rsidR="00EC7A70" w14:paraId="0F67267D" w14:textId="77777777" w:rsidTr="00D420CD">
        <w:trPr>
          <w:jc w:val="center"/>
        </w:trPr>
        <w:tc>
          <w:tcPr>
            <w:tcW w:w="9360" w:type="dxa"/>
            <w:gridSpan w:val="2"/>
            <w:shd w:val="clear" w:color="auto" w:fill="E0F6EC"/>
            <w:tcMar>
              <w:top w:w="80" w:type="dxa"/>
              <w:left w:w="80" w:type="dxa"/>
              <w:bottom w:w="80" w:type="dxa"/>
              <w:right w:w="80" w:type="dxa"/>
            </w:tcMar>
          </w:tcPr>
          <w:p w14:paraId="4AB1506C" w14:textId="77777777" w:rsidR="00EC7A70" w:rsidRDefault="00EC7A70" w:rsidP="00D420CD">
            <w:r>
              <w:rPr>
                <w:color w:val="000000"/>
                <w:sz w:val="16"/>
              </w:rPr>
              <w:t xml:space="preserve">Additional Notes: </w:t>
            </w:r>
          </w:p>
        </w:tc>
      </w:tr>
    </w:tbl>
    <w:p w14:paraId="033C486E" w14:textId="77777777" w:rsidR="00EC7A70" w:rsidRDefault="00EC7A70" w:rsidP="00EC7A70"/>
    <w:p w14:paraId="3AB34E39" w14:textId="77777777" w:rsidR="00EC7A70" w:rsidRDefault="00EC7A70" w:rsidP="00EC7A70">
      <w:pPr>
        <w:pStyle w:val="Heading2"/>
      </w:pPr>
      <w:bookmarkStart w:id="35" w:name="_Toc218512796"/>
      <w:r>
        <w:rPr>
          <w:rFonts w:ascii="Roboto" w:hAnsi="Roboto"/>
          <w:color w:val="000000"/>
          <w:sz w:val="28"/>
        </w:rPr>
        <w:lastRenderedPageBreak/>
        <w:t>2.13 Set Output Volume</w:t>
      </w:r>
      <w:bookmarkEnd w:id="35"/>
    </w:p>
    <w:p w14:paraId="0BCCA546" w14:textId="77777777" w:rsidR="00EC7A70" w:rsidRDefault="00EC7A70" w:rsidP="00EC7A70">
      <w:r>
        <w:rPr>
          <w:rFonts w:ascii="Roboto" w:hAnsi="Roboto"/>
          <w:sz w:val="18"/>
        </w:rPr>
        <w:br/>
        <w:t>Set the volume of all output audio signals at once.</w:t>
      </w:r>
    </w:p>
    <w:tbl>
      <w:tblPr>
        <w:tblStyle w:val="luka"/>
        <w:tblW w:w="0" w:type="auto"/>
        <w:jc w:val="center"/>
        <w:tblLook w:val="04A0" w:firstRow="1" w:lastRow="0" w:firstColumn="1" w:lastColumn="0" w:noHBand="0" w:noVBand="1"/>
      </w:tblPr>
      <w:tblGrid>
        <w:gridCol w:w="5760"/>
        <w:gridCol w:w="3600"/>
      </w:tblGrid>
      <w:tr w:rsidR="00EC7A70" w14:paraId="6A16432E" w14:textId="77777777" w:rsidTr="00D420CD">
        <w:trPr>
          <w:jc w:val="center"/>
        </w:trPr>
        <w:tc>
          <w:tcPr>
            <w:tcW w:w="5760" w:type="dxa"/>
            <w:tcMar>
              <w:top w:w="80" w:type="dxa"/>
              <w:left w:w="80" w:type="dxa"/>
              <w:bottom w:w="80" w:type="dxa"/>
              <w:right w:w="80" w:type="dxa"/>
            </w:tcMar>
          </w:tcPr>
          <w:p w14:paraId="44ED1A43" w14:textId="77777777" w:rsidR="00EC7A70" w:rsidRDefault="00EC7A70" w:rsidP="00D420CD">
            <w:r>
              <w:rPr>
                <w:color w:val="000000"/>
                <w:sz w:val="18"/>
              </w:rPr>
              <w:t>Command Structure</w:t>
            </w:r>
            <w:r>
              <w:rPr>
                <w:rFonts w:ascii="Roboto Mono" w:hAnsi="Roboto Mono"/>
                <w:b/>
                <w:color w:val="000000"/>
                <w:sz w:val="16"/>
              </w:rPr>
              <w:br/>
              <w:t xml:space="preserve">SET VOLGAIN_DATA &lt; </w:t>
            </w:r>
            <w:proofErr w:type="spellStart"/>
            <w:r>
              <w:rPr>
                <w:rFonts w:ascii="Roboto Mono" w:hAnsi="Roboto Mono"/>
                <w:b/>
                <w:color w:val="000000"/>
                <w:sz w:val="16"/>
              </w:rPr>
              <w:t>OutputVolume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57156025" w14:textId="77777777" w:rsidR="00EC7A70" w:rsidRDefault="00EC7A70" w:rsidP="00D420CD">
            <w:r>
              <w:rPr>
                <w:color w:val="000000"/>
                <w:sz w:val="16"/>
              </w:rPr>
              <w:t>Parameters:</w:t>
            </w:r>
            <w:r>
              <w:rPr>
                <w:color w:val="000000"/>
                <w:sz w:val="16"/>
              </w:rPr>
              <w:br/>
            </w:r>
            <w:proofErr w:type="spellStart"/>
            <w:r>
              <w:rPr>
                <w:color w:val="000000"/>
                <w:sz w:val="16"/>
              </w:rPr>
              <w:t>OutputVolume</w:t>
            </w:r>
            <w:proofErr w:type="spellEnd"/>
            <w:r>
              <w:rPr>
                <w:color w:val="000000"/>
                <w:sz w:val="16"/>
              </w:rPr>
              <w:t xml:space="preserve"> is in </w:t>
            </w:r>
            <w:proofErr w:type="spellStart"/>
            <w:r>
              <w:rPr>
                <w:color w:val="000000"/>
                <w:sz w:val="16"/>
              </w:rPr>
              <w:t>dB.</w:t>
            </w:r>
            <w:proofErr w:type="spellEnd"/>
            <w:r>
              <w:rPr>
                <w:color w:val="000000"/>
                <w:sz w:val="16"/>
              </w:rPr>
              <w:t xml:space="preserve"> Valid range: -100 to 6.</w:t>
            </w:r>
          </w:p>
        </w:tc>
      </w:tr>
      <w:tr w:rsidR="00EC7A70" w14:paraId="6CBC1067" w14:textId="77777777" w:rsidTr="00D420CD">
        <w:trPr>
          <w:jc w:val="center"/>
        </w:trPr>
        <w:tc>
          <w:tcPr>
            <w:tcW w:w="5760" w:type="dxa"/>
            <w:tcMar>
              <w:top w:w="80" w:type="dxa"/>
              <w:left w:w="80" w:type="dxa"/>
              <w:bottom w:w="80" w:type="dxa"/>
              <w:right w:w="80" w:type="dxa"/>
            </w:tcMar>
          </w:tcPr>
          <w:p w14:paraId="731C3072" w14:textId="77777777" w:rsidR="00EC7A70" w:rsidRDefault="00EC7A70" w:rsidP="00D420CD">
            <w:r>
              <w:rPr>
                <w:color w:val="000000"/>
                <w:sz w:val="18"/>
              </w:rPr>
              <w:t>Response Structure</w:t>
            </w:r>
            <w:r>
              <w:rPr>
                <w:rFonts w:ascii="Roboto Mono" w:hAnsi="Roboto Mono"/>
                <w:b/>
                <w:color w:val="000000"/>
                <w:sz w:val="16"/>
              </w:rPr>
              <w:br/>
              <w:t xml:space="preserve">VOLGAIN_DATA &lt; </w:t>
            </w:r>
            <w:proofErr w:type="spellStart"/>
            <w:r>
              <w:rPr>
                <w:rFonts w:ascii="Roboto Mono" w:hAnsi="Roboto Mono"/>
                <w:b/>
                <w:color w:val="000000"/>
                <w:sz w:val="16"/>
              </w:rPr>
              <w:t>OutputVolume</w:t>
            </w:r>
            <w:proofErr w:type="spellEnd"/>
            <w:r>
              <w:rPr>
                <w:rFonts w:ascii="Roboto Mono" w:hAnsi="Roboto Mono"/>
                <w:b/>
                <w:color w:val="000000"/>
                <w:sz w:val="16"/>
              </w:rPr>
              <w:t xml:space="preserve"> &gt;</w:t>
            </w:r>
          </w:p>
        </w:tc>
        <w:tc>
          <w:tcPr>
            <w:tcW w:w="3600" w:type="dxa"/>
            <w:vMerge/>
          </w:tcPr>
          <w:p w14:paraId="1B7B8578" w14:textId="77777777" w:rsidR="00EC7A70" w:rsidRDefault="00EC7A70" w:rsidP="00D420CD"/>
        </w:tc>
      </w:tr>
      <w:tr w:rsidR="00EC7A70" w14:paraId="0BB99829" w14:textId="77777777" w:rsidTr="00D420CD">
        <w:trPr>
          <w:jc w:val="center"/>
        </w:trPr>
        <w:tc>
          <w:tcPr>
            <w:tcW w:w="5760" w:type="dxa"/>
            <w:tcMar>
              <w:top w:w="80" w:type="dxa"/>
              <w:left w:w="80" w:type="dxa"/>
              <w:bottom w:w="0" w:type="dxa"/>
              <w:right w:w="80" w:type="dxa"/>
            </w:tcMar>
          </w:tcPr>
          <w:p w14:paraId="05CE2806" w14:textId="77777777" w:rsidR="00EC7A70" w:rsidRDefault="00EC7A70" w:rsidP="00D420CD">
            <w:r>
              <w:rPr>
                <w:color w:val="000000"/>
                <w:sz w:val="18"/>
              </w:rPr>
              <w:t>Command Example</w:t>
            </w:r>
          </w:p>
        </w:tc>
        <w:tc>
          <w:tcPr>
            <w:tcW w:w="3600" w:type="dxa"/>
            <w:vMerge/>
          </w:tcPr>
          <w:p w14:paraId="50E2112C" w14:textId="77777777" w:rsidR="00EC7A70" w:rsidRDefault="00EC7A70" w:rsidP="00D420CD"/>
        </w:tc>
      </w:tr>
      <w:tr w:rsidR="00EC7A70" w14:paraId="3B434BAD" w14:textId="77777777" w:rsidTr="00D420CD">
        <w:trPr>
          <w:jc w:val="center"/>
        </w:trPr>
        <w:tc>
          <w:tcPr>
            <w:tcW w:w="5760" w:type="dxa"/>
            <w:shd w:val="clear" w:color="auto" w:fill="000000"/>
            <w:tcMar>
              <w:top w:w="0" w:type="dxa"/>
              <w:left w:w="80" w:type="dxa"/>
              <w:bottom w:w="80" w:type="dxa"/>
              <w:right w:w="80" w:type="dxa"/>
            </w:tcMar>
          </w:tcPr>
          <w:p w14:paraId="6A0F01D5" w14:textId="77777777" w:rsidR="00EC7A70" w:rsidRDefault="00EC7A70" w:rsidP="00D420CD">
            <w:r>
              <w:rPr>
                <w:rFonts w:ascii="Roboto Mono" w:hAnsi="Roboto Mono"/>
                <w:b/>
                <w:color w:val="FFFFFF"/>
                <w:sz w:val="16"/>
              </w:rPr>
              <w:t>SET VOLGAIN_DATA -3</w:t>
            </w:r>
          </w:p>
        </w:tc>
        <w:tc>
          <w:tcPr>
            <w:tcW w:w="3600" w:type="dxa"/>
            <w:vMerge/>
          </w:tcPr>
          <w:p w14:paraId="5CC63745" w14:textId="77777777" w:rsidR="00EC7A70" w:rsidRDefault="00EC7A70" w:rsidP="00D420CD"/>
        </w:tc>
      </w:tr>
      <w:tr w:rsidR="00EC7A70" w14:paraId="7F672D1A" w14:textId="77777777" w:rsidTr="00D420CD">
        <w:trPr>
          <w:jc w:val="center"/>
        </w:trPr>
        <w:tc>
          <w:tcPr>
            <w:tcW w:w="5760" w:type="dxa"/>
            <w:tcMar>
              <w:top w:w="80" w:type="dxa"/>
              <w:left w:w="80" w:type="dxa"/>
              <w:bottom w:w="0" w:type="dxa"/>
              <w:right w:w="80" w:type="dxa"/>
            </w:tcMar>
          </w:tcPr>
          <w:p w14:paraId="1FBAFE1F" w14:textId="77777777" w:rsidR="00EC7A70" w:rsidRDefault="00EC7A70" w:rsidP="00D420CD">
            <w:r>
              <w:rPr>
                <w:color w:val="000000"/>
                <w:sz w:val="18"/>
              </w:rPr>
              <w:t>Response Example</w:t>
            </w:r>
          </w:p>
        </w:tc>
        <w:tc>
          <w:tcPr>
            <w:tcW w:w="3600" w:type="dxa"/>
            <w:vMerge/>
          </w:tcPr>
          <w:p w14:paraId="63B3AFAB" w14:textId="77777777" w:rsidR="00EC7A70" w:rsidRDefault="00EC7A70" w:rsidP="00D420CD"/>
        </w:tc>
      </w:tr>
      <w:tr w:rsidR="00EC7A70" w14:paraId="12F7F344" w14:textId="77777777" w:rsidTr="00D420CD">
        <w:trPr>
          <w:jc w:val="center"/>
        </w:trPr>
        <w:tc>
          <w:tcPr>
            <w:tcW w:w="5760" w:type="dxa"/>
            <w:shd w:val="clear" w:color="auto" w:fill="000000"/>
            <w:tcMar>
              <w:top w:w="0" w:type="dxa"/>
              <w:left w:w="80" w:type="dxa"/>
              <w:bottom w:w="80" w:type="dxa"/>
              <w:right w:w="80" w:type="dxa"/>
            </w:tcMar>
          </w:tcPr>
          <w:p w14:paraId="343A338F" w14:textId="77777777" w:rsidR="00EC7A70" w:rsidRDefault="00EC7A70" w:rsidP="00D420CD">
            <w:r>
              <w:rPr>
                <w:rFonts w:ascii="Roboto Mono" w:hAnsi="Roboto Mono"/>
                <w:b/>
                <w:color w:val="FFFFFF"/>
                <w:sz w:val="16"/>
              </w:rPr>
              <w:t>VOLGAIN_DATA -3</w:t>
            </w:r>
          </w:p>
        </w:tc>
        <w:tc>
          <w:tcPr>
            <w:tcW w:w="3600" w:type="dxa"/>
            <w:vMerge/>
          </w:tcPr>
          <w:p w14:paraId="37D8CB31" w14:textId="77777777" w:rsidR="00EC7A70" w:rsidRDefault="00EC7A70" w:rsidP="00D420CD"/>
        </w:tc>
      </w:tr>
      <w:tr w:rsidR="00EC7A70" w14:paraId="19260BD1" w14:textId="77777777" w:rsidTr="00D420CD">
        <w:trPr>
          <w:jc w:val="center"/>
        </w:trPr>
        <w:tc>
          <w:tcPr>
            <w:tcW w:w="9360" w:type="dxa"/>
            <w:gridSpan w:val="2"/>
            <w:shd w:val="clear" w:color="auto" w:fill="E0F6EC"/>
            <w:tcMar>
              <w:top w:w="80" w:type="dxa"/>
              <w:left w:w="80" w:type="dxa"/>
              <w:bottom w:w="80" w:type="dxa"/>
              <w:right w:w="80" w:type="dxa"/>
            </w:tcMar>
          </w:tcPr>
          <w:p w14:paraId="4D3C30B9" w14:textId="77777777" w:rsidR="00EC7A70" w:rsidRDefault="00EC7A70" w:rsidP="00D420CD">
            <w:r>
              <w:rPr>
                <w:color w:val="000000"/>
                <w:sz w:val="16"/>
              </w:rPr>
              <w:t>Additional Notes: Default: 0</w:t>
            </w:r>
          </w:p>
        </w:tc>
      </w:tr>
    </w:tbl>
    <w:p w14:paraId="63A005E6" w14:textId="77777777" w:rsidR="00EC7A70" w:rsidRDefault="00EC7A70" w:rsidP="00EC7A70"/>
    <w:p w14:paraId="0D0F3282" w14:textId="77777777" w:rsidR="00EC7A70" w:rsidRDefault="00EC7A70" w:rsidP="00EC7A70">
      <w:pPr>
        <w:pStyle w:val="Heading2"/>
      </w:pPr>
      <w:bookmarkStart w:id="36" w:name="_Toc218512797"/>
      <w:r>
        <w:rPr>
          <w:rFonts w:ascii="Roboto" w:hAnsi="Roboto"/>
          <w:color w:val="000000"/>
          <w:sz w:val="28"/>
        </w:rPr>
        <w:t>2.14 Get Output Volume</w:t>
      </w:r>
      <w:bookmarkEnd w:id="36"/>
    </w:p>
    <w:p w14:paraId="1B115290" w14:textId="77777777" w:rsidR="00EC7A70" w:rsidRDefault="00EC7A70" w:rsidP="00EC7A70">
      <w:r>
        <w:rPr>
          <w:rFonts w:ascii="Roboto" w:hAnsi="Roboto"/>
          <w:sz w:val="18"/>
        </w:rPr>
        <w:br/>
        <w:t>Get the volume level of the output audio signal</w:t>
      </w:r>
    </w:p>
    <w:tbl>
      <w:tblPr>
        <w:tblStyle w:val="luka"/>
        <w:tblW w:w="0" w:type="auto"/>
        <w:jc w:val="center"/>
        <w:tblLook w:val="04A0" w:firstRow="1" w:lastRow="0" w:firstColumn="1" w:lastColumn="0" w:noHBand="0" w:noVBand="1"/>
      </w:tblPr>
      <w:tblGrid>
        <w:gridCol w:w="5760"/>
        <w:gridCol w:w="3600"/>
      </w:tblGrid>
      <w:tr w:rsidR="00EC7A70" w14:paraId="68BAE67D" w14:textId="77777777" w:rsidTr="00D420CD">
        <w:trPr>
          <w:jc w:val="center"/>
        </w:trPr>
        <w:tc>
          <w:tcPr>
            <w:tcW w:w="5760" w:type="dxa"/>
            <w:tcMar>
              <w:top w:w="80" w:type="dxa"/>
              <w:left w:w="80" w:type="dxa"/>
              <w:bottom w:w="80" w:type="dxa"/>
              <w:right w:w="80" w:type="dxa"/>
            </w:tcMar>
          </w:tcPr>
          <w:p w14:paraId="02990DAC" w14:textId="77777777" w:rsidR="00EC7A70" w:rsidRDefault="00EC7A70" w:rsidP="00D420CD">
            <w:r>
              <w:rPr>
                <w:color w:val="000000"/>
                <w:sz w:val="18"/>
              </w:rPr>
              <w:t>Command Structure</w:t>
            </w:r>
            <w:r>
              <w:rPr>
                <w:rFonts w:ascii="Roboto Mono" w:hAnsi="Roboto Mono"/>
                <w:b/>
                <w:color w:val="000000"/>
                <w:sz w:val="16"/>
              </w:rPr>
              <w:br/>
              <w:t>GET VOLGAIN_DATA</w:t>
            </w:r>
          </w:p>
        </w:tc>
        <w:tc>
          <w:tcPr>
            <w:tcW w:w="3600" w:type="dxa"/>
            <w:vMerge w:val="restart"/>
            <w:shd w:val="clear" w:color="auto" w:fill="F2F2F2"/>
            <w:tcMar>
              <w:top w:w="80" w:type="dxa"/>
              <w:left w:w="80" w:type="dxa"/>
              <w:bottom w:w="80" w:type="dxa"/>
              <w:right w:w="80" w:type="dxa"/>
            </w:tcMar>
          </w:tcPr>
          <w:p w14:paraId="44AE2B2B" w14:textId="77777777" w:rsidR="00EC7A70" w:rsidRDefault="00EC7A70" w:rsidP="00D420CD">
            <w:r>
              <w:rPr>
                <w:color w:val="000000"/>
                <w:sz w:val="16"/>
              </w:rPr>
              <w:t>Parameters:</w:t>
            </w:r>
            <w:r>
              <w:rPr>
                <w:color w:val="000000"/>
                <w:sz w:val="16"/>
              </w:rPr>
              <w:br/>
            </w:r>
          </w:p>
        </w:tc>
      </w:tr>
      <w:tr w:rsidR="00EC7A70" w14:paraId="3FE66198" w14:textId="77777777" w:rsidTr="00D420CD">
        <w:trPr>
          <w:jc w:val="center"/>
        </w:trPr>
        <w:tc>
          <w:tcPr>
            <w:tcW w:w="5760" w:type="dxa"/>
            <w:tcMar>
              <w:top w:w="80" w:type="dxa"/>
              <w:left w:w="80" w:type="dxa"/>
              <w:bottom w:w="80" w:type="dxa"/>
              <w:right w:w="80" w:type="dxa"/>
            </w:tcMar>
          </w:tcPr>
          <w:p w14:paraId="65294065" w14:textId="77777777" w:rsidR="00EC7A70" w:rsidRDefault="00EC7A70" w:rsidP="00D420CD">
            <w:r>
              <w:rPr>
                <w:color w:val="000000"/>
                <w:sz w:val="18"/>
              </w:rPr>
              <w:t>Response Structure</w:t>
            </w:r>
            <w:r>
              <w:rPr>
                <w:rFonts w:ascii="Roboto Mono" w:hAnsi="Roboto Mono"/>
                <w:b/>
                <w:color w:val="000000"/>
                <w:sz w:val="16"/>
              </w:rPr>
              <w:br/>
              <w:t xml:space="preserve">VOLGAIN_DATA &lt; </w:t>
            </w:r>
            <w:proofErr w:type="spellStart"/>
            <w:r>
              <w:rPr>
                <w:rFonts w:ascii="Roboto Mono" w:hAnsi="Roboto Mono"/>
                <w:b/>
                <w:color w:val="000000"/>
                <w:sz w:val="16"/>
              </w:rPr>
              <w:t>OutputVolume</w:t>
            </w:r>
            <w:proofErr w:type="spellEnd"/>
            <w:r>
              <w:rPr>
                <w:rFonts w:ascii="Roboto Mono" w:hAnsi="Roboto Mono"/>
                <w:b/>
                <w:color w:val="000000"/>
                <w:sz w:val="16"/>
              </w:rPr>
              <w:t xml:space="preserve"> &gt;</w:t>
            </w:r>
          </w:p>
        </w:tc>
        <w:tc>
          <w:tcPr>
            <w:tcW w:w="3600" w:type="dxa"/>
            <w:vMerge/>
          </w:tcPr>
          <w:p w14:paraId="7A984D9C" w14:textId="77777777" w:rsidR="00EC7A70" w:rsidRDefault="00EC7A70" w:rsidP="00D420CD"/>
        </w:tc>
      </w:tr>
      <w:tr w:rsidR="00EC7A70" w14:paraId="4FC515A4" w14:textId="77777777" w:rsidTr="00D420CD">
        <w:trPr>
          <w:jc w:val="center"/>
        </w:trPr>
        <w:tc>
          <w:tcPr>
            <w:tcW w:w="5760" w:type="dxa"/>
            <w:tcMar>
              <w:top w:w="80" w:type="dxa"/>
              <w:left w:w="80" w:type="dxa"/>
              <w:bottom w:w="0" w:type="dxa"/>
              <w:right w:w="80" w:type="dxa"/>
            </w:tcMar>
          </w:tcPr>
          <w:p w14:paraId="043ACAE1" w14:textId="77777777" w:rsidR="00EC7A70" w:rsidRDefault="00EC7A70" w:rsidP="00D420CD">
            <w:r>
              <w:rPr>
                <w:color w:val="000000"/>
                <w:sz w:val="18"/>
              </w:rPr>
              <w:t>Command Example</w:t>
            </w:r>
          </w:p>
        </w:tc>
        <w:tc>
          <w:tcPr>
            <w:tcW w:w="3600" w:type="dxa"/>
            <w:vMerge/>
          </w:tcPr>
          <w:p w14:paraId="5E85D83A" w14:textId="77777777" w:rsidR="00EC7A70" w:rsidRDefault="00EC7A70" w:rsidP="00D420CD"/>
        </w:tc>
      </w:tr>
      <w:tr w:rsidR="00EC7A70" w14:paraId="59DDA4D7" w14:textId="77777777" w:rsidTr="00D420CD">
        <w:trPr>
          <w:jc w:val="center"/>
        </w:trPr>
        <w:tc>
          <w:tcPr>
            <w:tcW w:w="5760" w:type="dxa"/>
            <w:shd w:val="clear" w:color="auto" w:fill="000000"/>
            <w:tcMar>
              <w:top w:w="0" w:type="dxa"/>
              <w:left w:w="80" w:type="dxa"/>
              <w:bottom w:w="80" w:type="dxa"/>
              <w:right w:w="80" w:type="dxa"/>
            </w:tcMar>
          </w:tcPr>
          <w:p w14:paraId="56DC15FC" w14:textId="77777777" w:rsidR="00EC7A70" w:rsidRDefault="00EC7A70" w:rsidP="00D420CD">
            <w:r>
              <w:rPr>
                <w:rFonts w:ascii="Roboto Mono" w:hAnsi="Roboto Mono"/>
                <w:b/>
                <w:color w:val="FFFFFF"/>
                <w:sz w:val="16"/>
              </w:rPr>
              <w:t>GET VOLGAIN_DATA</w:t>
            </w:r>
          </w:p>
        </w:tc>
        <w:tc>
          <w:tcPr>
            <w:tcW w:w="3600" w:type="dxa"/>
            <w:vMerge/>
          </w:tcPr>
          <w:p w14:paraId="5444437B" w14:textId="77777777" w:rsidR="00EC7A70" w:rsidRDefault="00EC7A70" w:rsidP="00D420CD"/>
        </w:tc>
      </w:tr>
      <w:tr w:rsidR="00EC7A70" w14:paraId="69BE479D" w14:textId="77777777" w:rsidTr="00D420CD">
        <w:trPr>
          <w:jc w:val="center"/>
        </w:trPr>
        <w:tc>
          <w:tcPr>
            <w:tcW w:w="5760" w:type="dxa"/>
            <w:tcMar>
              <w:top w:w="80" w:type="dxa"/>
              <w:left w:w="80" w:type="dxa"/>
              <w:bottom w:w="0" w:type="dxa"/>
              <w:right w:w="80" w:type="dxa"/>
            </w:tcMar>
          </w:tcPr>
          <w:p w14:paraId="2709C02C" w14:textId="77777777" w:rsidR="00EC7A70" w:rsidRDefault="00EC7A70" w:rsidP="00D420CD">
            <w:r>
              <w:rPr>
                <w:color w:val="000000"/>
                <w:sz w:val="18"/>
              </w:rPr>
              <w:t>Response Example</w:t>
            </w:r>
          </w:p>
        </w:tc>
        <w:tc>
          <w:tcPr>
            <w:tcW w:w="3600" w:type="dxa"/>
            <w:vMerge/>
          </w:tcPr>
          <w:p w14:paraId="3C1E1953" w14:textId="77777777" w:rsidR="00EC7A70" w:rsidRDefault="00EC7A70" w:rsidP="00D420CD"/>
        </w:tc>
      </w:tr>
      <w:tr w:rsidR="00EC7A70" w14:paraId="4F73C74C" w14:textId="77777777" w:rsidTr="00D420CD">
        <w:trPr>
          <w:jc w:val="center"/>
        </w:trPr>
        <w:tc>
          <w:tcPr>
            <w:tcW w:w="5760" w:type="dxa"/>
            <w:shd w:val="clear" w:color="auto" w:fill="000000"/>
            <w:tcMar>
              <w:top w:w="0" w:type="dxa"/>
              <w:left w:w="80" w:type="dxa"/>
              <w:bottom w:w="80" w:type="dxa"/>
              <w:right w:w="80" w:type="dxa"/>
            </w:tcMar>
          </w:tcPr>
          <w:p w14:paraId="43CE304C" w14:textId="77777777" w:rsidR="00EC7A70" w:rsidRDefault="00EC7A70" w:rsidP="00D420CD">
            <w:r>
              <w:rPr>
                <w:rFonts w:ascii="Roboto Mono" w:hAnsi="Roboto Mono"/>
                <w:b/>
                <w:color w:val="FFFFFF"/>
                <w:sz w:val="16"/>
              </w:rPr>
              <w:t>VOLGAIN_DATA -3</w:t>
            </w:r>
          </w:p>
        </w:tc>
        <w:tc>
          <w:tcPr>
            <w:tcW w:w="3600" w:type="dxa"/>
            <w:vMerge/>
          </w:tcPr>
          <w:p w14:paraId="581F9A6A" w14:textId="77777777" w:rsidR="00EC7A70" w:rsidRDefault="00EC7A70" w:rsidP="00D420CD"/>
        </w:tc>
      </w:tr>
      <w:tr w:rsidR="00EC7A70" w14:paraId="625EE357" w14:textId="77777777" w:rsidTr="00D420CD">
        <w:trPr>
          <w:jc w:val="center"/>
        </w:trPr>
        <w:tc>
          <w:tcPr>
            <w:tcW w:w="9360" w:type="dxa"/>
            <w:gridSpan w:val="2"/>
            <w:shd w:val="clear" w:color="auto" w:fill="E0F6EC"/>
            <w:tcMar>
              <w:top w:w="80" w:type="dxa"/>
              <w:left w:w="80" w:type="dxa"/>
              <w:bottom w:w="80" w:type="dxa"/>
              <w:right w:w="80" w:type="dxa"/>
            </w:tcMar>
          </w:tcPr>
          <w:p w14:paraId="27B192F1" w14:textId="77777777" w:rsidR="00EC7A70" w:rsidRDefault="00EC7A70" w:rsidP="00D420CD">
            <w:r>
              <w:rPr>
                <w:color w:val="000000"/>
                <w:sz w:val="16"/>
              </w:rPr>
              <w:t xml:space="preserve">Additional Notes: </w:t>
            </w:r>
          </w:p>
        </w:tc>
      </w:tr>
    </w:tbl>
    <w:p w14:paraId="6D447EDB" w14:textId="77777777" w:rsidR="00EC7A70" w:rsidRDefault="00EC7A70" w:rsidP="00EC7A70"/>
    <w:p w14:paraId="77C39A3B" w14:textId="77777777" w:rsidR="00EC7A70" w:rsidRDefault="00EC7A70" w:rsidP="00EC7A70">
      <w:pPr>
        <w:pStyle w:val="Heading2"/>
      </w:pPr>
      <w:bookmarkStart w:id="37" w:name="_Toc218512798"/>
      <w:r>
        <w:rPr>
          <w:rFonts w:ascii="Roboto" w:hAnsi="Roboto"/>
          <w:color w:val="000000"/>
          <w:sz w:val="28"/>
        </w:rPr>
        <w:t>2.15 Set Output Mute</w:t>
      </w:r>
      <w:bookmarkEnd w:id="37"/>
    </w:p>
    <w:p w14:paraId="2600C13F" w14:textId="77777777" w:rsidR="00EC7A70" w:rsidRDefault="00EC7A70" w:rsidP="00EC7A70">
      <w:r>
        <w:rPr>
          <w:rFonts w:ascii="Roboto" w:hAnsi="Roboto"/>
          <w:sz w:val="18"/>
        </w:rPr>
        <w:br/>
        <w:t>Mute or unmute all output audio signals simultaneously.</w:t>
      </w:r>
    </w:p>
    <w:tbl>
      <w:tblPr>
        <w:tblStyle w:val="luka"/>
        <w:tblW w:w="0" w:type="auto"/>
        <w:jc w:val="center"/>
        <w:tblLook w:val="04A0" w:firstRow="1" w:lastRow="0" w:firstColumn="1" w:lastColumn="0" w:noHBand="0" w:noVBand="1"/>
      </w:tblPr>
      <w:tblGrid>
        <w:gridCol w:w="5760"/>
        <w:gridCol w:w="3600"/>
      </w:tblGrid>
      <w:tr w:rsidR="00EC7A70" w14:paraId="03F4D6F8" w14:textId="77777777" w:rsidTr="00D420CD">
        <w:trPr>
          <w:jc w:val="center"/>
        </w:trPr>
        <w:tc>
          <w:tcPr>
            <w:tcW w:w="5760" w:type="dxa"/>
            <w:tcMar>
              <w:top w:w="80" w:type="dxa"/>
              <w:left w:w="80" w:type="dxa"/>
              <w:bottom w:w="80" w:type="dxa"/>
              <w:right w:w="80" w:type="dxa"/>
            </w:tcMar>
          </w:tcPr>
          <w:p w14:paraId="06025273" w14:textId="77777777" w:rsidR="00EC7A70" w:rsidRDefault="00EC7A70" w:rsidP="00D420CD">
            <w:r>
              <w:rPr>
                <w:color w:val="000000"/>
                <w:sz w:val="18"/>
              </w:rPr>
              <w:t>Command Structure</w:t>
            </w:r>
            <w:r>
              <w:rPr>
                <w:rFonts w:ascii="Roboto Mono" w:hAnsi="Roboto Mono"/>
                <w:b/>
                <w:color w:val="000000"/>
                <w:sz w:val="16"/>
              </w:rPr>
              <w:br/>
              <w:t>SET AUDIO_MUTE &lt; ON | OFF &gt;</w:t>
            </w:r>
          </w:p>
        </w:tc>
        <w:tc>
          <w:tcPr>
            <w:tcW w:w="3600" w:type="dxa"/>
            <w:vMerge w:val="restart"/>
            <w:shd w:val="clear" w:color="auto" w:fill="F2F2F2"/>
            <w:tcMar>
              <w:top w:w="80" w:type="dxa"/>
              <w:left w:w="80" w:type="dxa"/>
              <w:bottom w:w="80" w:type="dxa"/>
              <w:right w:w="80" w:type="dxa"/>
            </w:tcMar>
          </w:tcPr>
          <w:p w14:paraId="2221C0F9" w14:textId="77777777" w:rsidR="00EC7A70" w:rsidRDefault="00EC7A70" w:rsidP="00D420CD">
            <w:r>
              <w:rPr>
                <w:color w:val="000000"/>
                <w:sz w:val="16"/>
              </w:rPr>
              <w:t>Parameters:</w:t>
            </w:r>
            <w:r>
              <w:rPr>
                <w:color w:val="000000"/>
                <w:sz w:val="16"/>
              </w:rPr>
              <w:br/>
              <w:t>ON = Enable output mute</w:t>
            </w:r>
          </w:p>
        </w:tc>
      </w:tr>
      <w:tr w:rsidR="00EC7A70" w14:paraId="1ABC5AC6" w14:textId="77777777" w:rsidTr="00D420CD">
        <w:trPr>
          <w:jc w:val="center"/>
        </w:trPr>
        <w:tc>
          <w:tcPr>
            <w:tcW w:w="5760" w:type="dxa"/>
            <w:tcMar>
              <w:top w:w="80" w:type="dxa"/>
              <w:left w:w="80" w:type="dxa"/>
              <w:bottom w:w="80" w:type="dxa"/>
              <w:right w:w="80" w:type="dxa"/>
            </w:tcMar>
          </w:tcPr>
          <w:p w14:paraId="62E798A5" w14:textId="77777777" w:rsidR="00EC7A70" w:rsidRDefault="00EC7A70" w:rsidP="00D420CD">
            <w:r>
              <w:rPr>
                <w:color w:val="000000"/>
                <w:sz w:val="18"/>
              </w:rPr>
              <w:t>Response Structure</w:t>
            </w:r>
            <w:r>
              <w:rPr>
                <w:rFonts w:ascii="Roboto Mono" w:hAnsi="Roboto Mono"/>
                <w:b/>
                <w:color w:val="000000"/>
                <w:sz w:val="16"/>
              </w:rPr>
              <w:br/>
              <w:t>AUDIO_MUTE &lt; ON | OFF &gt;</w:t>
            </w:r>
          </w:p>
        </w:tc>
        <w:tc>
          <w:tcPr>
            <w:tcW w:w="3600" w:type="dxa"/>
            <w:vMerge/>
          </w:tcPr>
          <w:p w14:paraId="69D7E6C1" w14:textId="77777777" w:rsidR="00EC7A70" w:rsidRDefault="00EC7A70" w:rsidP="00D420CD"/>
        </w:tc>
      </w:tr>
      <w:tr w:rsidR="00EC7A70" w14:paraId="4BAE01D1" w14:textId="77777777" w:rsidTr="00D420CD">
        <w:trPr>
          <w:jc w:val="center"/>
        </w:trPr>
        <w:tc>
          <w:tcPr>
            <w:tcW w:w="5760" w:type="dxa"/>
            <w:tcMar>
              <w:top w:w="80" w:type="dxa"/>
              <w:left w:w="80" w:type="dxa"/>
              <w:bottom w:w="0" w:type="dxa"/>
              <w:right w:w="80" w:type="dxa"/>
            </w:tcMar>
          </w:tcPr>
          <w:p w14:paraId="46F31D8B" w14:textId="77777777" w:rsidR="00EC7A70" w:rsidRDefault="00EC7A70" w:rsidP="00D420CD">
            <w:r>
              <w:rPr>
                <w:color w:val="000000"/>
                <w:sz w:val="18"/>
              </w:rPr>
              <w:t>Command Example</w:t>
            </w:r>
          </w:p>
        </w:tc>
        <w:tc>
          <w:tcPr>
            <w:tcW w:w="3600" w:type="dxa"/>
            <w:vMerge/>
          </w:tcPr>
          <w:p w14:paraId="77C13F80" w14:textId="77777777" w:rsidR="00EC7A70" w:rsidRDefault="00EC7A70" w:rsidP="00D420CD"/>
        </w:tc>
      </w:tr>
      <w:tr w:rsidR="00EC7A70" w14:paraId="08D8332C" w14:textId="77777777" w:rsidTr="00D420CD">
        <w:trPr>
          <w:jc w:val="center"/>
        </w:trPr>
        <w:tc>
          <w:tcPr>
            <w:tcW w:w="5760" w:type="dxa"/>
            <w:shd w:val="clear" w:color="auto" w:fill="000000"/>
            <w:tcMar>
              <w:top w:w="0" w:type="dxa"/>
              <w:left w:w="80" w:type="dxa"/>
              <w:bottom w:w="80" w:type="dxa"/>
              <w:right w:w="80" w:type="dxa"/>
            </w:tcMar>
          </w:tcPr>
          <w:p w14:paraId="6D88938D" w14:textId="77777777" w:rsidR="00EC7A70" w:rsidRDefault="00EC7A70" w:rsidP="00D420CD">
            <w:r>
              <w:rPr>
                <w:rFonts w:ascii="Roboto Mono" w:hAnsi="Roboto Mono"/>
                <w:b/>
                <w:color w:val="FFFFFF"/>
                <w:sz w:val="16"/>
              </w:rPr>
              <w:t>SET AUDIO_MUTE ON</w:t>
            </w:r>
          </w:p>
        </w:tc>
        <w:tc>
          <w:tcPr>
            <w:tcW w:w="3600" w:type="dxa"/>
            <w:vMerge/>
          </w:tcPr>
          <w:p w14:paraId="2B918641" w14:textId="77777777" w:rsidR="00EC7A70" w:rsidRDefault="00EC7A70" w:rsidP="00D420CD"/>
        </w:tc>
      </w:tr>
      <w:tr w:rsidR="00EC7A70" w14:paraId="0288C565" w14:textId="77777777" w:rsidTr="00D420CD">
        <w:trPr>
          <w:jc w:val="center"/>
        </w:trPr>
        <w:tc>
          <w:tcPr>
            <w:tcW w:w="5760" w:type="dxa"/>
            <w:tcMar>
              <w:top w:w="80" w:type="dxa"/>
              <w:left w:w="80" w:type="dxa"/>
              <w:bottom w:w="0" w:type="dxa"/>
              <w:right w:w="80" w:type="dxa"/>
            </w:tcMar>
          </w:tcPr>
          <w:p w14:paraId="692FE45E" w14:textId="77777777" w:rsidR="00EC7A70" w:rsidRDefault="00EC7A70" w:rsidP="00D420CD">
            <w:r>
              <w:rPr>
                <w:color w:val="000000"/>
                <w:sz w:val="18"/>
              </w:rPr>
              <w:t>Response Example</w:t>
            </w:r>
          </w:p>
        </w:tc>
        <w:tc>
          <w:tcPr>
            <w:tcW w:w="3600" w:type="dxa"/>
            <w:vMerge/>
          </w:tcPr>
          <w:p w14:paraId="6D58CBA1" w14:textId="77777777" w:rsidR="00EC7A70" w:rsidRDefault="00EC7A70" w:rsidP="00D420CD"/>
        </w:tc>
      </w:tr>
      <w:tr w:rsidR="00EC7A70" w14:paraId="76DD01E3" w14:textId="77777777" w:rsidTr="00D420CD">
        <w:trPr>
          <w:jc w:val="center"/>
        </w:trPr>
        <w:tc>
          <w:tcPr>
            <w:tcW w:w="5760" w:type="dxa"/>
            <w:shd w:val="clear" w:color="auto" w:fill="000000"/>
            <w:tcMar>
              <w:top w:w="0" w:type="dxa"/>
              <w:left w:w="80" w:type="dxa"/>
              <w:bottom w:w="80" w:type="dxa"/>
              <w:right w:w="80" w:type="dxa"/>
            </w:tcMar>
          </w:tcPr>
          <w:p w14:paraId="5409685D" w14:textId="77777777" w:rsidR="00EC7A70" w:rsidRDefault="00EC7A70" w:rsidP="00D420CD">
            <w:r>
              <w:rPr>
                <w:rFonts w:ascii="Roboto Mono" w:hAnsi="Roboto Mono"/>
                <w:b/>
                <w:color w:val="FFFFFF"/>
                <w:sz w:val="16"/>
              </w:rPr>
              <w:t>AUDIO_MUTE ON</w:t>
            </w:r>
          </w:p>
        </w:tc>
        <w:tc>
          <w:tcPr>
            <w:tcW w:w="3600" w:type="dxa"/>
            <w:vMerge/>
          </w:tcPr>
          <w:p w14:paraId="07F5AC3B" w14:textId="77777777" w:rsidR="00EC7A70" w:rsidRDefault="00EC7A70" w:rsidP="00D420CD"/>
        </w:tc>
      </w:tr>
      <w:tr w:rsidR="00EC7A70" w14:paraId="2FE24838" w14:textId="77777777" w:rsidTr="00D420CD">
        <w:trPr>
          <w:jc w:val="center"/>
        </w:trPr>
        <w:tc>
          <w:tcPr>
            <w:tcW w:w="9360" w:type="dxa"/>
            <w:gridSpan w:val="2"/>
            <w:shd w:val="clear" w:color="auto" w:fill="E0F6EC"/>
            <w:tcMar>
              <w:top w:w="80" w:type="dxa"/>
              <w:left w:w="80" w:type="dxa"/>
              <w:bottom w:w="80" w:type="dxa"/>
              <w:right w:w="80" w:type="dxa"/>
            </w:tcMar>
          </w:tcPr>
          <w:p w14:paraId="179E52FC" w14:textId="77777777" w:rsidR="00EC7A70" w:rsidRDefault="00EC7A70" w:rsidP="00D420CD">
            <w:r>
              <w:rPr>
                <w:color w:val="000000"/>
                <w:sz w:val="16"/>
              </w:rPr>
              <w:t>Additional Notes: Default: OFF (not muted)</w:t>
            </w:r>
          </w:p>
        </w:tc>
      </w:tr>
    </w:tbl>
    <w:p w14:paraId="16F94870" w14:textId="77777777" w:rsidR="00EC7A70" w:rsidRDefault="00EC7A70" w:rsidP="00EC7A70"/>
    <w:p w14:paraId="745CBE16" w14:textId="77777777" w:rsidR="00EC7A70" w:rsidRDefault="00EC7A70" w:rsidP="00EC7A70">
      <w:pPr>
        <w:pStyle w:val="Heading2"/>
      </w:pPr>
      <w:bookmarkStart w:id="38" w:name="_Toc218512799"/>
      <w:r>
        <w:rPr>
          <w:rFonts w:ascii="Roboto" w:hAnsi="Roboto"/>
          <w:color w:val="000000"/>
          <w:sz w:val="28"/>
        </w:rPr>
        <w:lastRenderedPageBreak/>
        <w:t>2.16 Get Output Mute</w:t>
      </w:r>
      <w:bookmarkEnd w:id="38"/>
    </w:p>
    <w:p w14:paraId="24F5442F" w14:textId="77777777" w:rsidR="00EC7A70" w:rsidRDefault="00EC7A70" w:rsidP="00EC7A70">
      <w:r>
        <w:rPr>
          <w:rFonts w:ascii="Roboto" w:hAnsi="Roboto"/>
          <w:sz w:val="18"/>
        </w:rPr>
        <w:br/>
        <w:t>Get the mute setting for the output audio signal.</w:t>
      </w:r>
    </w:p>
    <w:tbl>
      <w:tblPr>
        <w:tblStyle w:val="luka"/>
        <w:tblW w:w="0" w:type="auto"/>
        <w:jc w:val="center"/>
        <w:tblLook w:val="04A0" w:firstRow="1" w:lastRow="0" w:firstColumn="1" w:lastColumn="0" w:noHBand="0" w:noVBand="1"/>
      </w:tblPr>
      <w:tblGrid>
        <w:gridCol w:w="5760"/>
        <w:gridCol w:w="3600"/>
      </w:tblGrid>
      <w:tr w:rsidR="00EC7A70" w14:paraId="65A650CF" w14:textId="77777777" w:rsidTr="00D420CD">
        <w:trPr>
          <w:jc w:val="center"/>
        </w:trPr>
        <w:tc>
          <w:tcPr>
            <w:tcW w:w="5760" w:type="dxa"/>
            <w:tcMar>
              <w:top w:w="80" w:type="dxa"/>
              <w:left w:w="80" w:type="dxa"/>
              <w:bottom w:w="80" w:type="dxa"/>
              <w:right w:w="80" w:type="dxa"/>
            </w:tcMar>
          </w:tcPr>
          <w:p w14:paraId="70459204" w14:textId="77777777" w:rsidR="00EC7A70" w:rsidRDefault="00EC7A70" w:rsidP="00D420CD">
            <w:r>
              <w:rPr>
                <w:color w:val="000000"/>
                <w:sz w:val="18"/>
              </w:rPr>
              <w:t>Command Structure</w:t>
            </w:r>
            <w:r>
              <w:rPr>
                <w:rFonts w:ascii="Roboto Mono" w:hAnsi="Roboto Mono"/>
                <w:b/>
                <w:color w:val="000000"/>
                <w:sz w:val="16"/>
              </w:rPr>
              <w:br/>
              <w:t>GET AUDIO_MUTE</w:t>
            </w:r>
          </w:p>
        </w:tc>
        <w:tc>
          <w:tcPr>
            <w:tcW w:w="3600" w:type="dxa"/>
            <w:vMerge w:val="restart"/>
            <w:shd w:val="clear" w:color="auto" w:fill="F2F2F2"/>
            <w:tcMar>
              <w:top w:w="80" w:type="dxa"/>
              <w:left w:w="80" w:type="dxa"/>
              <w:bottom w:w="80" w:type="dxa"/>
              <w:right w:w="80" w:type="dxa"/>
            </w:tcMar>
          </w:tcPr>
          <w:p w14:paraId="37FFA694" w14:textId="77777777" w:rsidR="00EC7A70" w:rsidRDefault="00EC7A70" w:rsidP="00D420CD">
            <w:r>
              <w:rPr>
                <w:color w:val="000000"/>
                <w:sz w:val="16"/>
              </w:rPr>
              <w:t>Parameters:</w:t>
            </w:r>
            <w:r>
              <w:rPr>
                <w:color w:val="000000"/>
                <w:sz w:val="16"/>
              </w:rPr>
              <w:br/>
            </w:r>
          </w:p>
        </w:tc>
      </w:tr>
      <w:tr w:rsidR="00EC7A70" w14:paraId="44FAF2A7" w14:textId="77777777" w:rsidTr="00D420CD">
        <w:trPr>
          <w:jc w:val="center"/>
        </w:trPr>
        <w:tc>
          <w:tcPr>
            <w:tcW w:w="5760" w:type="dxa"/>
            <w:tcMar>
              <w:top w:w="80" w:type="dxa"/>
              <w:left w:w="80" w:type="dxa"/>
              <w:bottom w:w="80" w:type="dxa"/>
              <w:right w:w="80" w:type="dxa"/>
            </w:tcMar>
          </w:tcPr>
          <w:p w14:paraId="3876F542" w14:textId="77777777" w:rsidR="00EC7A70" w:rsidRDefault="00EC7A70" w:rsidP="00D420CD">
            <w:r>
              <w:rPr>
                <w:color w:val="000000"/>
                <w:sz w:val="18"/>
              </w:rPr>
              <w:t>Response Structure</w:t>
            </w:r>
            <w:r>
              <w:rPr>
                <w:rFonts w:ascii="Roboto Mono" w:hAnsi="Roboto Mono"/>
                <w:b/>
                <w:color w:val="000000"/>
                <w:sz w:val="16"/>
              </w:rPr>
              <w:br/>
              <w:t>AUDIO_MUTE &lt; ON | OFF &gt;</w:t>
            </w:r>
          </w:p>
        </w:tc>
        <w:tc>
          <w:tcPr>
            <w:tcW w:w="3600" w:type="dxa"/>
            <w:vMerge/>
          </w:tcPr>
          <w:p w14:paraId="46ABB992" w14:textId="77777777" w:rsidR="00EC7A70" w:rsidRDefault="00EC7A70" w:rsidP="00D420CD"/>
        </w:tc>
      </w:tr>
      <w:tr w:rsidR="00EC7A70" w14:paraId="76F64A7E" w14:textId="77777777" w:rsidTr="00D420CD">
        <w:trPr>
          <w:jc w:val="center"/>
        </w:trPr>
        <w:tc>
          <w:tcPr>
            <w:tcW w:w="5760" w:type="dxa"/>
            <w:tcMar>
              <w:top w:w="80" w:type="dxa"/>
              <w:left w:w="80" w:type="dxa"/>
              <w:bottom w:w="0" w:type="dxa"/>
              <w:right w:w="80" w:type="dxa"/>
            </w:tcMar>
          </w:tcPr>
          <w:p w14:paraId="6A3BB79F" w14:textId="77777777" w:rsidR="00EC7A70" w:rsidRDefault="00EC7A70" w:rsidP="00D420CD">
            <w:r>
              <w:rPr>
                <w:color w:val="000000"/>
                <w:sz w:val="18"/>
              </w:rPr>
              <w:t>Command Example</w:t>
            </w:r>
          </w:p>
        </w:tc>
        <w:tc>
          <w:tcPr>
            <w:tcW w:w="3600" w:type="dxa"/>
            <w:vMerge/>
          </w:tcPr>
          <w:p w14:paraId="10004F7E" w14:textId="77777777" w:rsidR="00EC7A70" w:rsidRDefault="00EC7A70" w:rsidP="00D420CD"/>
        </w:tc>
      </w:tr>
      <w:tr w:rsidR="00EC7A70" w14:paraId="01200AF0" w14:textId="77777777" w:rsidTr="00D420CD">
        <w:trPr>
          <w:jc w:val="center"/>
        </w:trPr>
        <w:tc>
          <w:tcPr>
            <w:tcW w:w="5760" w:type="dxa"/>
            <w:shd w:val="clear" w:color="auto" w:fill="000000"/>
            <w:tcMar>
              <w:top w:w="0" w:type="dxa"/>
              <w:left w:w="80" w:type="dxa"/>
              <w:bottom w:w="80" w:type="dxa"/>
              <w:right w:w="80" w:type="dxa"/>
            </w:tcMar>
          </w:tcPr>
          <w:p w14:paraId="6194CD0A" w14:textId="77777777" w:rsidR="00EC7A70" w:rsidRDefault="00EC7A70" w:rsidP="00D420CD">
            <w:r>
              <w:rPr>
                <w:rFonts w:ascii="Roboto Mono" w:hAnsi="Roboto Mono"/>
                <w:b/>
                <w:color w:val="FFFFFF"/>
                <w:sz w:val="16"/>
              </w:rPr>
              <w:t>GET AUDIO_MUTE</w:t>
            </w:r>
          </w:p>
        </w:tc>
        <w:tc>
          <w:tcPr>
            <w:tcW w:w="3600" w:type="dxa"/>
            <w:vMerge/>
          </w:tcPr>
          <w:p w14:paraId="248AEFD9" w14:textId="77777777" w:rsidR="00EC7A70" w:rsidRDefault="00EC7A70" w:rsidP="00D420CD"/>
        </w:tc>
      </w:tr>
      <w:tr w:rsidR="00EC7A70" w14:paraId="5A42A698" w14:textId="77777777" w:rsidTr="00D420CD">
        <w:trPr>
          <w:jc w:val="center"/>
        </w:trPr>
        <w:tc>
          <w:tcPr>
            <w:tcW w:w="5760" w:type="dxa"/>
            <w:tcMar>
              <w:top w:w="80" w:type="dxa"/>
              <w:left w:w="80" w:type="dxa"/>
              <w:bottom w:w="0" w:type="dxa"/>
              <w:right w:w="80" w:type="dxa"/>
            </w:tcMar>
          </w:tcPr>
          <w:p w14:paraId="45504805" w14:textId="77777777" w:rsidR="00EC7A70" w:rsidRDefault="00EC7A70" w:rsidP="00D420CD">
            <w:r>
              <w:rPr>
                <w:color w:val="000000"/>
                <w:sz w:val="18"/>
              </w:rPr>
              <w:t>Response Example</w:t>
            </w:r>
          </w:p>
        </w:tc>
        <w:tc>
          <w:tcPr>
            <w:tcW w:w="3600" w:type="dxa"/>
            <w:vMerge/>
          </w:tcPr>
          <w:p w14:paraId="33E7AF73" w14:textId="77777777" w:rsidR="00EC7A70" w:rsidRDefault="00EC7A70" w:rsidP="00D420CD"/>
        </w:tc>
      </w:tr>
      <w:tr w:rsidR="00EC7A70" w14:paraId="36638136" w14:textId="77777777" w:rsidTr="00D420CD">
        <w:trPr>
          <w:jc w:val="center"/>
        </w:trPr>
        <w:tc>
          <w:tcPr>
            <w:tcW w:w="5760" w:type="dxa"/>
            <w:shd w:val="clear" w:color="auto" w:fill="000000"/>
            <w:tcMar>
              <w:top w:w="0" w:type="dxa"/>
              <w:left w:w="80" w:type="dxa"/>
              <w:bottom w:w="80" w:type="dxa"/>
              <w:right w:w="80" w:type="dxa"/>
            </w:tcMar>
          </w:tcPr>
          <w:p w14:paraId="49FDEA90" w14:textId="77777777" w:rsidR="00EC7A70" w:rsidRDefault="00EC7A70" w:rsidP="00D420CD">
            <w:r>
              <w:rPr>
                <w:rFonts w:ascii="Roboto Mono" w:hAnsi="Roboto Mono"/>
                <w:b/>
                <w:color w:val="FFFFFF"/>
                <w:sz w:val="16"/>
              </w:rPr>
              <w:t>AUDIO_MUTE ON</w:t>
            </w:r>
          </w:p>
        </w:tc>
        <w:tc>
          <w:tcPr>
            <w:tcW w:w="3600" w:type="dxa"/>
            <w:vMerge/>
          </w:tcPr>
          <w:p w14:paraId="2D1C6BE2" w14:textId="77777777" w:rsidR="00EC7A70" w:rsidRDefault="00EC7A70" w:rsidP="00D420CD"/>
        </w:tc>
      </w:tr>
      <w:tr w:rsidR="00EC7A70" w14:paraId="778108CD" w14:textId="77777777" w:rsidTr="00D420CD">
        <w:trPr>
          <w:jc w:val="center"/>
        </w:trPr>
        <w:tc>
          <w:tcPr>
            <w:tcW w:w="9360" w:type="dxa"/>
            <w:gridSpan w:val="2"/>
            <w:shd w:val="clear" w:color="auto" w:fill="E0F6EC"/>
            <w:tcMar>
              <w:top w:w="80" w:type="dxa"/>
              <w:left w:w="80" w:type="dxa"/>
              <w:bottom w:w="80" w:type="dxa"/>
              <w:right w:w="80" w:type="dxa"/>
            </w:tcMar>
          </w:tcPr>
          <w:p w14:paraId="2260D2BB" w14:textId="77777777" w:rsidR="00EC7A70" w:rsidRDefault="00EC7A70" w:rsidP="00D420CD">
            <w:r>
              <w:rPr>
                <w:color w:val="000000"/>
                <w:sz w:val="16"/>
              </w:rPr>
              <w:t xml:space="preserve">Additional Notes: </w:t>
            </w:r>
          </w:p>
        </w:tc>
      </w:tr>
    </w:tbl>
    <w:p w14:paraId="2C3B9B82" w14:textId="77777777" w:rsidR="00EC7A70" w:rsidRDefault="00EC7A70" w:rsidP="00EC7A70"/>
    <w:p w14:paraId="05C98799" w14:textId="77777777" w:rsidR="00EC7A70" w:rsidRDefault="00EC7A70" w:rsidP="00EC7A70">
      <w:pPr>
        <w:pStyle w:val="Heading2"/>
      </w:pPr>
      <w:bookmarkStart w:id="39" w:name="_Toc218512800"/>
      <w:r>
        <w:rPr>
          <w:rFonts w:ascii="Roboto" w:hAnsi="Roboto"/>
          <w:color w:val="000000"/>
          <w:sz w:val="28"/>
        </w:rPr>
        <w:t>2.17 Get Output Connection Status</w:t>
      </w:r>
      <w:bookmarkEnd w:id="39"/>
    </w:p>
    <w:p w14:paraId="1F63A2FE" w14:textId="77777777" w:rsidR="00EC7A70" w:rsidRDefault="00EC7A70" w:rsidP="00EC7A70">
      <w:r>
        <w:rPr>
          <w:rFonts w:ascii="Roboto" w:hAnsi="Roboto"/>
          <w:sz w:val="18"/>
        </w:rPr>
        <w:br/>
        <w:t>Get the connection status of the output ports (whether a display is connected).</w:t>
      </w:r>
    </w:p>
    <w:tbl>
      <w:tblPr>
        <w:tblStyle w:val="luka"/>
        <w:tblW w:w="0" w:type="auto"/>
        <w:jc w:val="center"/>
        <w:tblLook w:val="04A0" w:firstRow="1" w:lastRow="0" w:firstColumn="1" w:lastColumn="0" w:noHBand="0" w:noVBand="1"/>
      </w:tblPr>
      <w:tblGrid>
        <w:gridCol w:w="5760"/>
        <w:gridCol w:w="3600"/>
      </w:tblGrid>
      <w:tr w:rsidR="00EC7A70" w14:paraId="46D6675C" w14:textId="77777777" w:rsidTr="00D420CD">
        <w:trPr>
          <w:jc w:val="center"/>
        </w:trPr>
        <w:tc>
          <w:tcPr>
            <w:tcW w:w="5760" w:type="dxa"/>
            <w:tcMar>
              <w:top w:w="80" w:type="dxa"/>
              <w:left w:w="80" w:type="dxa"/>
              <w:bottom w:w="80" w:type="dxa"/>
              <w:right w:w="80" w:type="dxa"/>
            </w:tcMar>
          </w:tcPr>
          <w:p w14:paraId="4C70BCC5" w14:textId="77777777" w:rsidR="00EC7A70" w:rsidRDefault="00EC7A70" w:rsidP="00D420CD">
            <w:r>
              <w:rPr>
                <w:color w:val="000000"/>
                <w:sz w:val="18"/>
              </w:rPr>
              <w:t>Command Structure</w:t>
            </w:r>
            <w:r>
              <w:rPr>
                <w:rFonts w:ascii="Roboto Mono" w:hAnsi="Roboto Mono"/>
                <w:b/>
                <w:color w:val="000000"/>
                <w:sz w:val="16"/>
              </w:rPr>
              <w:br/>
              <w:t>GET VIDOUT_CONNECT &lt; OUT1 | OUT2 | ALL &gt;</w:t>
            </w:r>
          </w:p>
        </w:tc>
        <w:tc>
          <w:tcPr>
            <w:tcW w:w="3600" w:type="dxa"/>
            <w:vMerge w:val="restart"/>
            <w:shd w:val="clear" w:color="auto" w:fill="F2F2F2"/>
            <w:tcMar>
              <w:top w:w="80" w:type="dxa"/>
              <w:left w:w="80" w:type="dxa"/>
              <w:bottom w:w="80" w:type="dxa"/>
              <w:right w:w="80" w:type="dxa"/>
            </w:tcMar>
          </w:tcPr>
          <w:p w14:paraId="1C06AAE2" w14:textId="77777777" w:rsidR="00EC7A70" w:rsidRDefault="00EC7A70" w:rsidP="00D420CD">
            <w:r>
              <w:rPr>
                <w:color w:val="000000"/>
                <w:sz w:val="16"/>
              </w:rPr>
              <w:t>Parameters:</w:t>
            </w:r>
            <w:r>
              <w:rPr>
                <w:color w:val="000000"/>
                <w:sz w:val="16"/>
              </w:rPr>
              <w:br/>
              <w:t>ALL = Get the connection status of both output ports.</w:t>
            </w:r>
          </w:p>
        </w:tc>
      </w:tr>
      <w:tr w:rsidR="00EC7A70" w14:paraId="63573305" w14:textId="77777777" w:rsidTr="00D420CD">
        <w:trPr>
          <w:jc w:val="center"/>
        </w:trPr>
        <w:tc>
          <w:tcPr>
            <w:tcW w:w="5760" w:type="dxa"/>
            <w:tcMar>
              <w:top w:w="80" w:type="dxa"/>
              <w:left w:w="80" w:type="dxa"/>
              <w:bottom w:w="80" w:type="dxa"/>
              <w:right w:w="80" w:type="dxa"/>
            </w:tcMar>
          </w:tcPr>
          <w:p w14:paraId="2A48044C" w14:textId="77777777" w:rsidR="00EC7A70" w:rsidRDefault="00EC7A70" w:rsidP="00D420CD">
            <w:r>
              <w:rPr>
                <w:color w:val="000000"/>
                <w:sz w:val="18"/>
              </w:rPr>
              <w:t>Response Structure</w:t>
            </w:r>
            <w:r>
              <w:rPr>
                <w:rFonts w:ascii="Roboto Mono" w:hAnsi="Roboto Mono"/>
                <w:b/>
                <w:color w:val="000000"/>
                <w:sz w:val="16"/>
              </w:rPr>
              <w:br/>
              <w:t>VIDOUT_CONNECT &lt; OUT1 | OUT2 &gt; &lt; CONNECTED | DISCONNECTED &gt;</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VIDOUT_CONNECT OUT1 &lt; CONNECTED | DISCONNECTED &gt;</w:t>
            </w:r>
            <w:r>
              <w:rPr>
                <w:rFonts w:ascii="Roboto Mono" w:hAnsi="Roboto Mono"/>
                <w:b/>
                <w:color w:val="000000"/>
                <w:sz w:val="16"/>
              </w:rPr>
              <w:br/>
              <w:t>VIDOUT_CONNECT OUT2 &lt; CONNECTED | DISCONNECTED &gt;</w:t>
            </w:r>
          </w:p>
        </w:tc>
        <w:tc>
          <w:tcPr>
            <w:tcW w:w="3600" w:type="dxa"/>
            <w:vMerge/>
          </w:tcPr>
          <w:p w14:paraId="27D9A337" w14:textId="77777777" w:rsidR="00EC7A70" w:rsidRDefault="00EC7A70" w:rsidP="00D420CD"/>
        </w:tc>
      </w:tr>
      <w:tr w:rsidR="00EC7A70" w14:paraId="03F39A7B" w14:textId="77777777" w:rsidTr="00D420CD">
        <w:trPr>
          <w:jc w:val="center"/>
        </w:trPr>
        <w:tc>
          <w:tcPr>
            <w:tcW w:w="5760" w:type="dxa"/>
            <w:tcMar>
              <w:top w:w="80" w:type="dxa"/>
              <w:left w:w="80" w:type="dxa"/>
              <w:bottom w:w="0" w:type="dxa"/>
              <w:right w:w="80" w:type="dxa"/>
            </w:tcMar>
          </w:tcPr>
          <w:p w14:paraId="234D2FF1" w14:textId="77777777" w:rsidR="00EC7A70" w:rsidRDefault="00EC7A70" w:rsidP="00D420CD">
            <w:r>
              <w:rPr>
                <w:color w:val="000000"/>
                <w:sz w:val="18"/>
              </w:rPr>
              <w:t>Command Example</w:t>
            </w:r>
          </w:p>
        </w:tc>
        <w:tc>
          <w:tcPr>
            <w:tcW w:w="3600" w:type="dxa"/>
            <w:vMerge/>
          </w:tcPr>
          <w:p w14:paraId="63350452" w14:textId="77777777" w:rsidR="00EC7A70" w:rsidRDefault="00EC7A70" w:rsidP="00D420CD"/>
        </w:tc>
      </w:tr>
      <w:tr w:rsidR="00EC7A70" w14:paraId="3B6BE173" w14:textId="77777777" w:rsidTr="00D420CD">
        <w:trPr>
          <w:jc w:val="center"/>
        </w:trPr>
        <w:tc>
          <w:tcPr>
            <w:tcW w:w="5760" w:type="dxa"/>
            <w:shd w:val="clear" w:color="auto" w:fill="000000"/>
            <w:tcMar>
              <w:top w:w="0" w:type="dxa"/>
              <w:left w:w="80" w:type="dxa"/>
              <w:bottom w:w="80" w:type="dxa"/>
              <w:right w:w="80" w:type="dxa"/>
            </w:tcMar>
          </w:tcPr>
          <w:p w14:paraId="337A083F" w14:textId="77777777" w:rsidR="00EC7A70" w:rsidRDefault="00EC7A70" w:rsidP="00D420CD">
            <w:r>
              <w:rPr>
                <w:rFonts w:ascii="Roboto Mono" w:hAnsi="Roboto Mono"/>
                <w:b/>
                <w:color w:val="FFFFFF"/>
                <w:sz w:val="16"/>
              </w:rPr>
              <w:t>GET VIDOUT_CONNECT OUT2</w:t>
            </w:r>
          </w:p>
        </w:tc>
        <w:tc>
          <w:tcPr>
            <w:tcW w:w="3600" w:type="dxa"/>
            <w:vMerge/>
          </w:tcPr>
          <w:p w14:paraId="6B9B2F20" w14:textId="77777777" w:rsidR="00EC7A70" w:rsidRDefault="00EC7A70" w:rsidP="00D420CD"/>
        </w:tc>
      </w:tr>
      <w:tr w:rsidR="00EC7A70" w14:paraId="2E16009F" w14:textId="77777777" w:rsidTr="00D420CD">
        <w:trPr>
          <w:jc w:val="center"/>
        </w:trPr>
        <w:tc>
          <w:tcPr>
            <w:tcW w:w="5760" w:type="dxa"/>
            <w:tcMar>
              <w:top w:w="80" w:type="dxa"/>
              <w:left w:w="80" w:type="dxa"/>
              <w:bottom w:w="0" w:type="dxa"/>
              <w:right w:w="80" w:type="dxa"/>
            </w:tcMar>
          </w:tcPr>
          <w:p w14:paraId="34B4D850" w14:textId="77777777" w:rsidR="00EC7A70" w:rsidRDefault="00EC7A70" w:rsidP="00D420CD">
            <w:r>
              <w:rPr>
                <w:color w:val="000000"/>
                <w:sz w:val="18"/>
              </w:rPr>
              <w:t>Response Example</w:t>
            </w:r>
          </w:p>
        </w:tc>
        <w:tc>
          <w:tcPr>
            <w:tcW w:w="3600" w:type="dxa"/>
            <w:vMerge/>
          </w:tcPr>
          <w:p w14:paraId="18DB3F3F" w14:textId="77777777" w:rsidR="00EC7A70" w:rsidRDefault="00EC7A70" w:rsidP="00D420CD"/>
        </w:tc>
      </w:tr>
      <w:tr w:rsidR="00EC7A70" w14:paraId="372ED62B" w14:textId="77777777" w:rsidTr="00D420CD">
        <w:trPr>
          <w:jc w:val="center"/>
        </w:trPr>
        <w:tc>
          <w:tcPr>
            <w:tcW w:w="5760" w:type="dxa"/>
            <w:shd w:val="clear" w:color="auto" w:fill="000000"/>
            <w:tcMar>
              <w:top w:w="0" w:type="dxa"/>
              <w:left w:w="80" w:type="dxa"/>
              <w:bottom w:w="80" w:type="dxa"/>
              <w:right w:w="80" w:type="dxa"/>
            </w:tcMar>
          </w:tcPr>
          <w:p w14:paraId="1D229819" w14:textId="77777777" w:rsidR="00EC7A70" w:rsidRDefault="00EC7A70" w:rsidP="00D420CD">
            <w:r>
              <w:rPr>
                <w:rFonts w:ascii="Roboto Mono" w:hAnsi="Roboto Mono"/>
                <w:b/>
                <w:color w:val="FFFFFF"/>
                <w:sz w:val="16"/>
              </w:rPr>
              <w:t>VIDOUT_CONNECT OUT2 CONNECTED</w:t>
            </w:r>
          </w:p>
        </w:tc>
        <w:tc>
          <w:tcPr>
            <w:tcW w:w="3600" w:type="dxa"/>
            <w:vMerge/>
          </w:tcPr>
          <w:p w14:paraId="5331C3BC" w14:textId="77777777" w:rsidR="00EC7A70" w:rsidRDefault="00EC7A70" w:rsidP="00D420CD"/>
        </w:tc>
      </w:tr>
      <w:tr w:rsidR="00EC7A70" w14:paraId="5F6B8C85" w14:textId="77777777" w:rsidTr="00D420CD">
        <w:trPr>
          <w:jc w:val="center"/>
        </w:trPr>
        <w:tc>
          <w:tcPr>
            <w:tcW w:w="9360" w:type="dxa"/>
            <w:gridSpan w:val="2"/>
            <w:shd w:val="clear" w:color="auto" w:fill="E0F6EC"/>
            <w:tcMar>
              <w:top w:w="80" w:type="dxa"/>
              <w:left w:w="80" w:type="dxa"/>
              <w:bottom w:w="80" w:type="dxa"/>
              <w:right w:w="80" w:type="dxa"/>
            </w:tcMar>
          </w:tcPr>
          <w:p w14:paraId="1ADB056B" w14:textId="77777777" w:rsidR="00EC7A70" w:rsidRDefault="00EC7A70" w:rsidP="00D420CD">
            <w:r>
              <w:rPr>
                <w:color w:val="000000"/>
                <w:sz w:val="16"/>
              </w:rPr>
              <w:t xml:space="preserve">Additional Notes: </w:t>
            </w:r>
          </w:p>
        </w:tc>
      </w:tr>
    </w:tbl>
    <w:p w14:paraId="3BFAC26D" w14:textId="5326674A" w:rsidR="00EC7A70" w:rsidRDefault="00EC7A70" w:rsidP="00EC7A70"/>
    <w:p w14:paraId="03557188" w14:textId="77777777" w:rsidR="00EC7A70" w:rsidRDefault="00EC7A70">
      <w:r>
        <w:br w:type="page"/>
      </w:r>
    </w:p>
    <w:p w14:paraId="1E01AFF5" w14:textId="77777777" w:rsidR="00EC7A70" w:rsidRDefault="00EC7A70" w:rsidP="00EC7A70">
      <w:pPr>
        <w:pStyle w:val="Heading2"/>
      </w:pPr>
      <w:bookmarkStart w:id="40" w:name="_Toc218512801"/>
      <w:r>
        <w:rPr>
          <w:rFonts w:ascii="Roboto" w:hAnsi="Roboto"/>
          <w:color w:val="000000"/>
          <w:sz w:val="28"/>
        </w:rPr>
        <w:lastRenderedPageBreak/>
        <w:t>2.18 Set MST</w:t>
      </w:r>
      <w:bookmarkEnd w:id="40"/>
    </w:p>
    <w:p w14:paraId="41C8141C" w14:textId="77777777" w:rsidR="00EC7A70" w:rsidRDefault="00EC7A70" w:rsidP="00EC7A70">
      <w:r>
        <w:rPr>
          <w:rFonts w:ascii="Roboto" w:hAnsi="Roboto"/>
          <w:sz w:val="18"/>
        </w:rPr>
        <w:br/>
        <w:t xml:space="preserve">Configure the MST feature of the USB-C input. MST is </w:t>
      </w:r>
      <w:proofErr w:type="gramStart"/>
      <w:r>
        <w:rPr>
          <w:rFonts w:ascii="Roboto" w:hAnsi="Roboto"/>
          <w:sz w:val="18"/>
        </w:rPr>
        <w:t>actually enabled</w:t>
      </w:r>
      <w:proofErr w:type="gramEnd"/>
      <w:r>
        <w:rPr>
          <w:rFonts w:ascii="Roboto" w:hAnsi="Roboto"/>
          <w:sz w:val="18"/>
        </w:rPr>
        <w:t xml:space="preserve"> only when both of the following conditions are met:</w:t>
      </w:r>
      <w:r>
        <w:rPr>
          <w:rFonts w:ascii="Roboto" w:hAnsi="Roboto"/>
          <w:sz w:val="18"/>
        </w:rPr>
        <w:br/>
        <w:t>1. This setting is set to MST</w:t>
      </w:r>
      <w:r>
        <w:rPr>
          <w:rFonts w:ascii="Roboto" w:hAnsi="Roboto"/>
          <w:sz w:val="18"/>
        </w:rPr>
        <w:br/>
        <w:t>2. Both HDMI outputs are connected</w:t>
      </w:r>
      <w:r>
        <w:rPr>
          <w:rFonts w:ascii="Roboto" w:hAnsi="Roboto"/>
          <w:sz w:val="18"/>
        </w:rPr>
        <w:br/>
        <w:t>When MST is enabled, the device's video switching logic will behave differently than normal.</w:t>
      </w:r>
    </w:p>
    <w:tbl>
      <w:tblPr>
        <w:tblStyle w:val="luka"/>
        <w:tblW w:w="0" w:type="auto"/>
        <w:jc w:val="center"/>
        <w:tblLook w:val="04A0" w:firstRow="1" w:lastRow="0" w:firstColumn="1" w:lastColumn="0" w:noHBand="0" w:noVBand="1"/>
      </w:tblPr>
      <w:tblGrid>
        <w:gridCol w:w="5760"/>
        <w:gridCol w:w="3600"/>
      </w:tblGrid>
      <w:tr w:rsidR="00EC7A70" w14:paraId="7184E43C" w14:textId="77777777" w:rsidTr="00D420CD">
        <w:trPr>
          <w:jc w:val="center"/>
        </w:trPr>
        <w:tc>
          <w:tcPr>
            <w:tcW w:w="5760" w:type="dxa"/>
            <w:tcMar>
              <w:top w:w="80" w:type="dxa"/>
              <w:left w:w="80" w:type="dxa"/>
              <w:bottom w:w="80" w:type="dxa"/>
              <w:right w:w="80" w:type="dxa"/>
            </w:tcMar>
          </w:tcPr>
          <w:p w14:paraId="33B8424D" w14:textId="77777777" w:rsidR="00EC7A70" w:rsidRDefault="00EC7A70" w:rsidP="00D420CD">
            <w:r>
              <w:rPr>
                <w:color w:val="000000"/>
                <w:sz w:val="18"/>
              </w:rPr>
              <w:t>Command Structure</w:t>
            </w:r>
            <w:r>
              <w:rPr>
                <w:rFonts w:ascii="Roboto Mono" w:hAnsi="Roboto Mono"/>
                <w:b/>
                <w:color w:val="000000"/>
                <w:sz w:val="16"/>
              </w:rPr>
              <w:br/>
              <w:t>SET USBC_DM &lt; SST | MST &gt;</w:t>
            </w:r>
          </w:p>
        </w:tc>
        <w:tc>
          <w:tcPr>
            <w:tcW w:w="3600" w:type="dxa"/>
            <w:vMerge w:val="restart"/>
            <w:shd w:val="clear" w:color="auto" w:fill="F2F2F2"/>
            <w:tcMar>
              <w:top w:w="80" w:type="dxa"/>
              <w:left w:w="80" w:type="dxa"/>
              <w:bottom w:w="80" w:type="dxa"/>
              <w:right w:w="80" w:type="dxa"/>
            </w:tcMar>
          </w:tcPr>
          <w:p w14:paraId="3ED44C6E" w14:textId="77777777" w:rsidR="00EC7A70" w:rsidRDefault="00EC7A70" w:rsidP="00D420CD">
            <w:r>
              <w:rPr>
                <w:color w:val="000000"/>
                <w:sz w:val="16"/>
              </w:rPr>
              <w:t>Parameters:</w:t>
            </w:r>
            <w:r>
              <w:rPr>
                <w:color w:val="000000"/>
                <w:sz w:val="16"/>
              </w:rPr>
              <w:br/>
              <w:t>SST = USB-C input operates in SST mode; MST is not supported</w:t>
            </w:r>
            <w:r>
              <w:rPr>
                <w:color w:val="000000"/>
                <w:sz w:val="16"/>
              </w:rPr>
              <w:br/>
              <w:t>MST = USB-C input operates in MST mode</w:t>
            </w:r>
          </w:p>
        </w:tc>
      </w:tr>
      <w:tr w:rsidR="00EC7A70" w14:paraId="7DB347C5" w14:textId="77777777" w:rsidTr="00D420CD">
        <w:trPr>
          <w:jc w:val="center"/>
        </w:trPr>
        <w:tc>
          <w:tcPr>
            <w:tcW w:w="5760" w:type="dxa"/>
            <w:tcMar>
              <w:top w:w="80" w:type="dxa"/>
              <w:left w:w="80" w:type="dxa"/>
              <w:bottom w:w="80" w:type="dxa"/>
              <w:right w:w="80" w:type="dxa"/>
            </w:tcMar>
          </w:tcPr>
          <w:p w14:paraId="1234CE8E" w14:textId="77777777" w:rsidR="00EC7A70" w:rsidRDefault="00EC7A70" w:rsidP="00D420CD">
            <w:r>
              <w:rPr>
                <w:color w:val="000000"/>
                <w:sz w:val="18"/>
              </w:rPr>
              <w:t>Response Structure</w:t>
            </w:r>
            <w:r>
              <w:rPr>
                <w:rFonts w:ascii="Roboto Mono" w:hAnsi="Roboto Mono"/>
                <w:b/>
                <w:color w:val="000000"/>
                <w:sz w:val="16"/>
              </w:rPr>
              <w:br/>
              <w:t>USBC_DM &lt; SST | MST &gt;</w:t>
            </w:r>
          </w:p>
        </w:tc>
        <w:tc>
          <w:tcPr>
            <w:tcW w:w="3600" w:type="dxa"/>
            <w:vMerge/>
          </w:tcPr>
          <w:p w14:paraId="0EE4E1B3" w14:textId="77777777" w:rsidR="00EC7A70" w:rsidRDefault="00EC7A70" w:rsidP="00D420CD"/>
        </w:tc>
      </w:tr>
      <w:tr w:rsidR="00EC7A70" w14:paraId="42BE108C" w14:textId="77777777" w:rsidTr="00D420CD">
        <w:trPr>
          <w:jc w:val="center"/>
        </w:trPr>
        <w:tc>
          <w:tcPr>
            <w:tcW w:w="5760" w:type="dxa"/>
            <w:tcMar>
              <w:top w:w="80" w:type="dxa"/>
              <w:left w:w="80" w:type="dxa"/>
              <w:bottom w:w="0" w:type="dxa"/>
              <w:right w:w="80" w:type="dxa"/>
            </w:tcMar>
          </w:tcPr>
          <w:p w14:paraId="61D55629" w14:textId="77777777" w:rsidR="00EC7A70" w:rsidRDefault="00EC7A70" w:rsidP="00D420CD">
            <w:r>
              <w:rPr>
                <w:color w:val="000000"/>
                <w:sz w:val="18"/>
              </w:rPr>
              <w:t>Command Example</w:t>
            </w:r>
          </w:p>
        </w:tc>
        <w:tc>
          <w:tcPr>
            <w:tcW w:w="3600" w:type="dxa"/>
            <w:vMerge/>
          </w:tcPr>
          <w:p w14:paraId="50575E00" w14:textId="77777777" w:rsidR="00EC7A70" w:rsidRDefault="00EC7A70" w:rsidP="00D420CD"/>
        </w:tc>
      </w:tr>
      <w:tr w:rsidR="00EC7A70" w14:paraId="65721004" w14:textId="77777777" w:rsidTr="00D420CD">
        <w:trPr>
          <w:jc w:val="center"/>
        </w:trPr>
        <w:tc>
          <w:tcPr>
            <w:tcW w:w="5760" w:type="dxa"/>
            <w:shd w:val="clear" w:color="auto" w:fill="000000"/>
            <w:tcMar>
              <w:top w:w="0" w:type="dxa"/>
              <w:left w:w="80" w:type="dxa"/>
              <w:bottom w:w="80" w:type="dxa"/>
              <w:right w:w="80" w:type="dxa"/>
            </w:tcMar>
          </w:tcPr>
          <w:p w14:paraId="108DAFF1" w14:textId="77777777" w:rsidR="00EC7A70" w:rsidRDefault="00EC7A70" w:rsidP="00D420CD">
            <w:r>
              <w:rPr>
                <w:rFonts w:ascii="Roboto Mono" w:hAnsi="Roboto Mono"/>
                <w:b/>
                <w:color w:val="FFFFFF"/>
                <w:sz w:val="16"/>
              </w:rPr>
              <w:t>SET USBC_DM MST</w:t>
            </w:r>
          </w:p>
        </w:tc>
        <w:tc>
          <w:tcPr>
            <w:tcW w:w="3600" w:type="dxa"/>
            <w:vMerge/>
          </w:tcPr>
          <w:p w14:paraId="26A3654D" w14:textId="77777777" w:rsidR="00EC7A70" w:rsidRDefault="00EC7A70" w:rsidP="00D420CD"/>
        </w:tc>
      </w:tr>
      <w:tr w:rsidR="00EC7A70" w14:paraId="060616B0" w14:textId="77777777" w:rsidTr="00D420CD">
        <w:trPr>
          <w:jc w:val="center"/>
        </w:trPr>
        <w:tc>
          <w:tcPr>
            <w:tcW w:w="5760" w:type="dxa"/>
            <w:tcMar>
              <w:top w:w="80" w:type="dxa"/>
              <w:left w:w="80" w:type="dxa"/>
              <w:bottom w:w="0" w:type="dxa"/>
              <w:right w:w="80" w:type="dxa"/>
            </w:tcMar>
          </w:tcPr>
          <w:p w14:paraId="63DD4982" w14:textId="77777777" w:rsidR="00EC7A70" w:rsidRDefault="00EC7A70" w:rsidP="00D420CD">
            <w:r>
              <w:rPr>
                <w:color w:val="000000"/>
                <w:sz w:val="18"/>
              </w:rPr>
              <w:t>Response Example</w:t>
            </w:r>
          </w:p>
        </w:tc>
        <w:tc>
          <w:tcPr>
            <w:tcW w:w="3600" w:type="dxa"/>
            <w:vMerge/>
          </w:tcPr>
          <w:p w14:paraId="3B59FB2F" w14:textId="77777777" w:rsidR="00EC7A70" w:rsidRDefault="00EC7A70" w:rsidP="00D420CD"/>
        </w:tc>
      </w:tr>
      <w:tr w:rsidR="00EC7A70" w14:paraId="0FC006AD" w14:textId="77777777" w:rsidTr="00D420CD">
        <w:trPr>
          <w:jc w:val="center"/>
        </w:trPr>
        <w:tc>
          <w:tcPr>
            <w:tcW w:w="5760" w:type="dxa"/>
            <w:shd w:val="clear" w:color="auto" w:fill="000000"/>
            <w:tcMar>
              <w:top w:w="0" w:type="dxa"/>
              <w:left w:w="80" w:type="dxa"/>
              <w:bottom w:w="80" w:type="dxa"/>
              <w:right w:w="80" w:type="dxa"/>
            </w:tcMar>
          </w:tcPr>
          <w:p w14:paraId="32A124E5" w14:textId="77777777" w:rsidR="00EC7A70" w:rsidRDefault="00EC7A70" w:rsidP="00D420CD">
            <w:r>
              <w:rPr>
                <w:rFonts w:ascii="Roboto Mono" w:hAnsi="Roboto Mono"/>
                <w:b/>
                <w:color w:val="FFFFFF"/>
                <w:sz w:val="16"/>
              </w:rPr>
              <w:t>USBC_DM MST</w:t>
            </w:r>
          </w:p>
        </w:tc>
        <w:tc>
          <w:tcPr>
            <w:tcW w:w="3600" w:type="dxa"/>
            <w:vMerge/>
          </w:tcPr>
          <w:p w14:paraId="6B113F8D" w14:textId="77777777" w:rsidR="00EC7A70" w:rsidRDefault="00EC7A70" w:rsidP="00D420CD"/>
        </w:tc>
      </w:tr>
      <w:tr w:rsidR="00EC7A70" w14:paraId="5172C80C" w14:textId="77777777" w:rsidTr="00D420CD">
        <w:trPr>
          <w:jc w:val="center"/>
        </w:trPr>
        <w:tc>
          <w:tcPr>
            <w:tcW w:w="9360" w:type="dxa"/>
            <w:gridSpan w:val="2"/>
            <w:shd w:val="clear" w:color="auto" w:fill="E0F6EC"/>
            <w:tcMar>
              <w:top w:w="80" w:type="dxa"/>
              <w:left w:w="80" w:type="dxa"/>
              <w:bottom w:w="80" w:type="dxa"/>
              <w:right w:w="80" w:type="dxa"/>
            </w:tcMar>
          </w:tcPr>
          <w:p w14:paraId="54CCD777" w14:textId="77777777" w:rsidR="00EC7A70" w:rsidRDefault="00EC7A70" w:rsidP="00D420CD">
            <w:r>
              <w:rPr>
                <w:color w:val="000000"/>
                <w:sz w:val="16"/>
              </w:rPr>
              <w:t>Additional Notes: Default value: SST (MST disabled)</w:t>
            </w:r>
          </w:p>
        </w:tc>
      </w:tr>
    </w:tbl>
    <w:p w14:paraId="3B7149B4" w14:textId="77777777" w:rsidR="00EC7A70" w:rsidRDefault="00EC7A70" w:rsidP="00EC7A70"/>
    <w:p w14:paraId="042553F6" w14:textId="77777777" w:rsidR="00EC7A70" w:rsidRDefault="00EC7A70" w:rsidP="00EC7A70">
      <w:pPr>
        <w:pStyle w:val="Heading2"/>
      </w:pPr>
      <w:bookmarkStart w:id="41" w:name="_Toc218512802"/>
      <w:r>
        <w:rPr>
          <w:rFonts w:ascii="Roboto" w:hAnsi="Roboto"/>
          <w:color w:val="000000"/>
          <w:sz w:val="28"/>
        </w:rPr>
        <w:t>2.19 Get MST</w:t>
      </w:r>
      <w:bookmarkEnd w:id="41"/>
    </w:p>
    <w:p w14:paraId="2712C87B" w14:textId="77777777" w:rsidR="00EC7A70" w:rsidRDefault="00EC7A70" w:rsidP="00EC7A70">
      <w:r>
        <w:rPr>
          <w:rFonts w:ascii="Roboto" w:hAnsi="Roboto"/>
          <w:sz w:val="18"/>
        </w:rPr>
        <w:br/>
        <w:t>Retrieve the MST (Multi-Stream Transport) capability of the USB-C input port.</w:t>
      </w:r>
    </w:p>
    <w:tbl>
      <w:tblPr>
        <w:tblStyle w:val="luka"/>
        <w:tblW w:w="0" w:type="auto"/>
        <w:jc w:val="center"/>
        <w:tblLook w:val="04A0" w:firstRow="1" w:lastRow="0" w:firstColumn="1" w:lastColumn="0" w:noHBand="0" w:noVBand="1"/>
      </w:tblPr>
      <w:tblGrid>
        <w:gridCol w:w="5760"/>
        <w:gridCol w:w="3600"/>
      </w:tblGrid>
      <w:tr w:rsidR="00EC7A70" w14:paraId="3C611FD5" w14:textId="77777777" w:rsidTr="00D420CD">
        <w:trPr>
          <w:jc w:val="center"/>
        </w:trPr>
        <w:tc>
          <w:tcPr>
            <w:tcW w:w="5760" w:type="dxa"/>
            <w:tcMar>
              <w:top w:w="80" w:type="dxa"/>
              <w:left w:w="80" w:type="dxa"/>
              <w:bottom w:w="80" w:type="dxa"/>
              <w:right w:w="80" w:type="dxa"/>
            </w:tcMar>
          </w:tcPr>
          <w:p w14:paraId="16A1CE6F" w14:textId="77777777" w:rsidR="00EC7A70" w:rsidRDefault="00EC7A70" w:rsidP="00D420CD">
            <w:r>
              <w:rPr>
                <w:color w:val="000000"/>
                <w:sz w:val="18"/>
              </w:rPr>
              <w:t>Command Structure</w:t>
            </w:r>
            <w:r>
              <w:rPr>
                <w:rFonts w:ascii="Roboto Mono" w:hAnsi="Roboto Mono"/>
                <w:b/>
                <w:color w:val="000000"/>
                <w:sz w:val="16"/>
              </w:rPr>
              <w:br/>
              <w:t>GET USBC_DM</w:t>
            </w:r>
          </w:p>
        </w:tc>
        <w:tc>
          <w:tcPr>
            <w:tcW w:w="3600" w:type="dxa"/>
            <w:vMerge w:val="restart"/>
            <w:shd w:val="clear" w:color="auto" w:fill="F2F2F2"/>
            <w:tcMar>
              <w:top w:w="80" w:type="dxa"/>
              <w:left w:w="80" w:type="dxa"/>
              <w:bottom w:w="80" w:type="dxa"/>
              <w:right w:w="80" w:type="dxa"/>
            </w:tcMar>
          </w:tcPr>
          <w:p w14:paraId="58793132" w14:textId="77777777" w:rsidR="00EC7A70" w:rsidRDefault="00EC7A70" w:rsidP="00D420CD">
            <w:r>
              <w:rPr>
                <w:color w:val="000000"/>
                <w:sz w:val="16"/>
              </w:rPr>
              <w:t>Parameters:</w:t>
            </w:r>
            <w:r>
              <w:rPr>
                <w:color w:val="000000"/>
                <w:sz w:val="16"/>
              </w:rPr>
              <w:br/>
            </w:r>
          </w:p>
        </w:tc>
      </w:tr>
      <w:tr w:rsidR="00EC7A70" w14:paraId="113D1EA2" w14:textId="77777777" w:rsidTr="00D420CD">
        <w:trPr>
          <w:jc w:val="center"/>
        </w:trPr>
        <w:tc>
          <w:tcPr>
            <w:tcW w:w="5760" w:type="dxa"/>
            <w:tcMar>
              <w:top w:w="80" w:type="dxa"/>
              <w:left w:w="80" w:type="dxa"/>
              <w:bottom w:w="80" w:type="dxa"/>
              <w:right w:w="80" w:type="dxa"/>
            </w:tcMar>
          </w:tcPr>
          <w:p w14:paraId="750F11F5" w14:textId="77777777" w:rsidR="00EC7A70" w:rsidRDefault="00EC7A70" w:rsidP="00D420CD">
            <w:r>
              <w:rPr>
                <w:color w:val="000000"/>
                <w:sz w:val="18"/>
              </w:rPr>
              <w:t>Response Structure</w:t>
            </w:r>
            <w:r>
              <w:rPr>
                <w:rFonts w:ascii="Roboto Mono" w:hAnsi="Roboto Mono"/>
                <w:b/>
                <w:color w:val="000000"/>
                <w:sz w:val="16"/>
              </w:rPr>
              <w:br/>
              <w:t>USBC_DM &lt; SST | MST &gt;</w:t>
            </w:r>
          </w:p>
        </w:tc>
        <w:tc>
          <w:tcPr>
            <w:tcW w:w="3600" w:type="dxa"/>
            <w:vMerge/>
          </w:tcPr>
          <w:p w14:paraId="5E30CD34" w14:textId="77777777" w:rsidR="00EC7A70" w:rsidRDefault="00EC7A70" w:rsidP="00D420CD"/>
        </w:tc>
      </w:tr>
      <w:tr w:rsidR="00EC7A70" w14:paraId="584DAAC2" w14:textId="77777777" w:rsidTr="00D420CD">
        <w:trPr>
          <w:jc w:val="center"/>
        </w:trPr>
        <w:tc>
          <w:tcPr>
            <w:tcW w:w="5760" w:type="dxa"/>
            <w:tcMar>
              <w:top w:w="80" w:type="dxa"/>
              <w:left w:w="80" w:type="dxa"/>
              <w:bottom w:w="0" w:type="dxa"/>
              <w:right w:w="80" w:type="dxa"/>
            </w:tcMar>
          </w:tcPr>
          <w:p w14:paraId="70CCDF0D" w14:textId="77777777" w:rsidR="00EC7A70" w:rsidRDefault="00EC7A70" w:rsidP="00D420CD">
            <w:r>
              <w:rPr>
                <w:color w:val="000000"/>
                <w:sz w:val="18"/>
              </w:rPr>
              <w:t>Command Example</w:t>
            </w:r>
          </w:p>
        </w:tc>
        <w:tc>
          <w:tcPr>
            <w:tcW w:w="3600" w:type="dxa"/>
            <w:vMerge/>
          </w:tcPr>
          <w:p w14:paraId="7E95EA62" w14:textId="77777777" w:rsidR="00EC7A70" w:rsidRDefault="00EC7A70" w:rsidP="00D420CD"/>
        </w:tc>
      </w:tr>
      <w:tr w:rsidR="00EC7A70" w14:paraId="2FA59B75" w14:textId="77777777" w:rsidTr="00D420CD">
        <w:trPr>
          <w:jc w:val="center"/>
        </w:trPr>
        <w:tc>
          <w:tcPr>
            <w:tcW w:w="5760" w:type="dxa"/>
            <w:shd w:val="clear" w:color="auto" w:fill="000000"/>
            <w:tcMar>
              <w:top w:w="0" w:type="dxa"/>
              <w:left w:w="80" w:type="dxa"/>
              <w:bottom w:w="80" w:type="dxa"/>
              <w:right w:w="80" w:type="dxa"/>
            </w:tcMar>
          </w:tcPr>
          <w:p w14:paraId="369CC9BE" w14:textId="77777777" w:rsidR="00EC7A70" w:rsidRDefault="00EC7A70" w:rsidP="00D420CD">
            <w:r>
              <w:rPr>
                <w:rFonts w:ascii="Roboto Mono" w:hAnsi="Roboto Mono"/>
                <w:b/>
                <w:color w:val="FFFFFF"/>
                <w:sz w:val="16"/>
              </w:rPr>
              <w:t>GET USBC_DM</w:t>
            </w:r>
          </w:p>
        </w:tc>
        <w:tc>
          <w:tcPr>
            <w:tcW w:w="3600" w:type="dxa"/>
            <w:vMerge/>
          </w:tcPr>
          <w:p w14:paraId="37F43BC4" w14:textId="77777777" w:rsidR="00EC7A70" w:rsidRDefault="00EC7A70" w:rsidP="00D420CD"/>
        </w:tc>
      </w:tr>
      <w:tr w:rsidR="00EC7A70" w14:paraId="0AAE79D4" w14:textId="77777777" w:rsidTr="00D420CD">
        <w:trPr>
          <w:jc w:val="center"/>
        </w:trPr>
        <w:tc>
          <w:tcPr>
            <w:tcW w:w="5760" w:type="dxa"/>
            <w:tcMar>
              <w:top w:w="80" w:type="dxa"/>
              <w:left w:w="80" w:type="dxa"/>
              <w:bottom w:w="0" w:type="dxa"/>
              <w:right w:w="80" w:type="dxa"/>
            </w:tcMar>
          </w:tcPr>
          <w:p w14:paraId="7F499564" w14:textId="77777777" w:rsidR="00EC7A70" w:rsidRDefault="00EC7A70" w:rsidP="00D420CD">
            <w:r>
              <w:rPr>
                <w:color w:val="000000"/>
                <w:sz w:val="18"/>
              </w:rPr>
              <w:t>Response Example</w:t>
            </w:r>
          </w:p>
        </w:tc>
        <w:tc>
          <w:tcPr>
            <w:tcW w:w="3600" w:type="dxa"/>
            <w:vMerge/>
          </w:tcPr>
          <w:p w14:paraId="44F51EE1" w14:textId="77777777" w:rsidR="00EC7A70" w:rsidRDefault="00EC7A70" w:rsidP="00D420CD"/>
        </w:tc>
      </w:tr>
      <w:tr w:rsidR="00EC7A70" w14:paraId="3AEE9793" w14:textId="77777777" w:rsidTr="00D420CD">
        <w:trPr>
          <w:jc w:val="center"/>
        </w:trPr>
        <w:tc>
          <w:tcPr>
            <w:tcW w:w="5760" w:type="dxa"/>
            <w:shd w:val="clear" w:color="auto" w:fill="000000"/>
            <w:tcMar>
              <w:top w:w="0" w:type="dxa"/>
              <w:left w:w="80" w:type="dxa"/>
              <w:bottom w:w="80" w:type="dxa"/>
              <w:right w:w="80" w:type="dxa"/>
            </w:tcMar>
          </w:tcPr>
          <w:p w14:paraId="6284768E" w14:textId="77777777" w:rsidR="00EC7A70" w:rsidRDefault="00EC7A70" w:rsidP="00D420CD">
            <w:r>
              <w:rPr>
                <w:rFonts w:ascii="Roboto Mono" w:hAnsi="Roboto Mono"/>
                <w:b/>
                <w:color w:val="FFFFFF"/>
                <w:sz w:val="16"/>
              </w:rPr>
              <w:t>USBC_DM MST</w:t>
            </w:r>
          </w:p>
        </w:tc>
        <w:tc>
          <w:tcPr>
            <w:tcW w:w="3600" w:type="dxa"/>
            <w:vMerge/>
          </w:tcPr>
          <w:p w14:paraId="0EC51CCD" w14:textId="77777777" w:rsidR="00EC7A70" w:rsidRDefault="00EC7A70" w:rsidP="00D420CD"/>
        </w:tc>
      </w:tr>
      <w:tr w:rsidR="00EC7A70" w14:paraId="37453037" w14:textId="77777777" w:rsidTr="00D420CD">
        <w:trPr>
          <w:jc w:val="center"/>
        </w:trPr>
        <w:tc>
          <w:tcPr>
            <w:tcW w:w="9360" w:type="dxa"/>
            <w:gridSpan w:val="2"/>
            <w:shd w:val="clear" w:color="auto" w:fill="E0F6EC"/>
            <w:tcMar>
              <w:top w:w="80" w:type="dxa"/>
              <w:left w:w="80" w:type="dxa"/>
              <w:bottom w:w="80" w:type="dxa"/>
              <w:right w:w="80" w:type="dxa"/>
            </w:tcMar>
          </w:tcPr>
          <w:p w14:paraId="6E39B798" w14:textId="77777777" w:rsidR="00EC7A70" w:rsidRDefault="00EC7A70" w:rsidP="00D420CD">
            <w:r>
              <w:rPr>
                <w:color w:val="000000"/>
                <w:sz w:val="16"/>
              </w:rPr>
              <w:t xml:space="preserve">Additional Notes: </w:t>
            </w:r>
          </w:p>
        </w:tc>
      </w:tr>
    </w:tbl>
    <w:p w14:paraId="74577A54" w14:textId="56DB6FCE" w:rsidR="00EC7A70" w:rsidRDefault="00EC7A70" w:rsidP="00EC7A70"/>
    <w:p w14:paraId="3B5D0622" w14:textId="77777777" w:rsidR="00EC7A70" w:rsidRDefault="00EC7A70">
      <w:r>
        <w:br w:type="page"/>
      </w:r>
    </w:p>
    <w:p w14:paraId="7554FE92" w14:textId="01A8D2C0" w:rsidR="00EC7A70" w:rsidRPr="000B05FA" w:rsidRDefault="00EC7A70" w:rsidP="00EC7A70">
      <w:pPr>
        <w:pStyle w:val="Heading1"/>
        <w:spacing w:before="0"/>
        <w:rPr>
          <w:rFonts w:ascii="Roboto" w:hAnsi="Roboto"/>
          <w:color w:val="000000"/>
          <w:sz w:val="32"/>
        </w:rPr>
      </w:pPr>
      <w:bookmarkStart w:id="42" w:name="_Toc218512803"/>
      <w:r>
        <w:rPr>
          <w:rFonts w:ascii="Roboto" w:hAnsi="Roboto"/>
          <w:color w:val="000000"/>
          <w:sz w:val="32"/>
        </w:rPr>
        <w:lastRenderedPageBreak/>
        <w:t>3</w:t>
      </w:r>
      <w:r w:rsidRPr="000B05FA">
        <w:rPr>
          <w:rFonts w:ascii="Roboto" w:hAnsi="Roboto"/>
          <w:color w:val="000000"/>
          <w:sz w:val="32"/>
        </w:rPr>
        <w:t xml:space="preserve">. </w:t>
      </w:r>
      <w:r>
        <w:rPr>
          <w:rFonts w:ascii="Roboto" w:hAnsi="Roboto"/>
          <w:color w:val="000000"/>
          <w:sz w:val="32"/>
        </w:rPr>
        <w:t>Video Switching</w:t>
      </w:r>
      <w:bookmarkEnd w:id="42"/>
    </w:p>
    <w:p w14:paraId="5AFCEC3D" w14:textId="77777777" w:rsidR="00EC7A70" w:rsidRDefault="00EC7A70" w:rsidP="00EC7A70">
      <w:pPr>
        <w:pStyle w:val="Heading2"/>
      </w:pPr>
      <w:bookmarkStart w:id="43" w:name="_Toc218512804"/>
      <w:r>
        <w:rPr>
          <w:rFonts w:ascii="Roboto" w:hAnsi="Roboto"/>
          <w:color w:val="000000"/>
          <w:sz w:val="28"/>
        </w:rPr>
        <w:t>3.1 Set Automatic Switching</w:t>
      </w:r>
      <w:bookmarkEnd w:id="43"/>
    </w:p>
    <w:p w14:paraId="33FFC697" w14:textId="77777777" w:rsidR="00EC7A70" w:rsidRDefault="00EC7A70" w:rsidP="00EC7A70">
      <w:r>
        <w:rPr>
          <w:rFonts w:ascii="Roboto" w:hAnsi="Roboto"/>
          <w:sz w:val="18"/>
        </w:rPr>
        <w:br/>
        <w:t>Enable or disable the automatic switching feature.</w:t>
      </w:r>
      <w:r>
        <w:rPr>
          <w:rFonts w:ascii="Roboto" w:hAnsi="Roboto"/>
          <w:sz w:val="18"/>
        </w:rPr>
        <w:br/>
        <w:t>When automatic switching is enabled, the device supports the following functions:</w:t>
      </w:r>
      <w:r>
        <w:rPr>
          <w:rFonts w:ascii="Roboto" w:hAnsi="Roboto"/>
          <w:sz w:val="18"/>
        </w:rPr>
        <w:br/>
        <w:t>1. Automatic switching of video sources</w:t>
      </w:r>
      <w:r>
        <w:rPr>
          <w:rFonts w:ascii="Roboto" w:hAnsi="Roboto"/>
          <w:sz w:val="18"/>
        </w:rPr>
        <w:br/>
        <w:t>2. Automatic switching of multi-view layouts</w:t>
      </w:r>
      <w:r>
        <w:rPr>
          <w:rFonts w:ascii="Roboto" w:hAnsi="Roboto"/>
          <w:sz w:val="18"/>
        </w:rPr>
        <w:br/>
        <w:t>3. Fallback display of video sources</w:t>
      </w:r>
    </w:p>
    <w:tbl>
      <w:tblPr>
        <w:tblStyle w:val="luka"/>
        <w:tblW w:w="0" w:type="auto"/>
        <w:jc w:val="center"/>
        <w:tblLook w:val="04A0" w:firstRow="1" w:lastRow="0" w:firstColumn="1" w:lastColumn="0" w:noHBand="0" w:noVBand="1"/>
      </w:tblPr>
      <w:tblGrid>
        <w:gridCol w:w="5760"/>
        <w:gridCol w:w="3600"/>
      </w:tblGrid>
      <w:tr w:rsidR="00EC7A70" w14:paraId="1B907FBE" w14:textId="77777777" w:rsidTr="00D420CD">
        <w:trPr>
          <w:jc w:val="center"/>
        </w:trPr>
        <w:tc>
          <w:tcPr>
            <w:tcW w:w="5760" w:type="dxa"/>
            <w:tcMar>
              <w:top w:w="80" w:type="dxa"/>
              <w:left w:w="80" w:type="dxa"/>
              <w:bottom w:w="80" w:type="dxa"/>
              <w:right w:w="80" w:type="dxa"/>
            </w:tcMar>
          </w:tcPr>
          <w:p w14:paraId="76724DF1" w14:textId="77777777" w:rsidR="00EC7A70" w:rsidRDefault="00EC7A70" w:rsidP="00D420CD">
            <w:r>
              <w:rPr>
                <w:color w:val="000000"/>
                <w:sz w:val="18"/>
              </w:rPr>
              <w:t>Command Structure</w:t>
            </w:r>
            <w:r>
              <w:rPr>
                <w:rFonts w:ascii="Roboto Mono" w:hAnsi="Roboto Mono"/>
                <w:b/>
                <w:color w:val="000000"/>
                <w:sz w:val="16"/>
              </w:rPr>
              <w:br/>
              <w:t>SET AUTOSW_FN &lt; ON | OFF &gt;</w:t>
            </w:r>
          </w:p>
        </w:tc>
        <w:tc>
          <w:tcPr>
            <w:tcW w:w="3600" w:type="dxa"/>
            <w:vMerge w:val="restart"/>
            <w:shd w:val="clear" w:color="auto" w:fill="F2F2F2"/>
            <w:tcMar>
              <w:top w:w="80" w:type="dxa"/>
              <w:left w:w="80" w:type="dxa"/>
              <w:bottom w:w="80" w:type="dxa"/>
              <w:right w:w="80" w:type="dxa"/>
            </w:tcMar>
          </w:tcPr>
          <w:p w14:paraId="1A251482" w14:textId="77777777" w:rsidR="00EC7A70" w:rsidRDefault="00EC7A70" w:rsidP="00D420CD">
            <w:r>
              <w:rPr>
                <w:color w:val="000000"/>
                <w:sz w:val="16"/>
              </w:rPr>
              <w:t>Parameters:</w:t>
            </w:r>
            <w:r>
              <w:rPr>
                <w:color w:val="000000"/>
                <w:sz w:val="16"/>
              </w:rPr>
              <w:br/>
              <w:t>ON = Automatic switching enabled</w:t>
            </w:r>
          </w:p>
        </w:tc>
      </w:tr>
      <w:tr w:rsidR="00EC7A70" w14:paraId="71D69C65" w14:textId="77777777" w:rsidTr="00D420CD">
        <w:trPr>
          <w:jc w:val="center"/>
        </w:trPr>
        <w:tc>
          <w:tcPr>
            <w:tcW w:w="5760" w:type="dxa"/>
            <w:tcMar>
              <w:top w:w="80" w:type="dxa"/>
              <w:left w:w="80" w:type="dxa"/>
              <w:bottom w:w="80" w:type="dxa"/>
              <w:right w:w="80" w:type="dxa"/>
            </w:tcMar>
          </w:tcPr>
          <w:p w14:paraId="11815E90" w14:textId="77777777" w:rsidR="00EC7A70" w:rsidRDefault="00EC7A70" w:rsidP="00D420CD">
            <w:r>
              <w:rPr>
                <w:color w:val="000000"/>
                <w:sz w:val="18"/>
              </w:rPr>
              <w:t>Response Structure</w:t>
            </w:r>
            <w:r>
              <w:rPr>
                <w:rFonts w:ascii="Roboto Mono" w:hAnsi="Roboto Mono"/>
                <w:b/>
                <w:color w:val="000000"/>
                <w:sz w:val="16"/>
              </w:rPr>
              <w:br/>
              <w:t>AUTOSW_FN &lt; ON | OFF &gt;</w:t>
            </w:r>
          </w:p>
        </w:tc>
        <w:tc>
          <w:tcPr>
            <w:tcW w:w="3600" w:type="dxa"/>
            <w:vMerge/>
          </w:tcPr>
          <w:p w14:paraId="2B15792E" w14:textId="77777777" w:rsidR="00EC7A70" w:rsidRDefault="00EC7A70" w:rsidP="00D420CD"/>
        </w:tc>
      </w:tr>
      <w:tr w:rsidR="00EC7A70" w14:paraId="69C1F691" w14:textId="77777777" w:rsidTr="00D420CD">
        <w:trPr>
          <w:jc w:val="center"/>
        </w:trPr>
        <w:tc>
          <w:tcPr>
            <w:tcW w:w="5760" w:type="dxa"/>
            <w:tcMar>
              <w:top w:w="80" w:type="dxa"/>
              <w:left w:w="80" w:type="dxa"/>
              <w:bottom w:w="0" w:type="dxa"/>
              <w:right w:w="80" w:type="dxa"/>
            </w:tcMar>
          </w:tcPr>
          <w:p w14:paraId="513AC1DB" w14:textId="77777777" w:rsidR="00EC7A70" w:rsidRDefault="00EC7A70" w:rsidP="00D420CD">
            <w:r>
              <w:rPr>
                <w:color w:val="000000"/>
                <w:sz w:val="18"/>
              </w:rPr>
              <w:t>Command Example</w:t>
            </w:r>
          </w:p>
        </w:tc>
        <w:tc>
          <w:tcPr>
            <w:tcW w:w="3600" w:type="dxa"/>
            <w:vMerge/>
          </w:tcPr>
          <w:p w14:paraId="562BCF71" w14:textId="77777777" w:rsidR="00EC7A70" w:rsidRDefault="00EC7A70" w:rsidP="00D420CD"/>
        </w:tc>
      </w:tr>
      <w:tr w:rsidR="00EC7A70" w14:paraId="568308A8" w14:textId="77777777" w:rsidTr="00D420CD">
        <w:trPr>
          <w:jc w:val="center"/>
        </w:trPr>
        <w:tc>
          <w:tcPr>
            <w:tcW w:w="5760" w:type="dxa"/>
            <w:shd w:val="clear" w:color="auto" w:fill="000000"/>
            <w:tcMar>
              <w:top w:w="0" w:type="dxa"/>
              <w:left w:w="80" w:type="dxa"/>
              <w:bottom w:w="80" w:type="dxa"/>
              <w:right w:w="80" w:type="dxa"/>
            </w:tcMar>
          </w:tcPr>
          <w:p w14:paraId="511D14AE" w14:textId="77777777" w:rsidR="00EC7A70" w:rsidRDefault="00EC7A70" w:rsidP="00D420CD">
            <w:r>
              <w:rPr>
                <w:rFonts w:ascii="Roboto Mono" w:hAnsi="Roboto Mono"/>
                <w:b/>
                <w:color w:val="FFFFFF"/>
                <w:sz w:val="16"/>
              </w:rPr>
              <w:t>SET AUTOSW_FN OFF</w:t>
            </w:r>
          </w:p>
        </w:tc>
        <w:tc>
          <w:tcPr>
            <w:tcW w:w="3600" w:type="dxa"/>
            <w:vMerge/>
          </w:tcPr>
          <w:p w14:paraId="63AF48A7" w14:textId="77777777" w:rsidR="00EC7A70" w:rsidRDefault="00EC7A70" w:rsidP="00D420CD"/>
        </w:tc>
      </w:tr>
      <w:tr w:rsidR="00EC7A70" w14:paraId="072096A0" w14:textId="77777777" w:rsidTr="00D420CD">
        <w:trPr>
          <w:jc w:val="center"/>
        </w:trPr>
        <w:tc>
          <w:tcPr>
            <w:tcW w:w="5760" w:type="dxa"/>
            <w:tcMar>
              <w:top w:w="80" w:type="dxa"/>
              <w:left w:w="80" w:type="dxa"/>
              <w:bottom w:w="0" w:type="dxa"/>
              <w:right w:w="80" w:type="dxa"/>
            </w:tcMar>
          </w:tcPr>
          <w:p w14:paraId="7BEFF4A3" w14:textId="77777777" w:rsidR="00EC7A70" w:rsidRDefault="00EC7A70" w:rsidP="00D420CD">
            <w:r>
              <w:rPr>
                <w:color w:val="000000"/>
                <w:sz w:val="18"/>
              </w:rPr>
              <w:t>Response Example</w:t>
            </w:r>
          </w:p>
        </w:tc>
        <w:tc>
          <w:tcPr>
            <w:tcW w:w="3600" w:type="dxa"/>
            <w:vMerge/>
          </w:tcPr>
          <w:p w14:paraId="3F8908BA" w14:textId="77777777" w:rsidR="00EC7A70" w:rsidRDefault="00EC7A70" w:rsidP="00D420CD"/>
        </w:tc>
      </w:tr>
      <w:tr w:rsidR="00EC7A70" w14:paraId="12884D75" w14:textId="77777777" w:rsidTr="00D420CD">
        <w:trPr>
          <w:jc w:val="center"/>
        </w:trPr>
        <w:tc>
          <w:tcPr>
            <w:tcW w:w="5760" w:type="dxa"/>
            <w:shd w:val="clear" w:color="auto" w:fill="000000"/>
            <w:tcMar>
              <w:top w:w="0" w:type="dxa"/>
              <w:left w:w="80" w:type="dxa"/>
              <w:bottom w:w="80" w:type="dxa"/>
              <w:right w:w="80" w:type="dxa"/>
            </w:tcMar>
          </w:tcPr>
          <w:p w14:paraId="083F1D71" w14:textId="77777777" w:rsidR="00EC7A70" w:rsidRDefault="00EC7A70" w:rsidP="00D420CD">
            <w:r>
              <w:rPr>
                <w:rFonts w:ascii="Roboto Mono" w:hAnsi="Roboto Mono"/>
                <w:b/>
                <w:color w:val="FFFFFF"/>
                <w:sz w:val="16"/>
              </w:rPr>
              <w:t>AUTOSW_FN OFF</w:t>
            </w:r>
          </w:p>
        </w:tc>
        <w:tc>
          <w:tcPr>
            <w:tcW w:w="3600" w:type="dxa"/>
            <w:vMerge/>
          </w:tcPr>
          <w:p w14:paraId="78593D0E" w14:textId="77777777" w:rsidR="00EC7A70" w:rsidRDefault="00EC7A70" w:rsidP="00D420CD"/>
        </w:tc>
      </w:tr>
      <w:tr w:rsidR="00EC7A70" w14:paraId="11F2DCB0" w14:textId="77777777" w:rsidTr="00D420CD">
        <w:trPr>
          <w:jc w:val="center"/>
        </w:trPr>
        <w:tc>
          <w:tcPr>
            <w:tcW w:w="9360" w:type="dxa"/>
            <w:gridSpan w:val="2"/>
            <w:shd w:val="clear" w:color="auto" w:fill="E0F6EC"/>
            <w:tcMar>
              <w:top w:w="80" w:type="dxa"/>
              <w:left w:w="80" w:type="dxa"/>
              <w:bottom w:w="80" w:type="dxa"/>
              <w:right w:w="80" w:type="dxa"/>
            </w:tcMar>
          </w:tcPr>
          <w:p w14:paraId="12102F4A" w14:textId="77777777" w:rsidR="00EC7A70" w:rsidRDefault="00EC7A70" w:rsidP="00D420CD">
            <w:r>
              <w:rPr>
                <w:color w:val="000000"/>
                <w:sz w:val="16"/>
              </w:rPr>
              <w:t>Additional Notes: Default: ON</w:t>
            </w:r>
          </w:p>
        </w:tc>
      </w:tr>
    </w:tbl>
    <w:p w14:paraId="2D090542" w14:textId="77777777" w:rsidR="00EC7A70" w:rsidRDefault="00EC7A70" w:rsidP="00EC7A70"/>
    <w:p w14:paraId="4E1B8D17" w14:textId="77777777" w:rsidR="00EC7A70" w:rsidRDefault="00EC7A70" w:rsidP="00EC7A70">
      <w:pPr>
        <w:pStyle w:val="Heading2"/>
      </w:pPr>
      <w:bookmarkStart w:id="44" w:name="_Toc218512805"/>
      <w:r>
        <w:rPr>
          <w:rFonts w:ascii="Roboto" w:hAnsi="Roboto"/>
          <w:color w:val="000000"/>
          <w:sz w:val="28"/>
        </w:rPr>
        <w:t>3.2 Get Automatic Switching Status</w:t>
      </w:r>
      <w:bookmarkEnd w:id="44"/>
    </w:p>
    <w:p w14:paraId="12009C93" w14:textId="77777777" w:rsidR="00EC7A70" w:rsidRDefault="00EC7A70" w:rsidP="00EC7A70">
      <w:r>
        <w:rPr>
          <w:rFonts w:ascii="Roboto" w:hAnsi="Roboto"/>
          <w:sz w:val="18"/>
        </w:rPr>
        <w:br/>
        <w:t>Retrieve whether the automatic switching feature is enabled (ON) or disabled (OFF).</w:t>
      </w:r>
    </w:p>
    <w:tbl>
      <w:tblPr>
        <w:tblStyle w:val="luka"/>
        <w:tblW w:w="0" w:type="auto"/>
        <w:jc w:val="center"/>
        <w:tblLook w:val="04A0" w:firstRow="1" w:lastRow="0" w:firstColumn="1" w:lastColumn="0" w:noHBand="0" w:noVBand="1"/>
      </w:tblPr>
      <w:tblGrid>
        <w:gridCol w:w="5760"/>
        <w:gridCol w:w="3600"/>
      </w:tblGrid>
      <w:tr w:rsidR="00EC7A70" w14:paraId="3D76A4D7" w14:textId="77777777" w:rsidTr="00D420CD">
        <w:trPr>
          <w:jc w:val="center"/>
        </w:trPr>
        <w:tc>
          <w:tcPr>
            <w:tcW w:w="5760" w:type="dxa"/>
            <w:tcMar>
              <w:top w:w="80" w:type="dxa"/>
              <w:left w:w="80" w:type="dxa"/>
              <w:bottom w:w="80" w:type="dxa"/>
              <w:right w:w="80" w:type="dxa"/>
            </w:tcMar>
          </w:tcPr>
          <w:p w14:paraId="3C83787D" w14:textId="77777777" w:rsidR="00EC7A70" w:rsidRDefault="00EC7A70" w:rsidP="00D420CD">
            <w:r>
              <w:rPr>
                <w:color w:val="000000"/>
                <w:sz w:val="18"/>
              </w:rPr>
              <w:t>Command Structure</w:t>
            </w:r>
            <w:r>
              <w:rPr>
                <w:rFonts w:ascii="Roboto Mono" w:hAnsi="Roboto Mono"/>
                <w:b/>
                <w:color w:val="000000"/>
                <w:sz w:val="16"/>
              </w:rPr>
              <w:br/>
              <w:t>GET AUTOSW_FN</w:t>
            </w:r>
          </w:p>
        </w:tc>
        <w:tc>
          <w:tcPr>
            <w:tcW w:w="3600" w:type="dxa"/>
            <w:vMerge w:val="restart"/>
            <w:shd w:val="clear" w:color="auto" w:fill="F2F2F2"/>
            <w:tcMar>
              <w:top w:w="80" w:type="dxa"/>
              <w:left w:w="80" w:type="dxa"/>
              <w:bottom w:w="80" w:type="dxa"/>
              <w:right w:w="80" w:type="dxa"/>
            </w:tcMar>
          </w:tcPr>
          <w:p w14:paraId="1AB21905" w14:textId="77777777" w:rsidR="00EC7A70" w:rsidRDefault="00EC7A70" w:rsidP="00D420CD">
            <w:r>
              <w:rPr>
                <w:color w:val="000000"/>
                <w:sz w:val="16"/>
              </w:rPr>
              <w:t>Parameters:</w:t>
            </w:r>
            <w:r>
              <w:rPr>
                <w:color w:val="000000"/>
                <w:sz w:val="16"/>
              </w:rPr>
              <w:br/>
            </w:r>
          </w:p>
        </w:tc>
      </w:tr>
      <w:tr w:rsidR="00EC7A70" w14:paraId="665CDA51" w14:textId="77777777" w:rsidTr="00D420CD">
        <w:trPr>
          <w:jc w:val="center"/>
        </w:trPr>
        <w:tc>
          <w:tcPr>
            <w:tcW w:w="5760" w:type="dxa"/>
            <w:tcMar>
              <w:top w:w="80" w:type="dxa"/>
              <w:left w:w="80" w:type="dxa"/>
              <w:bottom w:w="80" w:type="dxa"/>
              <w:right w:w="80" w:type="dxa"/>
            </w:tcMar>
          </w:tcPr>
          <w:p w14:paraId="0B9EA5A6" w14:textId="77777777" w:rsidR="00EC7A70" w:rsidRDefault="00EC7A70" w:rsidP="00D420CD">
            <w:r>
              <w:rPr>
                <w:color w:val="000000"/>
                <w:sz w:val="18"/>
              </w:rPr>
              <w:t>Response Structure</w:t>
            </w:r>
            <w:r>
              <w:rPr>
                <w:rFonts w:ascii="Roboto Mono" w:hAnsi="Roboto Mono"/>
                <w:b/>
                <w:color w:val="000000"/>
                <w:sz w:val="16"/>
              </w:rPr>
              <w:br/>
              <w:t>AUTOSW_FN &lt; ON | OFF &gt;</w:t>
            </w:r>
          </w:p>
        </w:tc>
        <w:tc>
          <w:tcPr>
            <w:tcW w:w="3600" w:type="dxa"/>
            <w:vMerge/>
          </w:tcPr>
          <w:p w14:paraId="6045871A" w14:textId="77777777" w:rsidR="00EC7A70" w:rsidRDefault="00EC7A70" w:rsidP="00D420CD"/>
        </w:tc>
      </w:tr>
      <w:tr w:rsidR="00EC7A70" w14:paraId="3BFC426B" w14:textId="77777777" w:rsidTr="00D420CD">
        <w:trPr>
          <w:jc w:val="center"/>
        </w:trPr>
        <w:tc>
          <w:tcPr>
            <w:tcW w:w="5760" w:type="dxa"/>
            <w:tcMar>
              <w:top w:w="80" w:type="dxa"/>
              <w:left w:w="80" w:type="dxa"/>
              <w:bottom w:w="0" w:type="dxa"/>
              <w:right w:w="80" w:type="dxa"/>
            </w:tcMar>
          </w:tcPr>
          <w:p w14:paraId="13304885" w14:textId="77777777" w:rsidR="00EC7A70" w:rsidRDefault="00EC7A70" w:rsidP="00D420CD">
            <w:r>
              <w:rPr>
                <w:color w:val="000000"/>
                <w:sz w:val="18"/>
              </w:rPr>
              <w:t>Command Example</w:t>
            </w:r>
          </w:p>
        </w:tc>
        <w:tc>
          <w:tcPr>
            <w:tcW w:w="3600" w:type="dxa"/>
            <w:vMerge/>
          </w:tcPr>
          <w:p w14:paraId="3E5AC9CB" w14:textId="77777777" w:rsidR="00EC7A70" w:rsidRDefault="00EC7A70" w:rsidP="00D420CD"/>
        </w:tc>
      </w:tr>
      <w:tr w:rsidR="00EC7A70" w14:paraId="3683BA6E" w14:textId="77777777" w:rsidTr="00D420CD">
        <w:trPr>
          <w:jc w:val="center"/>
        </w:trPr>
        <w:tc>
          <w:tcPr>
            <w:tcW w:w="5760" w:type="dxa"/>
            <w:shd w:val="clear" w:color="auto" w:fill="000000"/>
            <w:tcMar>
              <w:top w:w="0" w:type="dxa"/>
              <w:left w:w="80" w:type="dxa"/>
              <w:bottom w:w="80" w:type="dxa"/>
              <w:right w:w="80" w:type="dxa"/>
            </w:tcMar>
          </w:tcPr>
          <w:p w14:paraId="578CDC42" w14:textId="77777777" w:rsidR="00EC7A70" w:rsidRDefault="00EC7A70" w:rsidP="00D420CD">
            <w:r>
              <w:rPr>
                <w:rFonts w:ascii="Roboto Mono" w:hAnsi="Roboto Mono"/>
                <w:b/>
                <w:color w:val="FFFFFF"/>
                <w:sz w:val="16"/>
              </w:rPr>
              <w:t>GET AUTOSW_FN</w:t>
            </w:r>
          </w:p>
        </w:tc>
        <w:tc>
          <w:tcPr>
            <w:tcW w:w="3600" w:type="dxa"/>
            <w:vMerge/>
          </w:tcPr>
          <w:p w14:paraId="51EAC490" w14:textId="77777777" w:rsidR="00EC7A70" w:rsidRDefault="00EC7A70" w:rsidP="00D420CD"/>
        </w:tc>
      </w:tr>
      <w:tr w:rsidR="00EC7A70" w14:paraId="64286022" w14:textId="77777777" w:rsidTr="00D420CD">
        <w:trPr>
          <w:jc w:val="center"/>
        </w:trPr>
        <w:tc>
          <w:tcPr>
            <w:tcW w:w="5760" w:type="dxa"/>
            <w:tcMar>
              <w:top w:w="80" w:type="dxa"/>
              <w:left w:w="80" w:type="dxa"/>
              <w:bottom w:w="0" w:type="dxa"/>
              <w:right w:w="80" w:type="dxa"/>
            </w:tcMar>
          </w:tcPr>
          <w:p w14:paraId="7693D9EF" w14:textId="77777777" w:rsidR="00EC7A70" w:rsidRDefault="00EC7A70" w:rsidP="00D420CD">
            <w:r>
              <w:rPr>
                <w:color w:val="000000"/>
                <w:sz w:val="18"/>
              </w:rPr>
              <w:t>Response Example</w:t>
            </w:r>
          </w:p>
        </w:tc>
        <w:tc>
          <w:tcPr>
            <w:tcW w:w="3600" w:type="dxa"/>
            <w:vMerge/>
          </w:tcPr>
          <w:p w14:paraId="211CAD12" w14:textId="77777777" w:rsidR="00EC7A70" w:rsidRDefault="00EC7A70" w:rsidP="00D420CD"/>
        </w:tc>
      </w:tr>
      <w:tr w:rsidR="00EC7A70" w14:paraId="0E401061" w14:textId="77777777" w:rsidTr="00D420CD">
        <w:trPr>
          <w:jc w:val="center"/>
        </w:trPr>
        <w:tc>
          <w:tcPr>
            <w:tcW w:w="5760" w:type="dxa"/>
            <w:shd w:val="clear" w:color="auto" w:fill="000000"/>
            <w:tcMar>
              <w:top w:w="0" w:type="dxa"/>
              <w:left w:w="80" w:type="dxa"/>
              <w:bottom w:w="80" w:type="dxa"/>
              <w:right w:w="80" w:type="dxa"/>
            </w:tcMar>
          </w:tcPr>
          <w:p w14:paraId="7BFCD4F6" w14:textId="77777777" w:rsidR="00EC7A70" w:rsidRDefault="00EC7A70" w:rsidP="00D420CD">
            <w:r>
              <w:rPr>
                <w:rFonts w:ascii="Roboto Mono" w:hAnsi="Roboto Mono"/>
                <w:b/>
                <w:color w:val="FFFFFF"/>
                <w:sz w:val="16"/>
              </w:rPr>
              <w:t>AUTOSW_FN OFF</w:t>
            </w:r>
          </w:p>
        </w:tc>
        <w:tc>
          <w:tcPr>
            <w:tcW w:w="3600" w:type="dxa"/>
            <w:vMerge/>
          </w:tcPr>
          <w:p w14:paraId="2D82CEB0" w14:textId="77777777" w:rsidR="00EC7A70" w:rsidRDefault="00EC7A70" w:rsidP="00D420CD"/>
        </w:tc>
      </w:tr>
      <w:tr w:rsidR="00EC7A70" w14:paraId="6C732A3E" w14:textId="77777777" w:rsidTr="00D420CD">
        <w:trPr>
          <w:jc w:val="center"/>
        </w:trPr>
        <w:tc>
          <w:tcPr>
            <w:tcW w:w="9360" w:type="dxa"/>
            <w:gridSpan w:val="2"/>
            <w:shd w:val="clear" w:color="auto" w:fill="E0F6EC"/>
            <w:tcMar>
              <w:top w:w="80" w:type="dxa"/>
              <w:left w:w="80" w:type="dxa"/>
              <w:bottom w:w="80" w:type="dxa"/>
              <w:right w:w="80" w:type="dxa"/>
            </w:tcMar>
          </w:tcPr>
          <w:p w14:paraId="4AC115EE" w14:textId="77777777" w:rsidR="00EC7A70" w:rsidRDefault="00EC7A70" w:rsidP="00D420CD">
            <w:r>
              <w:rPr>
                <w:color w:val="000000"/>
                <w:sz w:val="16"/>
              </w:rPr>
              <w:t xml:space="preserve">Additional Notes: </w:t>
            </w:r>
          </w:p>
        </w:tc>
      </w:tr>
    </w:tbl>
    <w:p w14:paraId="1928841D" w14:textId="77A56F0C" w:rsidR="00EC7A70" w:rsidRDefault="00EC7A70" w:rsidP="00EC7A70"/>
    <w:p w14:paraId="20A21081" w14:textId="77777777" w:rsidR="00EC7A70" w:rsidRDefault="00EC7A70">
      <w:r>
        <w:br w:type="page"/>
      </w:r>
    </w:p>
    <w:p w14:paraId="4260FC1D" w14:textId="77777777" w:rsidR="00EC7A70" w:rsidRDefault="00EC7A70" w:rsidP="00EC7A70">
      <w:pPr>
        <w:pStyle w:val="Heading2"/>
      </w:pPr>
      <w:bookmarkStart w:id="45" w:name="_Toc218512806"/>
      <w:r>
        <w:rPr>
          <w:rFonts w:ascii="Roboto" w:hAnsi="Roboto"/>
          <w:color w:val="000000"/>
          <w:sz w:val="28"/>
        </w:rPr>
        <w:lastRenderedPageBreak/>
        <w:t>3.3 Set Multi-View Function</w:t>
      </w:r>
      <w:bookmarkEnd w:id="45"/>
    </w:p>
    <w:p w14:paraId="1DB4CB7D" w14:textId="77777777" w:rsidR="00EC7A70" w:rsidRDefault="00EC7A70" w:rsidP="00EC7A70">
      <w:r>
        <w:rPr>
          <w:rFonts w:ascii="Roboto" w:hAnsi="Roboto"/>
          <w:sz w:val="18"/>
        </w:rPr>
        <w:br/>
        <w:t>Turn the multi-view function on or off</w:t>
      </w:r>
    </w:p>
    <w:tbl>
      <w:tblPr>
        <w:tblStyle w:val="luka"/>
        <w:tblW w:w="0" w:type="auto"/>
        <w:jc w:val="center"/>
        <w:tblLook w:val="04A0" w:firstRow="1" w:lastRow="0" w:firstColumn="1" w:lastColumn="0" w:noHBand="0" w:noVBand="1"/>
      </w:tblPr>
      <w:tblGrid>
        <w:gridCol w:w="5760"/>
        <w:gridCol w:w="3600"/>
      </w:tblGrid>
      <w:tr w:rsidR="00EC7A70" w14:paraId="49BAC6F6" w14:textId="77777777" w:rsidTr="00D420CD">
        <w:trPr>
          <w:jc w:val="center"/>
        </w:trPr>
        <w:tc>
          <w:tcPr>
            <w:tcW w:w="5760" w:type="dxa"/>
            <w:tcMar>
              <w:top w:w="80" w:type="dxa"/>
              <w:left w:w="80" w:type="dxa"/>
              <w:bottom w:w="80" w:type="dxa"/>
              <w:right w:w="80" w:type="dxa"/>
            </w:tcMar>
          </w:tcPr>
          <w:p w14:paraId="3BEF43EA" w14:textId="77777777" w:rsidR="00EC7A70" w:rsidRDefault="00EC7A70" w:rsidP="00D420CD">
            <w:r>
              <w:rPr>
                <w:color w:val="000000"/>
                <w:sz w:val="18"/>
              </w:rPr>
              <w:t>Command Structure</w:t>
            </w:r>
            <w:r>
              <w:rPr>
                <w:rFonts w:ascii="Roboto Mono" w:hAnsi="Roboto Mono"/>
                <w:b/>
                <w:color w:val="000000"/>
                <w:sz w:val="16"/>
              </w:rPr>
              <w:br/>
              <w:t>SET MV_ENABLE &lt; ON | OFF &gt;</w:t>
            </w:r>
          </w:p>
        </w:tc>
        <w:tc>
          <w:tcPr>
            <w:tcW w:w="3600" w:type="dxa"/>
            <w:vMerge w:val="restart"/>
            <w:shd w:val="clear" w:color="auto" w:fill="F2F2F2"/>
            <w:tcMar>
              <w:top w:w="80" w:type="dxa"/>
              <w:left w:w="80" w:type="dxa"/>
              <w:bottom w:w="80" w:type="dxa"/>
              <w:right w:w="80" w:type="dxa"/>
            </w:tcMar>
          </w:tcPr>
          <w:p w14:paraId="650D491D" w14:textId="77777777" w:rsidR="00EC7A70" w:rsidRDefault="00EC7A70" w:rsidP="00D420CD">
            <w:r>
              <w:rPr>
                <w:color w:val="000000"/>
                <w:sz w:val="16"/>
              </w:rPr>
              <w:t>Parameters:</w:t>
            </w:r>
            <w:r>
              <w:rPr>
                <w:color w:val="000000"/>
                <w:sz w:val="16"/>
              </w:rPr>
              <w:br/>
              <w:t>ON = Enable the multi-view function</w:t>
            </w:r>
          </w:p>
        </w:tc>
      </w:tr>
      <w:tr w:rsidR="00EC7A70" w14:paraId="7836FAA6" w14:textId="77777777" w:rsidTr="00D420CD">
        <w:trPr>
          <w:jc w:val="center"/>
        </w:trPr>
        <w:tc>
          <w:tcPr>
            <w:tcW w:w="5760" w:type="dxa"/>
            <w:tcMar>
              <w:top w:w="80" w:type="dxa"/>
              <w:left w:w="80" w:type="dxa"/>
              <w:bottom w:w="80" w:type="dxa"/>
              <w:right w:w="80" w:type="dxa"/>
            </w:tcMar>
          </w:tcPr>
          <w:p w14:paraId="1D6F94A6" w14:textId="77777777" w:rsidR="00EC7A70" w:rsidRDefault="00EC7A70" w:rsidP="00D420CD">
            <w:r>
              <w:rPr>
                <w:color w:val="000000"/>
                <w:sz w:val="18"/>
              </w:rPr>
              <w:t>Response Structure</w:t>
            </w:r>
            <w:r>
              <w:rPr>
                <w:rFonts w:ascii="Roboto Mono" w:hAnsi="Roboto Mono"/>
                <w:b/>
                <w:color w:val="000000"/>
                <w:sz w:val="16"/>
              </w:rPr>
              <w:br/>
              <w:t>MV_ENABLE &lt; ON | OFF &gt;</w:t>
            </w:r>
          </w:p>
        </w:tc>
        <w:tc>
          <w:tcPr>
            <w:tcW w:w="3600" w:type="dxa"/>
            <w:vMerge/>
          </w:tcPr>
          <w:p w14:paraId="5CA67081" w14:textId="77777777" w:rsidR="00EC7A70" w:rsidRDefault="00EC7A70" w:rsidP="00D420CD"/>
        </w:tc>
      </w:tr>
      <w:tr w:rsidR="00EC7A70" w14:paraId="59CBF0B1" w14:textId="77777777" w:rsidTr="00D420CD">
        <w:trPr>
          <w:jc w:val="center"/>
        </w:trPr>
        <w:tc>
          <w:tcPr>
            <w:tcW w:w="5760" w:type="dxa"/>
            <w:tcMar>
              <w:top w:w="80" w:type="dxa"/>
              <w:left w:w="80" w:type="dxa"/>
              <w:bottom w:w="0" w:type="dxa"/>
              <w:right w:w="80" w:type="dxa"/>
            </w:tcMar>
          </w:tcPr>
          <w:p w14:paraId="703AA0D2" w14:textId="77777777" w:rsidR="00EC7A70" w:rsidRDefault="00EC7A70" w:rsidP="00D420CD">
            <w:r>
              <w:rPr>
                <w:color w:val="000000"/>
                <w:sz w:val="18"/>
              </w:rPr>
              <w:t>Command Example</w:t>
            </w:r>
          </w:p>
        </w:tc>
        <w:tc>
          <w:tcPr>
            <w:tcW w:w="3600" w:type="dxa"/>
            <w:vMerge/>
          </w:tcPr>
          <w:p w14:paraId="1438957F" w14:textId="77777777" w:rsidR="00EC7A70" w:rsidRDefault="00EC7A70" w:rsidP="00D420CD"/>
        </w:tc>
      </w:tr>
      <w:tr w:rsidR="00EC7A70" w14:paraId="00CE2916" w14:textId="77777777" w:rsidTr="00D420CD">
        <w:trPr>
          <w:jc w:val="center"/>
        </w:trPr>
        <w:tc>
          <w:tcPr>
            <w:tcW w:w="5760" w:type="dxa"/>
            <w:shd w:val="clear" w:color="auto" w:fill="000000"/>
            <w:tcMar>
              <w:top w:w="0" w:type="dxa"/>
              <w:left w:w="80" w:type="dxa"/>
              <w:bottom w:w="80" w:type="dxa"/>
              <w:right w:w="80" w:type="dxa"/>
            </w:tcMar>
          </w:tcPr>
          <w:p w14:paraId="7FDDA20B" w14:textId="77777777" w:rsidR="00EC7A70" w:rsidRDefault="00EC7A70" w:rsidP="00D420CD">
            <w:r>
              <w:rPr>
                <w:rFonts w:ascii="Roboto Mono" w:hAnsi="Roboto Mono"/>
                <w:b/>
                <w:color w:val="FFFFFF"/>
                <w:sz w:val="16"/>
              </w:rPr>
              <w:t>SET MV_ENABLE OFF</w:t>
            </w:r>
          </w:p>
        </w:tc>
        <w:tc>
          <w:tcPr>
            <w:tcW w:w="3600" w:type="dxa"/>
            <w:vMerge/>
          </w:tcPr>
          <w:p w14:paraId="749E87D7" w14:textId="77777777" w:rsidR="00EC7A70" w:rsidRDefault="00EC7A70" w:rsidP="00D420CD"/>
        </w:tc>
      </w:tr>
      <w:tr w:rsidR="00EC7A70" w14:paraId="18D81291" w14:textId="77777777" w:rsidTr="00D420CD">
        <w:trPr>
          <w:jc w:val="center"/>
        </w:trPr>
        <w:tc>
          <w:tcPr>
            <w:tcW w:w="5760" w:type="dxa"/>
            <w:tcMar>
              <w:top w:w="80" w:type="dxa"/>
              <w:left w:w="80" w:type="dxa"/>
              <w:bottom w:w="0" w:type="dxa"/>
              <w:right w:w="80" w:type="dxa"/>
            </w:tcMar>
          </w:tcPr>
          <w:p w14:paraId="000AECB7" w14:textId="77777777" w:rsidR="00EC7A70" w:rsidRDefault="00EC7A70" w:rsidP="00D420CD">
            <w:r>
              <w:rPr>
                <w:color w:val="000000"/>
                <w:sz w:val="18"/>
              </w:rPr>
              <w:t>Response Example</w:t>
            </w:r>
          </w:p>
        </w:tc>
        <w:tc>
          <w:tcPr>
            <w:tcW w:w="3600" w:type="dxa"/>
            <w:vMerge/>
          </w:tcPr>
          <w:p w14:paraId="3E27D30B" w14:textId="77777777" w:rsidR="00EC7A70" w:rsidRDefault="00EC7A70" w:rsidP="00D420CD"/>
        </w:tc>
      </w:tr>
      <w:tr w:rsidR="00EC7A70" w14:paraId="07623C63" w14:textId="77777777" w:rsidTr="00D420CD">
        <w:trPr>
          <w:jc w:val="center"/>
        </w:trPr>
        <w:tc>
          <w:tcPr>
            <w:tcW w:w="5760" w:type="dxa"/>
            <w:shd w:val="clear" w:color="auto" w:fill="000000"/>
            <w:tcMar>
              <w:top w:w="0" w:type="dxa"/>
              <w:left w:w="80" w:type="dxa"/>
              <w:bottom w:w="80" w:type="dxa"/>
              <w:right w:w="80" w:type="dxa"/>
            </w:tcMar>
          </w:tcPr>
          <w:p w14:paraId="344D0F88" w14:textId="77777777" w:rsidR="00EC7A70" w:rsidRDefault="00EC7A70" w:rsidP="00D420CD">
            <w:r>
              <w:rPr>
                <w:rFonts w:ascii="Roboto Mono" w:hAnsi="Roboto Mono"/>
                <w:b/>
                <w:color w:val="FFFFFF"/>
                <w:sz w:val="16"/>
              </w:rPr>
              <w:t>MV_ENABLE OFF</w:t>
            </w:r>
          </w:p>
        </w:tc>
        <w:tc>
          <w:tcPr>
            <w:tcW w:w="3600" w:type="dxa"/>
            <w:vMerge/>
          </w:tcPr>
          <w:p w14:paraId="0B59997E" w14:textId="77777777" w:rsidR="00EC7A70" w:rsidRDefault="00EC7A70" w:rsidP="00D420CD"/>
        </w:tc>
      </w:tr>
      <w:tr w:rsidR="00EC7A70" w14:paraId="1F6912AB" w14:textId="77777777" w:rsidTr="00D420CD">
        <w:trPr>
          <w:jc w:val="center"/>
        </w:trPr>
        <w:tc>
          <w:tcPr>
            <w:tcW w:w="9360" w:type="dxa"/>
            <w:gridSpan w:val="2"/>
            <w:shd w:val="clear" w:color="auto" w:fill="E0F6EC"/>
            <w:tcMar>
              <w:top w:w="80" w:type="dxa"/>
              <w:left w:w="80" w:type="dxa"/>
              <w:bottom w:w="80" w:type="dxa"/>
              <w:right w:w="80" w:type="dxa"/>
            </w:tcMar>
          </w:tcPr>
          <w:p w14:paraId="5EB34BA0" w14:textId="77777777" w:rsidR="00EC7A70" w:rsidRDefault="00EC7A70" w:rsidP="00D420CD">
            <w:r>
              <w:rPr>
                <w:color w:val="000000"/>
                <w:sz w:val="16"/>
              </w:rPr>
              <w:t>Additional Notes: Default: ON</w:t>
            </w:r>
          </w:p>
        </w:tc>
      </w:tr>
    </w:tbl>
    <w:p w14:paraId="1CFDDFEC" w14:textId="77777777" w:rsidR="00EC7A70" w:rsidRDefault="00EC7A70" w:rsidP="00EC7A70"/>
    <w:p w14:paraId="5284243E" w14:textId="77777777" w:rsidR="00EC7A70" w:rsidRDefault="00EC7A70" w:rsidP="00EC7A70">
      <w:pPr>
        <w:pStyle w:val="Heading2"/>
      </w:pPr>
      <w:bookmarkStart w:id="46" w:name="_Toc218512807"/>
      <w:r>
        <w:rPr>
          <w:rFonts w:ascii="Roboto" w:hAnsi="Roboto"/>
          <w:color w:val="000000"/>
          <w:sz w:val="28"/>
        </w:rPr>
        <w:t>3.4 Get Multi-View Function Status</w:t>
      </w:r>
      <w:bookmarkEnd w:id="46"/>
    </w:p>
    <w:p w14:paraId="326F519D" w14:textId="77777777" w:rsidR="00EC7A70" w:rsidRDefault="00EC7A70" w:rsidP="00EC7A70">
      <w:r>
        <w:rPr>
          <w:rFonts w:ascii="Roboto" w:hAnsi="Roboto"/>
          <w:sz w:val="18"/>
        </w:rPr>
        <w:br/>
        <w:t>Get the on/off status of the multi-view function</w:t>
      </w:r>
    </w:p>
    <w:tbl>
      <w:tblPr>
        <w:tblStyle w:val="luka"/>
        <w:tblW w:w="0" w:type="auto"/>
        <w:jc w:val="center"/>
        <w:tblLook w:val="04A0" w:firstRow="1" w:lastRow="0" w:firstColumn="1" w:lastColumn="0" w:noHBand="0" w:noVBand="1"/>
      </w:tblPr>
      <w:tblGrid>
        <w:gridCol w:w="5760"/>
        <w:gridCol w:w="3600"/>
      </w:tblGrid>
      <w:tr w:rsidR="00EC7A70" w14:paraId="5E7E91E6" w14:textId="77777777" w:rsidTr="00D420CD">
        <w:trPr>
          <w:jc w:val="center"/>
        </w:trPr>
        <w:tc>
          <w:tcPr>
            <w:tcW w:w="5760" w:type="dxa"/>
            <w:tcMar>
              <w:top w:w="80" w:type="dxa"/>
              <w:left w:w="80" w:type="dxa"/>
              <w:bottom w:w="80" w:type="dxa"/>
              <w:right w:w="80" w:type="dxa"/>
            </w:tcMar>
          </w:tcPr>
          <w:p w14:paraId="739ACDDF" w14:textId="77777777" w:rsidR="00EC7A70" w:rsidRDefault="00EC7A70" w:rsidP="00D420CD">
            <w:r>
              <w:rPr>
                <w:color w:val="000000"/>
                <w:sz w:val="18"/>
              </w:rPr>
              <w:t>Command Structure</w:t>
            </w:r>
            <w:r>
              <w:rPr>
                <w:rFonts w:ascii="Roboto Mono" w:hAnsi="Roboto Mono"/>
                <w:b/>
                <w:color w:val="000000"/>
                <w:sz w:val="16"/>
              </w:rPr>
              <w:br/>
              <w:t>GET MV_ENABLE</w:t>
            </w:r>
          </w:p>
        </w:tc>
        <w:tc>
          <w:tcPr>
            <w:tcW w:w="3600" w:type="dxa"/>
            <w:vMerge w:val="restart"/>
            <w:shd w:val="clear" w:color="auto" w:fill="F2F2F2"/>
            <w:tcMar>
              <w:top w:w="80" w:type="dxa"/>
              <w:left w:w="80" w:type="dxa"/>
              <w:bottom w:w="80" w:type="dxa"/>
              <w:right w:w="80" w:type="dxa"/>
            </w:tcMar>
          </w:tcPr>
          <w:p w14:paraId="14D8DC0D" w14:textId="77777777" w:rsidR="00EC7A70" w:rsidRDefault="00EC7A70" w:rsidP="00D420CD">
            <w:r>
              <w:rPr>
                <w:color w:val="000000"/>
                <w:sz w:val="16"/>
              </w:rPr>
              <w:t>Parameters:</w:t>
            </w:r>
            <w:r>
              <w:rPr>
                <w:color w:val="000000"/>
                <w:sz w:val="16"/>
              </w:rPr>
              <w:br/>
            </w:r>
          </w:p>
        </w:tc>
      </w:tr>
      <w:tr w:rsidR="00EC7A70" w14:paraId="67B5ADC8" w14:textId="77777777" w:rsidTr="00D420CD">
        <w:trPr>
          <w:jc w:val="center"/>
        </w:trPr>
        <w:tc>
          <w:tcPr>
            <w:tcW w:w="5760" w:type="dxa"/>
            <w:tcMar>
              <w:top w:w="80" w:type="dxa"/>
              <w:left w:w="80" w:type="dxa"/>
              <w:bottom w:w="80" w:type="dxa"/>
              <w:right w:w="80" w:type="dxa"/>
            </w:tcMar>
          </w:tcPr>
          <w:p w14:paraId="38B000B8" w14:textId="77777777" w:rsidR="00EC7A70" w:rsidRDefault="00EC7A70" w:rsidP="00D420CD">
            <w:r>
              <w:rPr>
                <w:color w:val="000000"/>
                <w:sz w:val="18"/>
              </w:rPr>
              <w:t>Response Structure</w:t>
            </w:r>
            <w:r>
              <w:rPr>
                <w:rFonts w:ascii="Roboto Mono" w:hAnsi="Roboto Mono"/>
                <w:b/>
                <w:color w:val="000000"/>
                <w:sz w:val="16"/>
              </w:rPr>
              <w:br/>
              <w:t>MV_ENABLE &lt; ON | OFF &gt;</w:t>
            </w:r>
          </w:p>
        </w:tc>
        <w:tc>
          <w:tcPr>
            <w:tcW w:w="3600" w:type="dxa"/>
            <w:vMerge/>
          </w:tcPr>
          <w:p w14:paraId="5318565A" w14:textId="77777777" w:rsidR="00EC7A70" w:rsidRDefault="00EC7A70" w:rsidP="00D420CD"/>
        </w:tc>
      </w:tr>
      <w:tr w:rsidR="00EC7A70" w14:paraId="6924BE9B" w14:textId="77777777" w:rsidTr="00D420CD">
        <w:trPr>
          <w:jc w:val="center"/>
        </w:trPr>
        <w:tc>
          <w:tcPr>
            <w:tcW w:w="5760" w:type="dxa"/>
            <w:tcMar>
              <w:top w:w="80" w:type="dxa"/>
              <w:left w:w="80" w:type="dxa"/>
              <w:bottom w:w="0" w:type="dxa"/>
              <w:right w:w="80" w:type="dxa"/>
            </w:tcMar>
          </w:tcPr>
          <w:p w14:paraId="3FD8D1DC" w14:textId="77777777" w:rsidR="00EC7A70" w:rsidRDefault="00EC7A70" w:rsidP="00D420CD">
            <w:r>
              <w:rPr>
                <w:color w:val="000000"/>
                <w:sz w:val="18"/>
              </w:rPr>
              <w:t>Command Example</w:t>
            </w:r>
          </w:p>
        </w:tc>
        <w:tc>
          <w:tcPr>
            <w:tcW w:w="3600" w:type="dxa"/>
            <w:vMerge/>
          </w:tcPr>
          <w:p w14:paraId="7BF7B697" w14:textId="77777777" w:rsidR="00EC7A70" w:rsidRDefault="00EC7A70" w:rsidP="00D420CD"/>
        </w:tc>
      </w:tr>
      <w:tr w:rsidR="00EC7A70" w14:paraId="21023792" w14:textId="77777777" w:rsidTr="00D420CD">
        <w:trPr>
          <w:jc w:val="center"/>
        </w:trPr>
        <w:tc>
          <w:tcPr>
            <w:tcW w:w="5760" w:type="dxa"/>
            <w:shd w:val="clear" w:color="auto" w:fill="000000"/>
            <w:tcMar>
              <w:top w:w="0" w:type="dxa"/>
              <w:left w:w="80" w:type="dxa"/>
              <w:bottom w:w="80" w:type="dxa"/>
              <w:right w:w="80" w:type="dxa"/>
            </w:tcMar>
          </w:tcPr>
          <w:p w14:paraId="41B134F9" w14:textId="77777777" w:rsidR="00EC7A70" w:rsidRDefault="00EC7A70" w:rsidP="00D420CD">
            <w:r>
              <w:rPr>
                <w:rFonts w:ascii="Roboto Mono" w:hAnsi="Roboto Mono"/>
                <w:b/>
                <w:color w:val="FFFFFF"/>
                <w:sz w:val="16"/>
              </w:rPr>
              <w:t>GET MV_ENABLE</w:t>
            </w:r>
          </w:p>
        </w:tc>
        <w:tc>
          <w:tcPr>
            <w:tcW w:w="3600" w:type="dxa"/>
            <w:vMerge/>
          </w:tcPr>
          <w:p w14:paraId="464A072E" w14:textId="77777777" w:rsidR="00EC7A70" w:rsidRDefault="00EC7A70" w:rsidP="00D420CD"/>
        </w:tc>
      </w:tr>
      <w:tr w:rsidR="00EC7A70" w14:paraId="685AA2C3" w14:textId="77777777" w:rsidTr="00D420CD">
        <w:trPr>
          <w:jc w:val="center"/>
        </w:trPr>
        <w:tc>
          <w:tcPr>
            <w:tcW w:w="5760" w:type="dxa"/>
            <w:tcMar>
              <w:top w:w="80" w:type="dxa"/>
              <w:left w:w="80" w:type="dxa"/>
              <w:bottom w:w="0" w:type="dxa"/>
              <w:right w:w="80" w:type="dxa"/>
            </w:tcMar>
          </w:tcPr>
          <w:p w14:paraId="6D1A96EE" w14:textId="77777777" w:rsidR="00EC7A70" w:rsidRDefault="00EC7A70" w:rsidP="00D420CD">
            <w:r>
              <w:rPr>
                <w:color w:val="000000"/>
                <w:sz w:val="18"/>
              </w:rPr>
              <w:t>Response Example</w:t>
            </w:r>
          </w:p>
        </w:tc>
        <w:tc>
          <w:tcPr>
            <w:tcW w:w="3600" w:type="dxa"/>
            <w:vMerge/>
          </w:tcPr>
          <w:p w14:paraId="301D1FD3" w14:textId="77777777" w:rsidR="00EC7A70" w:rsidRDefault="00EC7A70" w:rsidP="00D420CD"/>
        </w:tc>
      </w:tr>
      <w:tr w:rsidR="00EC7A70" w14:paraId="72E7F238" w14:textId="77777777" w:rsidTr="00D420CD">
        <w:trPr>
          <w:jc w:val="center"/>
        </w:trPr>
        <w:tc>
          <w:tcPr>
            <w:tcW w:w="5760" w:type="dxa"/>
            <w:shd w:val="clear" w:color="auto" w:fill="000000"/>
            <w:tcMar>
              <w:top w:w="0" w:type="dxa"/>
              <w:left w:w="80" w:type="dxa"/>
              <w:bottom w:w="80" w:type="dxa"/>
              <w:right w:w="80" w:type="dxa"/>
            </w:tcMar>
          </w:tcPr>
          <w:p w14:paraId="78230D1F" w14:textId="77777777" w:rsidR="00EC7A70" w:rsidRDefault="00EC7A70" w:rsidP="00D420CD">
            <w:r>
              <w:rPr>
                <w:rFonts w:ascii="Roboto Mono" w:hAnsi="Roboto Mono"/>
                <w:b/>
                <w:color w:val="FFFFFF"/>
                <w:sz w:val="16"/>
              </w:rPr>
              <w:t>MV_ENABLE OFF</w:t>
            </w:r>
          </w:p>
        </w:tc>
        <w:tc>
          <w:tcPr>
            <w:tcW w:w="3600" w:type="dxa"/>
            <w:vMerge/>
          </w:tcPr>
          <w:p w14:paraId="73BB48E2" w14:textId="77777777" w:rsidR="00EC7A70" w:rsidRDefault="00EC7A70" w:rsidP="00D420CD"/>
        </w:tc>
      </w:tr>
      <w:tr w:rsidR="00EC7A70" w14:paraId="23271B5E" w14:textId="77777777" w:rsidTr="00D420CD">
        <w:trPr>
          <w:jc w:val="center"/>
        </w:trPr>
        <w:tc>
          <w:tcPr>
            <w:tcW w:w="9360" w:type="dxa"/>
            <w:gridSpan w:val="2"/>
            <w:shd w:val="clear" w:color="auto" w:fill="E0F6EC"/>
            <w:tcMar>
              <w:top w:w="80" w:type="dxa"/>
              <w:left w:w="80" w:type="dxa"/>
              <w:bottom w:w="80" w:type="dxa"/>
              <w:right w:w="80" w:type="dxa"/>
            </w:tcMar>
          </w:tcPr>
          <w:p w14:paraId="474452BE" w14:textId="77777777" w:rsidR="00EC7A70" w:rsidRDefault="00EC7A70" w:rsidP="00D420CD">
            <w:r>
              <w:rPr>
                <w:color w:val="000000"/>
                <w:sz w:val="16"/>
              </w:rPr>
              <w:t xml:space="preserve">Additional Notes: </w:t>
            </w:r>
          </w:p>
        </w:tc>
      </w:tr>
    </w:tbl>
    <w:p w14:paraId="2E519E8B" w14:textId="2B523471" w:rsidR="00EC7A70" w:rsidRDefault="00EC7A70" w:rsidP="00EC7A70"/>
    <w:p w14:paraId="0BB28A93" w14:textId="77777777" w:rsidR="00EC7A70" w:rsidRDefault="00EC7A70">
      <w:r>
        <w:br w:type="page"/>
      </w:r>
    </w:p>
    <w:p w14:paraId="0C3C1995" w14:textId="77777777" w:rsidR="00EC7A70" w:rsidRDefault="00EC7A70" w:rsidP="00EC7A70">
      <w:pPr>
        <w:pStyle w:val="Heading2"/>
      </w:pPr>
      <w:bookmarkStart w:id="47" w:name="_Toc218512808"/>
      <w:r>
        <w:rPr>
          <w:rFonts w:ascii="Roboto" w:hAnsi="Roboto"/>
          <w:color w:val="000000"/>
          <w:sz w:val="28"/>
        </w:rPr>
        <w:lastRenderedPageBreak/>
        <w:t>3.5 Switch Input to All Outputs</w:t>
      </w:r>
      <w:bookmarkEnd w:id="47"/>
    </w:p>
    <w:p w14:paraId="78AE2FDC" w14:textId="77777777" w:rsidR="00EC7A70" w:rsidRDefault="00EC7A70" w:rsidP="00EC7A70">
      <w:r>
        <w:rPr>
          <w:rFonts w:ascii="Roboto" w:hAnsi="Roboto"/>
          <w:sz w:val="18"/>
        </w:rPr>
        <w:br/>
        <w:t xml:space="preserve">Switch an input to display </w:t>
      </w:r>
      <w:proofErr w:type="gramStart"/>
      <w:r>
        <w:rPr>
          <w:rFonts w:ascii="Roboto" w:hAnsi="Roboto"/>
          <w:sz w:val="18"/>
        </w:rPr>
        <w:t>full-screen</w:t>
      </w:r>
      <w:proofErr w:type="gramEnd"/>
      <w:r>
        <w:rPr>
          <w:rFonts w:ascii="Roboto" w:hAnsi="Roboto"/>
          <w:sz w:val="18"/>
        </w:rPr>
        <w:t xml:space="preserve"> on all outputs</w:t>
      </w:r>
    </w:p>
    <w:tbl>
      <w:tblPr>
        <w:tblStyle w:val="luka"/>
        <w:tblW w:w="0" w:type="auto"/>
        <w:jc w:val="center"/>
        <w:tblLook w:val="04A0" w:firstRow="1" w:lastRow="0" w:firstColumn="1" w:lastColumn="0" w:noHBand="0" w:noVBand="1"/>
      </w:tblPr>
      <w:tblGrid>
        <w:gridCol w:w="5760"/>
        <w:gridCol w:w="3600"/>
      </w:tblGrid>
      <w:tr w:rsidR="00EC7A70" w14:paraId="5F4D469C" w14:textId="77777777" w:rsidTr="00D420CD">
        <w:trPr>
          <w:jc w:val="center"/>
        </w:trPr>
        <w:tc>
          <w:tcPr>
            <w:tcW w:w="5760" w:type="dxa"/>
            <w:tcMar>
              <w:top w:w="80" w:type="dxa"/>
              <w:left w:w="80" w:type="dxa"/>
              <w:bottom w:w="80" w:type="dxa"/>
              <w:right w:w="80" w:type="dxa"/>
            </w:tcMar>
          </w:tcPr>
          <w:p w14:paraId="4D6EF6BE" w14:textId="77777777" w:rsidR="00EC7A70" w:rsidRDefault="00EC7A70" w:rsidP="00D420CD">
            <w:r>
              <w:rPr>
                <w:color w:val="000000"/>
                <w:sz w:val="18"/>
              </w:rPr>
              <w:t>Command Structure</w:t>
            </w:r>
            <w:r>
              <w:rPr>
                <w:rFonts w:ascii="Roboto Mono" w:hAnsi="Roboto Mono"/>
                <w:b/>
                <w:color w:val="000000"/>
                <w:sz w:val="16"/>
              </w:rPr>
              <w:br/>
              <w:t>SET SW &lt; IN1 | IN2 | BYOD1 | BYOD2 &gt;</w:t>
            </w:r>
          </w:p>
        </w:tc>
        <w:tc>
          <w:tcPr>
            <w:tcW w:w="3600" w:type="dxa"/>
            <w:vMerge w:val="restart"/>
            <w:shd w:val="clear" w:color="auto" w:fill="F2F2F2"/>
            <w:tcMar>
              <w:top w:w="80" w:type="dxa"/>
              <w:left w:w="80" w:type="dxa"/>
              <w:bottom w:w="80" w:type="dxa"/>
              <w:right w:w="80" w:type="dxa"/>
            </w:tcMar>
          </w:tcPr>
          <w:p w14:paraId="34FCBF8D" w14:textId="77777777" w:rsidR="00EC7A70" w:rsidRDefault="00EC7A70" w:rsidP="00D420CD">
            <w:r>
              <w:rPr>
                <w:color w:val="000000"/>
                <w:sz w:val="16"/>
              </w:rPr>
              <w:t>Parameters:</w:t>
            </w:r>
            <w:r>
              <w:rPr>
                <w:color w:val="000000"/>
                <w:sz w:val="16"/>
              </w:rPr>
              <w:br/>
            </w:r>
          </w:p>
        </w:tc>
      </w:tr>
      <w:tr w:rsidR="00EC7A70" w14:paraId="630E8272" w14:textId="77777777" w:rsidTr="00D420CD">
        <w:trPr>
          <w:jc w:val="center"/>
        </w:trPr>
        <w:tc>
          <w:tcPr>
            <w:tcW w:w="5760" w:type="dxa"/>
            <w:tcMar>
              <w:top w:w="80" w:type="dxa"/>
              <w:left w:w="80" w:type="dxa"/>
              <w:bottom w:w="80" w:type="dxa"/>
              <w:right w:w="80" w:type="dxa"/>
            </w:tcMar>
          </w:tcPr>
          <w:p w14:paraId="329AA5F7" w14:textId="77777777" w:rsidR="00EC7A70" w:rsidRDefault="00EC7A70" w:rsidP="00D420CD">
            <w:r>
              <w:rPr>
                <w:color w:val="000000"/>
                <w:sz w:val="18"/>
              </w:rPr>
              <w:t>Response Structure</w:t>
            </w:r>
            <w:r>
              <w:rPr>
                <w:rFonts w:ascii="Roboto Mono" w:hAnsi="Roboto Mono"/>
                <w:b/>
                <w:color w:val="000000"/>
                <w:sz w:val="16"/>
              </w:rPr>
              <w:br/>
              <w:t>SW &lt; IN1 | IN2 | BYOD1 | BYOD2 &gt; OUT1</w:t>
            </w:r>
            <w:r>
              <w:rPr>
                <w:rFonts w:ascii="Roboto Mono" w:hAnsi="Roboto Mono"/>
                <w:b/>
                <w:color w:val="000000"/>
                <w:sz w:val="16"/>
              </w:rPr>
              <w:br/>
              <w:t>SW &lt; IN1 | IN2 | BYOD1 | BYOD2 &gt; OUT2</w:t>
            </w:r>
          </w:p>
        </w:tc>
        <w:tc>
          <w:tcPr>
            <w:tcW w:w="3600" w:type="dxa"/>
            <w:vMerge/>
          </w:tcPr>
          <w:p w14:paraId="71DDBFA8" w14:textId="77777777" w:rsidR="00EC7A70" w:rsidRDefault="00EC7A70" w:rsidP="00D420CD"/>
        </w:tc>
      </w:tr>
      <w:tr w:rsidR="00EC7A70" w14:paraId="6705B15A" w14:textId="77777777" w:rsidTr="00D420CD">
        <w:trPr>
          <w:jc w:val="center"/>
        </w:trPr>
        <w:tc>
          <w:tcPr>
            <w:tcW w:w="5760" w:type="dxa"/>
            <w:tcMar>
              <w:top w:w="80" w:type="dxa"/>
              <w:left w:w="80" w:type="dxa"/>
              <w:bottom w:w="0" w:type="dxa"/>
              <w:right w:w="80" w:type="dxa"/>
            </w:tcMar>
          </w:tcPr>
          <w:p w14:paraId="3EAF3757" w14:textId="77777777" w:rsidR="00EC7A70" w:rsidRDefault="00EC7A70" w:rsidP="00D420CD">
            <w:r>
              <w:rPr>
                <w:color w:val="000000"/>
                <w:sz w:val="18"/>
              </w:rPr>
              <w:t>Command Example</w:t>
            </w:r>
          </w:p>
        </w:tc>
        <w:tc>
          <w:tcPr>
            <w:tcW w:w="3600" w:type="dxa"/>
            <w:vMerge/>
          </w:tcPr>
          <w:p w14:paraId="62EADBF8" w14:textId="77777777" w:rsidR="00EC7A70" w:rsidRDefault="00EC7A70" w:rsidP="00D420CD"/>
        </w:tc>
      </w:tr>
      <w:tr w:rsidR="00EC7A70" w14:paraId="3E180497" w14:textId="77777777" w:rsidTr="00D420CD">
        <w:trPr>
          <w:jc w:val="center"/>
        </w:trPr>
        <w:tc>
          <w:tcPr>
            <w:tcW w:w="5760" w:type="dxa"/>
            <w:shd w:val="clear" w:color="auto" w:fill="000000"/>
            <w:tcMar>
              <w:top w:w="0" w:type="dxa"/>
              <w:left w:w="80" w:type="dxa"/>
              <w:bottom w:w="80" w:type="dxa"/>
              <w:right w:w="80" w:type="dxa"/>
            </w:tcMar>
          </w:tcPr>
          <w:p w14:paraId="6071B7FD" w14:textId="77777777" w:rsidR="00EC7A70" w:rsidRDefault="00EC7A70" w:rsidP="00D420CD">
            <w:r>
              <w:rPr>
                <w:rFonts w:ascii="Roboto Mono" w:hAnsi="Roboto Mono"/>
                <w:b/>
                <w:color w:val="FFFFFF"/>
                <w:sz w:val="16"/>
              </w:rPr>
              <w:t>SET SW IN1</w:t>
            </w:r>
          </w:p>
        </w:tc>
        <w:tc>
          <w:tcPr>
            <w:tcW w:w="3600" w:type="dxa"/>
            <w:vMerge/>
          </w:tcPr>
          <w:p w14:paraId="05AC4D24" w14:textId="77777777" w:rsidR="00EC7A70" w:rsidRDefault="00EC7A70" w:rsidP="00D420CD"/>
        </w:tc>
      </w:tr>
      <w:tr w:rsidR="00EC7A70" w14:paraId="3FD4504C" w14:textId="77777777" w:rsidTr="00D420CD">
        <w:trPr>
          <w:jc w:val="center"/>
        </w:trPr>
        <w:tc>
          <w:tcPr>
            <w:tcW w:w="5760" w:type="dxa"/>
            <w:tcMar>
              <w:top w:w="80" w:type="dxa"/>
              <w:left w:w="80" w:type="dxa"/>
              <w:bottom w:w="0" w:type="dxa"/>
              <w:right w:w="80" w:type="dxa"/>
            </w:tcMar>
          </w:tcPr>
          <w:p w14:paraId="3A74FCA2" w14:textId="77777777" w:rsidR="00EC7A70" w:rsidRDefault="00EC7A70" w:rsidP="00D420CD">
            <w:r>
              <w:rPr>
                <w:color w:val="000000"/>
                <w:sz w:val="18"/>
              </w:rPr>
              <w:t>Response Example</w:t>
            </w:r>
          </w:p>
        </w:tc>
        <w:tc>
          <w:tcPr>
            <w:tcW w:w="3600" w:type="dxa"/>
            <w:vMerge/>
          </w:tcPr>
          <w:p w14:paraId="350C9C48" w14:textId="77777777" w:rsidR="00EC7A70" w:rsidRDefault="00EC7A70" w:rsidP="00D420CD"/>
        </w:tc>
      </w:tr>
      <w:tr w:rsidR="00EC7A70" w14:paraId="64304464" w14:textId="77777777" w:rsidTr="00D420CD">
        <w:trPr>
          <w:jc w:val="center"/>
        </w:trPr>
        <w:tc>
          <w:tcPr>
            <w:tcW w:w="5760" w:type="dxa"/>
            <w:shd w:val="clear" w:color="auto" w:fill="000000"/>
            <w:tcMar>
              <w:top w:w="0" w:type="dxa"/>
              <w:left w:w="80" w:type="dxa"/>
              <w:bottom w:w="80" w:type="dxa"/>
              <w:right w:w="80" w:type="dxa"/>
            </w:tcMar>
          </w:tcPr>
          <w:p w14:paraId="4F193ACA" w14:textId="77777777" w:rsidR="00EC7A70" w:rsidRDefault="00EC7A70" w:rsidP="00D420CD">
            <w:r>
              <w:rPr>
                <w:rFonts w:ascii="Roboto Mono" w:hAnsi="Roboto Mono"/>
                <w:b/>
                <w:color w:val="FFFFFF"/>
                <w:sz w:val="16"/>
              </w:rPr>
              <w:t>SW IN1 OUT1</w:t>
            </w:r>
            <w:r>
              <w:rPr>
                <w:rFonts w:ascii="Roboto Mono" w:hAnsi="Roboto Mono"/>
                <w:b/>
                <w:color w:val="FFFFFF"/>
                <w:sz w:val="16"/>
              </w:rPr>
              <w:br/>
              <w:t>SW IN1 OUT2</w:t>
            </w:r>
          </w:p>
        </w:tc>
        <w:tc>
          <w:tcPr>
            <w:tcW w:w="3600" w:type="dxa"/>
            <w:vMerge/>
          </w:tcPr>
          <w:p w14:paraId="15F146A7" w14:textId="77777777" w:rsidR="00EC7A70" w:rsidRDefault="00EC7A70" w:rsidP="00D420CD"/>
        </w:tc>
      </w:tr>
      <w:tr w:rsidR="00EC7A70" w14:paraId="1F9453B5" w14:textId="77777777" w:rsidTr="00D420CD">
        <w:trPr>
          <w:jc w:val="center"/>
        </w:trPr>
        <w:tc>
          <w:tcPr>
            <w:tcW w:w="9360" w:type="dxa"/>
            <w:gridSpan w:val="2"/>
            <w:shd w:val="clear" w:color="auto" w:fill="E0F6EC"/>
            <w:tcMar>
              <w:top w:w="80" w:type="dxa"/>
              <w:left w:w="80" w:type="dxa"/>
              <w:bottom w:w="80" w:type="dxa"/>
              <w:right w:w="80" w:type="dxa"/>
            </w:tcMar>
          </w:tcPr>
          <w:p w14:paraId="2ABC945C" w14:textId="77777777" w:rsidR="00EC7A70" w:rsidRDefault="00EC7A70" w:rsidP="00D420CD">
            <w:r>
              <w:rPr>
                <w:color w:val="000000"/>
                <w:sz w:val="16"/>
              </w:rPr>
              <w:t xml:space="preserve">Additional Notes: </w:t>
            </w:r>
          </w:p>
        </w:tc>
      </w:tr>
    </w:tbl>
    <w:p w14:paraId="185C08C5" w14:textId="77777777" w:rsidR="00EC7A70" w:rsidRDefault="00EC7A70" w:rsidP="00EC7A70"/>
    <w:p w14:paraId="1DC92205" w14:textId="77777777" w:rsidR="00EC7A70" w:rsidRDefault="00EC7A70" w:rsidP="00EC7A70">
      <w:pPr>
        <w:pStyle w:val="Heading2"/>
      </w:pPr>
      <w:bookmarkStart w:id="48" w:name="_Toc218512809"/>
      <w:r>
        <w:rPr>
          <w:rFonts w:ascii="Roboto" w:hAnsi="Roboto"/>
          <w:color w:val="000000"/>
          <w:sz w:val="28"/>
        </w:rPr>
        <w:t>3.6 Switch Input to an Output</w:t>
      </w:r>
      <w:bookmarkEnd w:id="48"/>
    </w:p>
    <w:p w14:paraId="482AD2FD" w14:textId="77777777" w:rsidR="00EC7A70" w:rsidRDefault="00EC7A70" w:rsidP="00EC7A70">
      <w:r>
        <w:rPr>
          <w:rFonts w:ascii="Roboto" w:hAnsi="Roboto"/>
          <w:sz w:val="18"/>
        </w:rPr>
        <w:br/>
        <w:t>Switch an input to full-screen display on a specified output.</w:t>
      </w:r>
      <w:r>
        <w:rPr>
          <w:rFonts w:ascii="Roboto" w:hAnsi="Roboto"/>
          <w:sz w:val="18"/>
        </w:rPr>
        <w:br/>
        <w:t xml:space="preserve">If the specified output is not connected, the device will display the </w:t>
      </w:r>
      <w:proofErr w:type="gramStart"/>
      <w:r>
        <w:rPr>
          <w:rFonts w:ascii="Roboto" w:hAnsi="Roboto"/>
          <w:sz w:val="18"/>
        </w:rPr>
        <w:t>input full-screen</w:t>
      </w:r>
      <w:proofErr w:type="gramEnd"/>
      <w:r>
        <w:rPr>
          <w:rFonts w:ascii="Roboto" w:hAnsi="Roboto"/>
          <w:sz w:val="18"/>
        </w:rPr>
        <w:t xml:space="preserve"> on the currently connected output. The response message always returns information about the output that is </w:t>
      </w:r>
      <w:proofErr w:type="gramStart"/>
      <w:r>
        <w:rPr>
          <w:rFonts w:ascii="Roboto" w:hAnsi="Roboto"/>
          <w:sz w:val="18"/>
        </w:rPr>
        <w:t>actually displaying</w:t>
      </w:r>
      <w:proofErr w:type="gramEnd"/>
      <w:r>
        <w:rPr>
          <w:rFonts w:ascii="Roboto" w:hAnsi="Roboto"/>
          <w:sz w:val="18"/>
        </w:rPr>
        <w:t xml:space="preserve"> the source.</w:t>
      </w:r>
    </w:p>
    <w:tbl>
      <w:tblPr>
        <w:tblStyle w:val="luka"/>
        <w:tblW w:w="0" w:type="auto"/>
        <w:jc w:val="center"/>
        <w:tblLook w:val="04A0" w:firstRow="1" w:lastRow="0" w:firstColumn="1" w:lastColumn="0" w:noHBand="0" w:noVBand="1"/>
      </w:tblPr>
      <w:tblGrid>
        <w:gridCol w:w="5760"/>
        <w:gridCol w:w="3600"/>
      </w:tblGrid>
      <w:tr w:rsidR="00EC7A70" w14:paraId="62DEA579" w14:textId="77777777" w:rsidTr="00D420CD">
        <w:trPr>
          <w:jc w:val="center"/>
        </w:trPr>
        <w:tc>
          <w:tcPr>
            <w:tcW w:w="5760" w:type="dxa"/>
            <w:tcMar>
              <w:top w:w="80" w:type="dxa"/>
              <w:left w:w="80" w:type="dxa"/>
              <w:bottom w:w="80" w:type="dxa"/>
              <w:right w:w="80" w:type="dxa"/>
            </w:tcMar>
          </w:tcPr>
          <w:p w14:paraId="2DECFE17" w14:textId="77777777" w:rsidR="00EC7A70" w:rsidRDefault="00EC7A70" w:rsidP="00D420CD">
            <w:r>
              <w:rPr>
                <w:color w:val="000000"/>
                <w:sz w:val="18"/>
              </w:rPr>
              <w:t>Command Structure</w:t>
            </w:r>
            <w:r>
              <w:rPr>
                <w:rFonts w:ascii="Roboto Mono" w:hAnsi="Roboto Mono"/>
                <w:b/>
                <w:color w:val="000000"/>
                <w:sz w:val="16"/>
              </w:rPr>
              <w:br/>
              <w:t>SET SW &lt; IN1 | IN2 | BYOD1 | BYOD2 &gt; &lt; OUT1 | OUT2 &gt;</w:t>
            </w:r>
          </w:p>
        </w:tc>
        <w:tc>
          <w:tcPr>
            <w:tcW w:w="3600" w:type="dxa"/>
            <w:vMerge w:val="restart"/>
            <w:shd w:val="clear" w:color="auto" w:fill="F2F2F2"/>
            <w:tcMar>
              <w:top w:w="80" w:type="dxa"/>
              <w:left w:w="80" w:type="dxa"/>
              <w:bottom w:w="80" w:type="dxa"/>
              <w:right w:w="80" w:type="dxa"/>
            </w:tcMar>
          </w:tcPr>
          <w:p w14:paraId="77DC8B73" w14:textId="77777777" w:rsidR="00EC7A70" w:rsidRDefault="00EC7A70" w:rsidP="00D420CD">
            <w:r>
              <w:rPr>
                <w:color w:val="000000"/>
                <w:sz w:val="16"/>
              </w:rPr>
              <w:t>Parameters:</w:t>
            </w:r>
            <w:r>
              <w:rPr>
                <w:color w:val="000000"/>
                <w:sz w:val="16"/>
              </w:rPr>
              <w:br/>
            </w:r>
          </w:p>
        </w:tc>
      </w:tr>
      <w:tr w:rsidR="00EC7A70" w14:paraId="74EE104E" w14:textId="77777777" w:rsidTr="00D420CD">
        <w:trPr>
          <w:jc w:val="center"/>
        </w:trPr>
        <w:tc>
          <w:tcPr>
            <w:tcW w:w="5760" w:type="dxa"/>
            <w:tcMar>
              <w:top w:w="80" w:type="dxa"/>
              <w:left w:w="80" w:type="dxa"/>
              <w:bottom w:w="80" w:type="dxa"/>
              <w:right w:w="80" w:type="dxa"/>
            </w:tcMar>
          </w:tcPr>
          <w:p w14:paraId="127F05FA" w14:textId="77777777" w:rsidR="00EC7A70" w:rsidRDefault="00EC7A70" w:rsidP="00D420CD">
            <w:r>
              <w:rPr>
                <w:color w:val="000000"/>
                <w:sz w:val="18"/>
              </w:rPr>
              <w:t>Response Structure</w:t>
            </w:r>
            <w:r>
              <w:rPr>
                <w:rFonts w:ascii="Roboto Mono" w:hAnsi="Roboto Mono"/>
                <w:b/>
                <w:color w:val="000000"/>
                <w:sz w:val="16"/>
              </w:rPr>
              <w:br/>
              <w:t>SW &lt; IN1 | IN2 | BYOD1 | BYOD2 &gt; &lt; OUT1 | OUT2 &gt;</w:t>
            </w:r>
          </w:p>
        </w:tc>
        <w:tc>
          <w:tcPr>
            <w:tcW w:w="3600" w:type="dxa"/>
            <w:vMerge/>
          </w:tcPr>
          <w:p w14:paraId="2E14F454" w14:textId="77777777" w:rsidR="00EC7A70" w:rsidRDefault="00EC7A70" w:rsidP="00D420CD"/>
        </w:tc>
      </w:tr>
      <w:tr w:rsidR="00EC7A70" w14:paraId="77A2CE80" w14:textId="77777777" w:rsidTr="00D420CD">
        <w:trPr>
          <w:jc w:val="center"/>
        </w:trPr>
        <w:tc>
          <w:tcPr>
            <w:tcW w:w="5760" w:type="dxa"/>
            <w:tcMar>
              <w:top w:w="80" w:type="dxa"/>
              <w:left w:w="80" w:type="dxa"/>
              <w:bottom w:w="0" w:type="dxa"/>
              <w:right w:w="80" w:type="dxa"/>
            </w:tcMar>
          </w:tcPr>
          <w:p w14:paraId="6BF47FB6" w14:textId="77777777" w:rsidR="00EC7A70" w:rsidRDefault="00EC7A70" w:rsidP="00D420CD">
            <w:r>
              <w:rPr>
                <w:color w:val="000000"/>
                <w:sz w:val="18"/>
              </w:rPr>
              <w:t>Command Example</w:t>
            </w:r>
          </w:p>
        </w:tc>
        <w:tc>
          <w:tcPr>
            <w:tcW w:w="3600" w:type="dxa"/>
            <w:vMerge/>
          </w:tcPr>
          <w:p w14:paraId="1DD4613B" w14:textId="77777777" w:rsidR="00EC7A70" w:rsidRDefault="00EC7A70" w:rsidP="00D420CD"/>
        </w:tc>
      </w:tr>
      <w:tr w:rsidR="00EC7A70" w14:paraId="2BD57CBD" w14:textId="77777777" w:rsidTr="00D420CD">
        <w:trPr>
          <w:jc w:val="center"/>
        </w:trPr>
        <w:tc>
          <w:tcPr>
            <w:tcW w:w="5760" w:type="dxa"/>
            <w:shd w:val="clear" w:color="auto" w:fill="000000"/>
            <w:tcMar>
              <w:top w:w="0" w:type="dxa"/>
              <w:left w:w="80" w:type="dxa"/>
              <w:bottom w:w="80" w:type="dxa"/>
              <w:right w:w="80" w:type="dxa"/>
            </w:tcMar>
          </w:tcPr>
          <w:p w14:paraId="3BD8FBF0" w14:textId="77777777" w:rsidR="00EC7A70" w:rsidRDefault="00EC7A70" w:rsidP="00D420CD">
            <w:r>
              <w:rPr>
                <w:rFonts w:ascii="Roboto Mono" w:hAnsi="Roboto Mono"/>
                <w:b/>
                <w:color w:val="FFFFFF"/>
                <w:sz w:val="16"/>
              </w:rPr>
              <w:t>SET SW IN1 OUT1</w:t>
            </w:r>
          </w:p>
        </w:tc>
        <w:tc>
          <w:tcPr>
            <w:tcW w:w="3600" w:type="dxa"/>
            <w:vMerge/>
          </w:tcPr>
          <w:p w14:paraId="0E45EE59" w14:textId="77777777" w:rsidR="00EC7A70" w:rsidRDefault="00EC7A70" w:rsidP="00D420CD"/>
        </w:tc>
      </w:tr>
      <w:tr w:rsidR="00EC7A70" w14:paraId="01969A55" w14:textId="77777777" w:rsidTr="00D420CD">
        <w:trPr>
          <w:jc w:val="center"/>
        </w:trPr>
        <w:tc>
          <w:tcPr>
            <w:tcW w:w="5760" w:type="dxa"/>
            <w:tcMar>
              <w:top w:w="80" w:type="dxa"/>
              <w:left w:w="80" w:type="dxa"/>
              <w:bottom w:w="0" w:type="dxa"/>
              <w:right w:w="80" w:type="dxa"/>
            </w:tcMar>
          </w:tcPr>
          <w:p w14:paraId="381F1F2D" w14:textId="77777777" w:rsidR="00EC7A70" w:rsidRDefault="00EC7A70" w:rsidP="00D420CD">
            <w:r>
              <w:rPr>
                <w:color w:val="000000"/>
                <w:sz w:val="18"/>
              </w:rPr>
              <w:t>Response Example</w:t>
            </w:r>
          </w:p>
        </w:tc>
        <w:tc>
          <w:tcPr>
            <w:tcW w:w="3600" w:type="dxa"/>
            <w:vMerge/>
          </w:tcPr>
          <w:p w14:paraId="1CFBC3E3" w14:textId="77777777" w:rsidR="00EC7A70" w:rsidRDefault="00EC7A70" w:rsidP="00D420CD"/>
        </w:tc>
      </w:tr>
      <w:tr w:rsidR="00EC7A70" w14:paraId="0FBCF8A2" w14:textId="77777777" w:rsidTr="00D420CD">
        <w:trPr>
          <w:jc w:val="center"/>
        </w:trPr>
        <w:tc>
          <w:tcPr>
            <w:tcW w:w="5760" w:type="dxa"/>
            <w:shd w:val="clear" w:color="auto" w:fill="000000"/>
            <w:tcMar>
              <w:top w:w="0" w:type="dxa"/>
              <w:left w:w="80" w:type="dxa"/>
              <w:bottom w:w="80" w:type="dxa"/>
              <w:right w:w="80" w:type="dxa"/>
            </w:tcMar>
          </w:tcPr>
          <w:p w14:paraId="09AB7192" w14:textId="77777777" w:rsidR="00EC7A70" w:rsidRDefault="00EC7A70" w:rsidP="00D420CD">
            <w:r>
              <w:rPr>
                <w:rFonts w:ascii="Roboto Mono" w:hAnsi="Roboto Mono"/>
                <w:b/>
                <w:color w:val="FFFFFF"/>
                <w:sz w:val="16"/>
              </w:rPr>
              <w:t>SW IN1 OUT1</w:t>
            </w:r>
          </w:p>
        </w:tc>
        <w:tc>
          <w:tcPr>
            <w:tcW w:w="3600" w:type="dxa"/>
            <w:vMerge/>
          </w:tcPr>
          <w:p w14:paraId="1130947B" w14:textId="77777777" w:rsidR="00EC7A70" w:rsidRDefault="00EC7A70" w:rsidP="00D420CD"/>
        </w:tc>
      </w:tr>
      <w:tr w:rsidR="00EC7A70" w14:paraId="5B757E1D" w14:textId="77777777" w:rsidTr="00D420CD">
        <w:trPr>
          <w:jc w:val="center"/>
        </w:trPr>
        <w:tc>
          <w:tcPr>
            <w:tcW w:w="9360" w:type="dxa"/>
            <w:gridSpan w:val="2"/>
            <w:shd w:val="clear" w:color="auto" w:fill="E0F6EC"/>
            <w:tcMar>
              <w:top w:w="80" w:type="dxa"/>
              <w:left w:w="80" w:type="dxa"/>
              <w:bottom w:w="80" w:type="dxa"/>
              <w:right w:w="80" w:type="dxa"/>
            </w:tcMar>
          </w:tcPr>
          <w:p w14:paraId="5F9B14B0" w14:textId="77777777" w:rsidR="00EC7A70" w:rsidRDefault="00EC7A70" w:rsidP="00D420CD">
            <w:r>
              <w:rPr>
                <w:color w:val="000000"/>
                <w:sz w:val="16"/>
              </w:rPr>
              <w:t xml:space="preserve">Additional Notes: If only one output is currently connected, the second parameter is </w:t>
            </w:r>
            <w:proofErr w:type="gramStart"/>
            <w:r>
              <w:rPr>
                <w:color w:val="000000"/>
                <w:sz w:val="16"/>
              </w:rPr>
              <w:t>ignored</w:t>
            </w:r>
            <w:proofErr w:type="gramEnd"/>
            <w:r>
              <w:rPr>
                <w:color w:val="000000"/>
                <w:sz w:val="16"/>
              </w:rPr>
              <w:t xml:space="preserve"> and the specified input will be displayed on the single connected output.</w:t>
            </w:r>
          </w:p>
        </w:tc>
      </w:tr>
    </w:tbl>
    <w:p w14:paraId="4573FC58" w14:textId="71213F2F" w:rsidR="00EC7A70" w:rsidRDefault="00EC7A70" w:rsidP="00EC7A70"/>
    <w:p w14:paraId="2381E1D7" w14:textId="77777777" w:rsidR="00EC7A70" w:rsidRDefault="00EC7A70">
      <w:r>
        <w:br w:type="page"/>
      </w:r>
    </w:p>
    <w:p w14:paraId="0DA4A5B2" w14:textId="77777777" w:rsidR="00EC7A70" w:rsidRDefault="00EC7A70" w:rsidP="00EC7A70">
      <w:pPr>
        <w:pStyle w:val="Heading2"/>
      </w:pPr>
      <w:bookmarkStart w:id="49" w:name="_Toc218512810"/>
      <w:r>
        <w:rPr>
          <w:rFonts w:ascii="Roboto" w:hAnsi="Roboto"/>
          <w:color w:val="000000"/>
          <w:sz w:val="28"/>
        </w:rPr>
        <w:lastRenderedPageBreak/>
        <w:t>3.7 Display GUIDE Screen</w:t>
      </w:r>
      <w:bookmarkEnd w:id="49"/>
    </w:p>
    <w:p w14:paraId="00755C75" w14:textId="77777777" w:rsidR="00EC7A70" w:rsidRDefault="00EC7A70" w:rsidP="00EC7A70">
      <w:r>
        <w:rPr>
          <w:rFonts w:ascii="Roboto" w:hAnsi="Roboto"/>
          <w:sz w:val="18"/>
        </w:rPr>
        <w:br/>
        <w:t>Show the GUIDE screen on all outputs.</w:t>
      </w:r>
      <w:r>
        <w:rPr>
          <w:rFonts w:ascii="Roboto" w:hAnsi="Roboto"/>
          <w:sz w:val="18"/>
        </w:rPr>
        <w:br/>
        <w:t>This means no video source is being shown. In this state, if auto-standby is enabled, the device will enter standby automatically after the GUIDE screen has been shown continuously for the auto-standby timeout period.</w:t>
      </w:r>
      <w:r>
        <w:rPr>
          <w:rFonts w:ascii="Roboto" w:hAnsi="Roboto"/>
          <w:sz w:val="18"/>
        </w:rPr>
        <w:br/>
        <w:t>Note: if the auto-standby timeout is set to 0, this command will cause the device to enter standby immediately.</w:t>
      </w:r>
    </w:p>
    <w:tbl>
      <w:tblPr>
        <w:tblStyle w:val="luka"/>
        <w:tblW w:w="0" w:type="auto"/>
        <w:jc w:val="center"/>
        <w:tblLook w:val="04A0" w:firstRow="1" w:lastRow="0" w:firstColumn="1" w:lastColumn="0" w:noHBand="0" w:noVBand="1"/>
      </w:tblPr>
      <w:tblGrid>
        <w:gridCol w:w="5760"/>
        <w:gridCol w:w="3600"/>
      </w:tblGrid>
      <w:tr w:rsidR="00EC7A70" w14:paraId="028B4B6D" w14:textId="77777777" w:rsidTr="00D420CD">
        <w:trPr>
          <w:jc w:val="center"/>
        </w:trPr>
        <w:tc>
          <w:tcPr>
            <w:tcW w:w="5760" w:type="dxa"/>
            <w:tcMar>
              <w:top w:w="80" w:type="dxa"/>
              <w:left w:w="80" w:type="dxa"/>
              <w:bottom w:w="80" w:type="dxa"/>
              <w:right w:w="80" w:type="dxa"/>
            </w:tcMar>
          </w:tcPr>
          <w:p w14:paraId="3168B039" w14:textId="77777777" w:rsidR="00EC7A70" w:rsidRDefault="00EC7A70" w:rsidP="00D420CD">
            <w:r>
              <w:rPr>
                <w:color w:val="000000"/>
                <w:sz w:val="18"/>
              </w:rPr>
              <w:t>Command Structure</w:t>
            </w:r>
            <w:r>
              <w:rPr>
                <w:rFonts w:ascii="Roboto Mono" w:hAnsi="Roboto Mono"/>
                <w:b/>
                <w:color w:val="000000"/>
                <w:sz w:val="16"/>
              </w:rPr>
              <w:br/>
              <w:t>SET SW GUIDE</w:t>
            </w:r>
          </w:p>
        </w:tc>
        <w:tc>
          <w:tcPr>
            <w:tcW w:w="3600" w:type="dxa"/>
            <w:vMerge w:val="restart"/>
            <w:shd w:val="clear" w:color="auto" w:fill="F2F2F2"/>
            <w:tcMar>
              <w:top w:w="80" w:type="dxa"/>
              <w:left w:w="80" w:type="dxa"/>
              <w:bottom w:w="80" w:type="dxa"/>
              <w:right w:w="80" w:type="dxa"/>
            </w:tcMar>
          </w:tcPr>
          <w:p w14:paraId="183D4BA2" w14:textId="77777777" w:rsidR="00EC7A70" w:rsidRDefault="00EC7A70" w:rsidP="00D420CD">
            <w:r>
              <w:rPr>
                <w:color w:val="000000"/>
                <w:sz w:val="16"/>
              </w:rPr>
              <w:t>Parameters:</w:t>
            </w:r>
            <w:r>
              <w:rPr>
                <w:color w:val="000000"/>
                <w:sz w:val="16"/>
              </w:rPr>
              <w:br/>
            </w:r>
          </w:p>
        </w:tc>
      </w:tr>
      <w:tr w:rsidR="00EC7A70" w14:paraId="3468BA36" w14:textId="77777777" w:rsidTr="00D420CD">
        <w:trPr>
          <w:jc w:val="center"/>
        </w:trPr>
        <w:tc>
          <w:tcPr>
            <w:tcW w:w="5760" w:type="dxa"/>
            <w:tcMar>
              <w:top w:w="80" w:type="dxa"/>
              <w:left w:w="80" w:type="dxa"/>
              <w:bottom w:w="80" w:type="dxa"/>
              <w:right w:w="80" w:type="dxa"/>
            </w:tcMar>
          </w:tcPr>
          <w:p w14:paraId="34D94DF5" w14:textId="77777777" w:rsidR="00EC7A70" w:rsidRDefault="00EC7A70" w:rsidP="00D420CD">
            <w:r>
              <w:rPr>
                <w:color w:val="000000"/>
                <w:sz w:val="18"/>
              </w:rPr>
              <w:t>Response Structure</w:t>
            </w:r>
            <w:r>
              <w:rPr>
                <w:rFonts w:ascii="Roboto Mono" w:hAnsi="Roboto Mono"/>
                <w:b/>
                <w:color w:val="000000"/>
                <w:sz w:val="16"/>
              </w:rPr>
              <w:br/>
              <w:t>SW GUIDE</w:t>
            </w:r>
          </w:p>
        </w:tc>
        <w:tc>
          <w:tcPr>
            <w:tcW w:w="3600" w:type="dxa"/>
            <w:vMerge/>
          </w:tcPr>
          <w:p w14:paraId="0F90786D" w14:textId="77777777" w:rsidR="00EC7A70" w:rsidRDefault="00EC7A70" w:rsidP="00D420CD"/>
        </w:tc>
      </w:tr>
      <w:tr w:rsidR="00EC7A70" w14:paraId="533B5500" w14:textId="77777777" w:rsidTr="00D420CD">
        <w:trPr>
          <w:jc w:val="center"/>
        </w:trPr>
        <w:tc>
          <w:tcPr>
            <w:tcW w:w="5760" w:type="dxa"/>
            <w:tcMar>
              <w:top w:w="80" w:type="dxa"/>
              <w:left w:w="80" w:type="dxa"/>
              <w:bottom w:w="0" w:type="dxa"/>
              <w:right w:w="80" w:type="dxa"/>
            </w:tcMar>
          </w:tcPr>
          <w:p w14:paraId="30BC8C30" w14:textId="77777777" w:rsidR="00EC7A70" w:rsidRDefault="00EC7A70" w:rsidP="00D420CD">
            <w:r>
              <w:rPr>
                <w:color w:val="000000"/>
                <w:sz w:val="18"/>
              </w:rPr>
              <w:t>Command Example</w:t>
            </w:r>
          </w:p>
        </w:tc>
        <w:tc>
          <w:tcPr>
            <w:tcW w:w="3600" w:type="dxa"/>
            <w:vMerge/>
          </w:tcPr>
          <w:p w14:paraId="4C5AD21C" w14:textId="77777777" w:rsidR="00EC7A70" w:rsidRDefault="00EC7A70" w:rsidP="00D420CD"/>
        </w:tc>
      </w:tr>
      <w:tr w:rsidR="00EC7A70" w14:paraId="3657D1FA" w14:textId="77777777" w:rsidTr="00D420CD">
        <w:trPr>
          <w:jc w:val="center"/>
        </w:trPr>
        <w:tc>
          <w:tcPr>
            <w:tcW w:w="5760" w:type="dxa"/>
            <w:shd w:val="clear" w:color="auto" w:fill="000000"/>
            <w:tcMar>
              <w:top w:w="0" w:type="dxa"/>
              <w:left w:w="80" w:type="dxa"/>
              <w:bottom w:w="80" w:type="dxa"/>
              <w:right w:w="80" w:type="dxa"/>
            </w:tcMar>
          </w:tcPr>
          <w:p w14:paraId="2638B479" w14:textId="77777777" w:rsidR="00EC7A70" w:rsidRDefault="00EC7A70" w:rsidP="00D420CD">
            <w:r>
              <w:rPr>
                <w:rFonts w:ascii="Roboto Mono" w:hAnsi="Roboto Mono"/>
                <w:b/>
                <w:color w:val="FFFFFF"/>
                <w:sz w:val="16"/>
              </w:rPr>
              <w:t>SET SW GUIDE</w:t>
            </w:r>
          </w:p>
        </w:tc>
        <w:tc>
          <w:tcPr>
            <w:tcW w:w="3600" w:type="dxa"/>
            <w:vMerge/>
          </w:tcPr>
          <w:p w14:paraId="687046C5" w14:textId="77777777" w:rsidR="00EC7A70" w:rsidRDefault="00EC7A70" w:rsidP="00D420CD"/>
        </w:tc>
      </w:tr>
      <w:tr w:rsidR="00EC7A70" w14:paraId="74449AFF" w14:textId="77777777" w:rsidTr="00D420CD">
        <w:trPr>
          <w:jc w:val="center"/>
        </w:trPr>
        <w:tc>
          <w:tcPr>
            <w:tcW w:w="5760" w:type="dxa"/>
            <w:tcMar>
              <w:top w:w="80" w:type="dxa"/>
              <w:left w:w="80" w:type="dxa"/>
              <w:bottom w:w="0" w:type="dxa"/>
              <w:right w:w="80" w:type="dxa"/>
            </w:tcMar>
          </w:tcPr>
          <w:p w14:paraId="621F3890" w14:textId="77777777" w:rsidR="00EC7A70" w:rsidRDefault="00EC7A70" w:rsidP="00D420CD">
            <w:r>
              <w:rPr>
                <w:color w:val="000000"/>
                <w:sz w:val="18"/>
              </w:rPr>
              <w:t>Response Example</w:t>
            </w:r>
          </w:p>
        </w:tc>
        <w:tc>
          <w:tcPr>
            <w:tcW w:w="3600" w:type="dxa"/>
            <w:vMerge/>
          </w:tcPr>
          <w:p w14:paraId="62C9D6DC" w14:textId="77777777" w:rsidR="00EC7A70" w:rsidRDefault="00EC7A70" w:rsidP="00D420CD"/>
        </w:tc>
      </w:tr>
      <w:tr w:rsidR="00EC7A70" w14:paraId="3C4460D3" w14:textId="77777777" w:rsidTr="00D420CD">
        <w:trPr>
          <w:jc w:val="center"/>
        </w:trPr>
        <w:tc>
          <w:tcPr>
            <w:tcW w:w="5760" w:type="dxa"/>
            <w:shd w:val="clear" w:color="auto" w:fill="000000"/>
            <w:tcMar>
              <w:top w:w="0" w:type="dxa"/>
              <w:left w:w="80" w:type="dxa"/>
              <w:bottom w:w="80" w:type="dxa"/>
              <w:right w:w="80" w:type="dxa"/>
            </w:tcMar>
          </w:tcPr>
          <w:p w14:paraId="06FB2A1E" w14:textId="77777777" w:rsidR="00EC7A70" w:rsidRDefault="00EC7A70" w:rsidP="00D420CD">
            <w:r>
              <w:rPr>
                <w:rFonts w:ascii="Roboto Mono" w:hAnsi="Roboto Mono"/>
                <w:b/>
                <w:color w:val="FFFFFF"/>
                <w:sz w:val="16"/>
              </w:rPr>
              <w:t>SW GUIDE</w:t>
            </w:r>
          </w:p>
        </w:tc>
        <w:tc>
          <w:tcPr>
            <w:tcW w:w="3600" w:type="dxa"/>
            <w:vMerge/>
          </w:tcPr>
          <w:p w14:paraId="6C8B6F94" w14:textId="77777777" w:rsidR="00EC7A70" w:rsidRDefault="00EC7A70" w:rsidP="00D420CD"/>
        </w:tc>
      </w:tr>
      <w:tr w:rsidR="00EC7A70" w14:paraId="7FE3343C" w14:textId="77777777" w:rsidTr="00D420CD">
        <w:trPr>
          <w:jc w:val="center"/>
        </w:trPr>
        <w:tc>
          <w:tcPr>
            <w:tcW w:w="9360" w:type="dxa"/>
            <w:gridSpan w:val="2"/>
            <w:shd w:val="clear" w:color="auto" w:fill="E0F6EC"/>
            <w:tcMar>
              <w:top w:w="80" w:type="dxa"/>
              <w:left w:w="80" w:type="dxa"/>
              <w:bottom w:w="80" w:type="dxa"/>
              <w:right w:w="80" w:type="dxa"/>
            </w:tcMar>
          </w:tcPr>
          <w:p w14:paraId="26435366" w14:textId="77777777" w:rsidR="00EC7A70" w:rsidRDefault="00EC7A70" w:rsidP="00D420CD">
            <w:r>
              <w:rPr>
                <w:color w:val="000000"/>
                <w:sz w:val="16"/>
              </w:rPr>
              <w:t xml:space="preserve">Additional Notes: </w:t>
            </w:r>
          </w:p>
        </w:tc>
      </w:tr>
    </w:tbl>
    <w:p w14:paraId="4A57ED3D" w14:textId="77777777" w:rsidR="00EC7A70" w:rsidRDefault="00EC7A70" w:rsidP="00EC7A70"/>
    <w:p w14:paraId="2A351859" w14:textId="77777777" w:rsidR="00EC7A70" w:rsidRDefault="00EC7A70" w:rsidP="00EC7A70">
      <w:pPr>
        <w:pStyle w:val="Heading2"/>
      </w:pPr>
      <w:bookmarkStart w:id="50" w:name="_Toc218512811"/>
      <w:r>
        <w:rPr>
          <w:rFonts w:ascii="Roboto" w:hAnsi="Roboto"/>
          <w:color w:val="000000"/>
          <w:sz w:val="28"/>
        </w:rPr>
        <w:t>3.8 Get Display Status</w:t>
      </w:r>
      <w:bookmarkEnd w:id="50"/>
    </w:p>
    <w:p w14:paraId="51F3EA58" w14:textId="77777777" w:rsidR="00EC7A70" w:rsidRDefault="00EC7A70" w:rsidP="00EC7A70">
      <w:r>
        <w:rPr>
          <w:rFonts w:ascii="Roboto" w:hAnsi="Roboto"/>
          <w:sz w:val="18"/>
        </w:rPr>
        <w:br/>
        <w:t>Retrieve the display status of an output.</w:t>
      </w:r>
    </w:p>
    <w:tbl>
      <w:tblPr>
        <w:tblStyle w:val="luka"/>
        <w:tblW w:w="0" w:type="auto"/>
        <w:jc w:val="center"/>
        <w:tblLook w:val="04A0" w:firstRow="1" w:lastRow="0" w:firstColumn="1" w:lastColumn="0" w:noHBand="0" w:noVBand="1"/>
      </w:tblPr>
      <w:tblGrid>
        <w:gridCol w:w="5760"/>
        <w:gridCol w:w="3600"/>
      </w:tblGrid>
      <w:tr w:rsidR="00EC7A70" w14:paraId="493C3A57" w14:textId="77777777" w:rsidTr="00D420CD">
        <w:trPr>
          <w:jc w:val="center"/>
        </w:trPr>
        <w:tc>
          <w:tcPr>
            <w:tcW w:w="5760" w:type="dxa"/>
            <w:tcMar>
              <w:top w:w="80" w:type="dxa"/>
              <w:left w:w="80" w:type="dxa"/>
              <w:bottom w:w="80" w:type="dxa"/>
              <w:right w:w="80" w:type="dxa"/>
            </w:tcMar>
          </w:tcPr>
          <w:p w14:paraId="15720DE9" w14:textId="77777777" w:rsidR="00EC7A70" w:rsidRDefault="00EC7A70" w:rsidP="00D420CD">
            <w:r>
              <w:rPr>
                <w:color w:val="000000"/>
                <w:sz w:val="18"/>
              </w:rPr>
              <w:t>Command Structure</w:t>
            </w:r>
            <w:r>
              <w:rPr>
                <w:rFonts w:ascii="Roboto Mono" w:hAnsi="Roboto Mono"/>
                <w:b/>
                <w:color w:val="000000"/>
                <w:sz w:val="16"/>
              </w:rPr>
              <w:br/>
              <w:t>GET SW &lt; OUT1 | OUT2 | ALL &gt;</w:t>
            </w:r>
          </w:p>
        </w:tc>
        <w:tc>
          <w:tcPr>
            <w:tcW w:w="3600" w:type="dxa"/>
            <w:vMerge w:val="restart"/>
            <w:shd w:val="clear" w:color="auto" w:fill="F2F2F2"/>
            <w:tcMar>
              <w:top w:w="80" w:type="dxa"/>
              <w:left w:w="80" w:type="dxa"/>
              <w:bottom w:w="80" w:type="dxa"/>
              <w:right w:w="80" w:type="dxa"/>
            </w:tcMar>
          </w:tcPr>
          <w:p w14:paraId="538C5240" w14:textId="77777777" w:rsidR="00EC7A70" w:rsidRDefault="00EC7A70" w:rsidP="00D420CD">
            <w:r>
              <w:rPr>
                <w:color w:val="000000"/>
                <w:sz w:val="16"/>
              </w:rPr>
              <w:t>Parameters:</w:t>
            </w:r>
            <w:r>
              <w:rPr>
                <w:color w:val="000000"/>
                <w:sz w:val="16"/>
              </w:rPr>
              <w:br/>
              <w:t>ALL = Retrieve display status for all outputs</w:t>
            </w:r>
            <w:r>
              <w:rPr>
                <w:color w:val="000000"/>
                <w:sz w:val="16"/>
              </w:rPr>
              <w:br/>
              <w:t>GUIDE = The output is not showing a video source and is displaying the Guide screen</w:t>
            </w:r>
            <w:r>
              <w:rPr>
                <w:color w:val="000000"/>
                <w:sz w:val="16"/>
              </w:rPr>
              <w:br/>
              <w:t>MV = The output is in multi-view (multi-picture) mode</w:t>
            </w:r>
            <w:r>
              <w:rPr>
                <w:color w:val="000000"/>
                <w:sz w:val="16"/>
              </w:rPr>
              <w:br/>
              <w:t>DISCONNECTED = The output is not connected</w:t>
            </w:r>
          </w:p>
        </w:tc>
      </w:tr>
      <w:tr w:rsidR="00EC7A70" w14:paraId="797E3905" w14:textId="77777777" w:rsidTr="00D420CD">
        <w:trPr>
          <w:jc w:val="center"/>
        </w:trPr>
        <w:tc>
          <w:tcPr>
            <w:tcW w:w="5760" w:type="dxa"/>
            <w:tcMar>
              <w:top w:w="80" w:type="dxa"/>
              <w:left w:w="80" w:type="dxa"/>
              <w:bottom w:w="80" w:type="dxa"/>
              <w:right w:w="80" w:type="dxa"/>
            </w:tcMar>
          </w:tcPr>
          <w:p w14:paraId="2696F453" w14:textId="77777777" w:rsidR="00EC7A70" w:rsidRDefault="00EC7A70" w:rsidP="00D420CD">
            <w:r>
              <w:rPr>
                <w:color w:val="000000"/>
                <w:sz w:val="18"/>
              </w:rPr>
              <w:t>Response Structure</w:t>
            </w:r>
            <w:r>
              <w:rPr>
                <w:rFonts w:ascii="Roboto Mono" w:hAnsi="Roboto Mono"/>
                <w:b/>
                <w:color w:val="000000"/>
                <w:sz w:val="16"/>
              </w:rPr>
              <w:br/>
              <w:t>SW &lt; IN1 | IN2 | BYOD1 | BYOD2 | GUIDE | MV | DISCONNECTED &gt; &lt; OUT1 | OUT2 &gt;</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SW &lt; IN1 | IN2 | BYOD1 | BYOD2 | GUIDE | MV | DISCONNECTED &gt; OUT1</w:t>
            </w:r>
            <w:r>
              <w:rPr>
                <w:rFonts w:ascii="Roboto Mono" w:hAnsi="Roboto Mono"/>
                <w:b/>
                <w:color w:val="000000"/>
                <w:sz w:val="16"/>
              </w:rPr>
              <w:br/>
              <w:t>SW &lt; IN1 | IN2 | BYOD1 | BYOD2 | GUIDE | MV | DISCONNECTED &gt; OUT2</w:t>
            </w:r>
          </w:p>
        </w:tc>
        <w:tc>
          <w:tcPr>
            <w:tcW w:w="3600" w:type="dxa"/>
            <w:vMerge/>
          </w:tcPr>
          <w:p w14:paraId="0827CA08" w14:textId="77777777" w:rsidR="00EC7A70" w:rsidRDefault="00EC7A70" w:rsidP="00D420CD"/>
        </w:tc>
      </w:tr>
      <w:tr w:rsidR="00EC7A70" w14:paraId="7ADDDBE4" w14:textId="77777777" w:rsidTr="00D420CD">
        <w:trPr>
          <w:jc w:val="center"/>
        </w:trPr>
        <w:tc>
          <w:tcPr>
            <w:tcW w:w="5760" w:type="dxa"/>
            <w:tcMar>
              <w:top w:w="80" w:type="dxa"/>
              <w:left w:w="80" w:type="dxa"/>
              <w:bottom w:w="0" w:type="dxa"/>
              <w:right w:w="80" w:type="dxa"/>
            </w:tcMar>
          </w:tcPr>
          <w:p w14:paraId="7A5E63C8" w14:textId="77777777" w:rsidR="00EC7A70" w:rsidRDefault="00EC7A70" w:rsidP="00D420CD">
            <w:r>
              <w:rPr>
                <w:color w:val="000000"/>
                <w:sz w:val="18"/>
              </w:rPr>
              <w:t>Command Example</w:t>
            </w:r>
          </w:p>
        </w:tc>
        <w:tc>
          <w:tcPr>
            <w:tcW w:w="3600" w:type="dxa"/>
            <w:vMerge/>
          </w:tcPr>
          <w:p w14:paraId="1226F050" w14:textId="77777777" w:rsidR="00EC7A70" w:rsidRDefault="00EC7A70" w:rsidP="00D420CD"/>
        </w:tc>
      </w:tr>
      <w:tr w:rsidR="00EC7A70" w14:paraId="513101B9" w14:textId="77777777" w:rsidTr="00D420CD">
        <w:trPr>
          <w:jc w:val="center"/>
        </w:trPr>
        <w:tc>
          <w:tcPr>
            <w:tcW w:w="5760" w:type="dxa"/>
            <w:shd w:val="clear" w:color="auto" w:fill="000000"/>
            <w:tcMar>
              <w:top w:w="0" w:type="dxa"/>
              <w:left w:w="80" w:type="dxa"/>
              <w:bottom w:w="80" w:type="dxa"/>
              <w:right w:w="80" w:type="dxa"/>
            </w:tcMar>
          </w:tcPr>
          <w:p w14:paraId="2C49A7D3" w14:textId="77777777" w:rsidR="00EC7A70" w:rsidRDefault="00EC7A70" w:rsidP="00D420CD">
            <w:r>
              <w:rPr>
                <w:rFonts w:ascii="Roboto Mono" w:hAnsi="Roboto Mono"/>
                <w:b/>
                <w:color w:val="FFFFFF"/>
                <w:sz w:val="16"/>
              </w:rPr>
              <w:t>GET SW OUT1</w:t>
            </w:r>
          </w:p>
        </w:tc>
        <w:tc>
          <w:tcPr>
            <w:tcW w:w="3600" w:type="dxa"/>
            <w:vMerge/>
          </w:tcPr>
          <w:p w14:paraId="20B81602" w14:textId="77777777" w:rsidR="00EC7A70" w:rsidRDefault="00EC7A70" w:rsidP="00D420CD"/>
        </w:tc>
      </w:tr>
      <w:tr w:rsidR="00EC7A70" w14:paraId="42998C25" w14:textId="77777777" w:rsidTr="00D420CD">
        <w:trPr>
          <w:jc w:val="center"/>
        </w:trPr>
        <w:tc>
          <w:tcPr>
            <w:tcW w:w="5760" w:type="dxa"/>
            <w:tcMar>
              <w:top w:w="80" w:type="dxa"/>
              <w:left w:w="80" w:type="dxa"/>
              <w:bottom w:w="0" w:type="dxa"/>
              <w:right w:w="80" w:type="dxa"/>
            </w:tcMar>
          </w:tcPr>
          <w:p w14:paraId="601BFC7C" w14:textId="77777777" w:rsidR="00EC7A70" w:rsidRDefault="00EC7A70" w:rsidP="00D420CD">
            <w:r>
              <w:rPr>
                <w:color w:val="000000"/>
                <w:sz w:val="18"/>
              </w:rPr>
              <w:t>Response Example</w:t>
            </w:r>
          </w:p>
        </w:tc>
        <w:tc>
          <w:tcPr>
            <w:tcW w:w="3600" w:type="dxa"/>
            <w:vMerge/>
          </w:tcPr>
          <w:p w14:paraId="2CB1F891" w14:textId="77777777" w:rsidR="00EC7A70" w:rsidRDefault="00EC7A70" w:rsidP="00D420CD"/>
        </w:tc>
      </w:tr>
      <w:tr w:rsidR="00EC7A70" w14:paraId="01F96296" w14:textId="77777777" w:rsidTr="00D420CD">
        <w:trPr>
          <w:jc w:val="center"/>
        </w:trPr>
        <w:tc>
          <w:tcPr>
            <w:tcW w:w="5760" w:type="dxa"/>
            <w:shd w:val="clear" w:color="auto" w:fill="000000"/>
            <w:tcMar>
              <w:top w:w="0" w:type="dxa"/>
              <w:left w:w="80" w:type="dxa"/>
              <w:bottom w:w="80" w:type="dxa"/>
              <w:right w:w="80" w:type="dxa"/>
            </w:tcMar>
          </w:tcPr>
          <w:p w14:paraId="17A24D7F" w14:textId="77777777" w:rsidR="00EC7A70" w:rsidRDefault="00EC7A70" w:rsidP="00D420CD">
            <w:r>
              <w:rPr>
                <w:rFonts w:ascii="Roboto Mono" w:hAnsi="Roboto Mono"/>
                <w:b/>
                <w:color w:val="FFFFFF"/>
                <w:sz w:val="16"/>
              </w:rPr>
              <w:t>SW IN1 OUT1</w:t>
            </w:r>
          </w:p>
        </w:tc>
        <w:tc>
          <w:tcPr>
            <w:tcW w:w="3600" w:type="dxa"/>
            <w:vMerge/>
          </w:tcPr>
          <w:p w14:paraId="4883C3BF" w14:textId="77777777" w:rsidR="00EC7A70" w:rsidRDefault="00EC7A70" w:rsidP="00D420CD"/>
        </w:tc>
      </w:tr>
      <w:tr w:rsidR="00EC7A70" w14:paraId="7978B3A0" w14:textId="77777777" w:rsidTr="00D420CD">
        <w:trPr>
          <w:jc w:val="center"/>
        </w:trPr>
        <w:tc>
          <w:tcPr>
            <w:tcW w:w="9360" w:type="dxa"/>
            <w:gridSpan w:val="2"/>
            <w:shd w:val="clear" w:color="auto" w:fill="E0F6EC"/>
            <w:tcMar>
              <w:top w:w="80" w:type="dxa"/>
              <w:left w:w="80" w:type="dxa"/>
              <w:bottom w:w="80" w:type="dxa"/>
              <w:right w:w="80" w:type="dxa"/>
            </w:tcMar>
          </w:tcPr>
          <w:p w14:paraId="5747D30E" w14:textId="77777777" w:rsidR="00EC7A70" w:rsidRDefault="00EC7A70" w:rsidP="00D420CD">
            <w:r>
              <w:rPr>
                <w:color w:val="000000"/>
                <w:sz w:val="16"/>
              </w:rPr>
              <w:t xml:space="preserve">Additional Notes: </w:t>
            </w:r>
          </w:p>
        </w:tc>
      </w:tr>
    </w:tbl>
    <w:p w14:paraId="268FF56A" w14:textId="0D2DC339" w:rsidR="00EC7A70" w:rsidRDefault="00EC7A70" w:rsidP="00EC7A70"/>
    <w:p w14:paraId="2FA7109D" w14:textId="77777777" w:rsidR="00EC7A70" w:rsidRDefault="00EC7A70">
      <w:r>
        <w:br w:type="page"/>
      </w:r>
    </w:p>
    <w:p w14:paraId="7BC6B9BF" w14:textId="77777777" w:rsidR="00EC7A70" w:rsidRDefault="00EC7A70" w:rsidP="00EC7A70">
      <w:pPr>
        <w:pStyle w:val="Heading2"/>
      </w:pPr>
      <w:bookmarkStart w:id="51" w:name="_Toc218512812"/>
      <w:r>
        <w:rPr>
          <w:rFonts w:ascii="Roboto" w:hAnsi="Roboto"/>
          <w:color w:val="000000"/>
          <w:sz w:val="28"/>
        </w:rPr>
        <w:lastRenderedPageBreak/>
        <w:t>3.9 Set Current Layout</w:t>
      </w:r>
      <w:bookmarkEnd w:id="51"/>
    </w:p>
    <w:p w14:paraId="11D0D737" w14:textId="77777777" w:rsidR="00EC7A70" w:rsidRDefault="00EC7A70" w:rsidP="00EC7A70">
      <w:r>
        <w:rPr>
          <w:rFonts w:ascii="Roboto" w:hAnsi="Roboto"/>
          <w:sz w:val="18"/>
        </w:rPr>
        <w:br/>
        <w:t>Switch the multi-view layout. The parameter is the layout name.</w:t>
      </w:r>
    </w:p>
    <w:tbl>
      <w:tblPr>
        <w:tblStyle w:val="luka"/>
        <w:tblW w:w="0" w:type="auto"/>
        <w:jc w:val="center"/>
        <w:tblLook w:val="04A0" w:firstRow="1" w:lastRow="0" w:firstColumn="1" w:lastColumn="0" w:noHBand="0" w:noVBand="1"/>
      </w:tblPr>
      <w:tblGrid>
        <w:gridCol w:w="5760"/>
        <w:gridCol w:w="3600"/>
      </w:tblGrid>
      <w:tr w:rsidR="00EC7A70" w14:paraId="71C8256D" w14:textId="77777777" w:rsidTr="00D420CD">
        <w:trPr>
          <w:jc w:val="center"/>
        </w:trPr>
        <w:tc>
          <w:tcPr>
            <w:tcW w:w="5760" w:type="dxa"/>
            <w:tcMar>
              <w:top w:w="80" w:type="dxa"/>
              <w:left w:w="80" w:type="dxa"/>
              <w:bottom w:w="80" w:type="dxa"/>
              <w:right w:w="80" w:type="dxa"/>
            </w:tcMar>
          </w:tcPr>
          <w:p w14:paraId="13DD1227" w14:textId="77777777" w:rsidR="00EC7A70" w:rsidRDefault="00EC7A70" w:rsidP="00D420CD">
            <w:r>
              <w:rPr>
                <w:color w:val="000000"/>
                <w:sz w:val="18"/>
              </w:rPr>
              <w:t>Command Structure</w:t>
            </w:r>
            <w:r>
              <w:rPr>
                <w:rFonts w:ascii="Roboto Mono" w:hAnsi="Roboto Mono"/>
                <w:b/>
                <w:color w:val="000000"/>
                <w:sz w:val="16"/>
              </w:rPr>
              <w:br/>
              <w:t>SET MV_LAYOUT &lt; FULLSCREEN | DUALVIEW &gt;</w:t>
            </w:r>
          </w:p>
        </w:tc>
        <w:tc>
          <w:tcPr>
            <w:tcW w:w="3600" w:type="dxa"/>
            <w:vMerge w:val="restart"/>
            <w:shd w:val="clear" w:color="auto" w:fill="F2F2F2"/>
            <w:tcMar>
              <w:top w:w="80" w:type="dxa"/>
              <w:left w:w="80" w:type="dxa"/>
              <w:bottom w:w="80" w:type="dxa"/>
              <w:right w:w="80" w:type="dxa"/>
            </w:tcMar>
          </w:tcPr>
          <w:p w14:paraId="230E2C59" w14:textId="77777777" w:rsidR="00EC7A70" w:rsidRDefault="00EC7A70" w:rsidP="00D420CD">
            <w:r>
              <w:rPr>
                <w:color w:val="000000"/>
                <w:sz w:val="16"/>
              </w:rPr>
              <w:t>Parameters:</w:t>
            </w:r>
            <w:r>
              <w:rPr>
                <w:color w:val="000000"/>
                <w:sz w:val="16"/>
              </w:rPr>
              <w:br/>
            </w:r>
          </w:p>
        </w:tc>
      </w:tr>
      <w:tr w:rsidR="00EC7A70" w14:paraId="41084636" w14:textId="77777777" w:rsidTr="00D420CD">
        <w:trPr>
          <w:jc w:val="center"/>
        </w:trPr>
        <w:tc>
          <w:tcPr>
            <w:tcW w:w="5760" w:type="dxa"/>
            <w:tcMar>
              <w:top w:w="80" w:type="dxa"/>
              <w:left w:w="80" w:type="dxa"/>
              <w:bottom w:w="80" w:type="dxa"/>
              <w:right w:w="80" w:type="dxa"/>
            </w:tcMar>
          </w:tcPr>
          <w:p w14:paraId="2650B14C" w14:textId="77777777" w:rsidR="00EC7A70" w:rsidRDefault="00EC7A70" w:rsidP="00D420CD">
            <w:r>
              <w:rPr>
                <w:color w:val="000000"/>
                <w:sz w:val="18"/>
              </w:rPr>
              <w:t>Response Structure</w:t>
            </w:r>
            <w:r>
              <w:rPr>
                <w:rFonts w:ascii="Roboto Mono" w:hAnsi="Roboto Mono"/>
                <w:b/>
                <w:color w:val="000000"/>
                <w:sz w:val="16"/>
              </w:rPr>
              <w:br/>
              <w:t>MV_LAYOUT &lt; FULLSCREEN | DUALVIEW &gt;</w:t>
            </w:r>
          </w:p>
        </w:tc>
        <w:tc>
          <w:tcPr>
            <w:tcW w:w="3600" w:type="dxa"/>
            <w:vMerge/>
          </w:tcPr>
          <w:p w14:paraId="00AE7D44" w14:textId="77777777" w:rsidR="00EC7A70" w:rsidRDefault="00EC7A70" w:rsidP="00D420CD"/>
        </w:tc>
      </w:tr>
      <w:tr w:rsidR="00EC7A70" w14:paraId="2B8B56EE" w14:textId="77777777" w:rsidTr="00D420CD">
        <w:trPr>
          <w:jc w:val="center"/>
        </w:trPr>
        <w:tc>
          <w:tcPr>
            <w:tcW w:w="5760" w:type="dxa"/>
            <w:tcMar>
              <w:top w:w="80" w:type="dxa"/>
              <w:left w:w="80" w:type="dxa"/>
              <w:bottom w:w="0" w:type="dxa"/>
              <w:right w:w="80" w:type="dxa"/>
            </w:tcMar>
          </w:tcPr>
          <w:p w14:paraId="757A5B69" w14:textId="77777777" w:rsidR="00EC7A70" w:rsidRDefault="00EC7A70" w:rsidP="00D420CD">
            <w:r>
              <w:rPr>
                <w:color w:val="000000"/>
                <w:sz w:val="18"/>
              </w:rPr>
              <w:t>Command Example</w:t>
            </w:r>
          </w:p>
        </w:tc>
        <w:tc>
          <w:tcPr>
            <w:tcW w:w="3600" w:type="dxa"/>
            <w:vMerge/>
          </w:tcPr>
          <w:p w14:paraId="7211AF9F" w14:textId="77777777" w:rsidR="00EC7A70" w:rsidRDefault="00EC7A70" w:rsidP="00D420CD"/>
        </w:tc>
      </w:tr>
      <w:tr w:rsidR="00EC7A70" w14:paraId="366794ED" w14:textId="77777777" w:rsidTr="00D420CD">
        <w:trPr>
          <w:jc w:val="center"/>
        </w:trPr>
        <w:tc>
          <w:tcPr>
            <w:tcW w:w="5760" w:type="dxa"/>
            <w:shd w:val="clear" w:color="auto" w:fill="000000"/>
            <w:tcMar>
              <w:top w:w="0" w:type="dxa"/>
              <w:left w:w="80" w:type="dxa"/>
              <w:bottom w:w="80" w:type="dxa"/>
              <w:right w:w="80" w:type="dxa"/>
            </w:tcMar>
          </w:tcPr>
          <w:p w14:paraId="1B92BF28" w14:textId="77777777" w:rsidR="00EC7A70" w:rsidRDefault="00EC7A70" w:rsidP="00D420CD">
            <w:r>
              <w:rPr>
                <w:rFonts w:ascii="Roboto Mono" w:hAnsi="Roboto Mono"/>
                <w:b/>
                <w:color w:val="FFFFFF"/>
                <w:sz w:val="16"/>
              </w:rPr>
              <w:t>SET MV_LAYOUT DUALVIEW</w:t>
            </w:r>
          </w:p>
        </w:tc>
        <w:tc>
          <w:tcPr>
            <w:tcW w:w="3600" w:type="dxa"/>
            <w:vMerge/>
          </w:tcPr>
          <w:p w14:paraId="67BC1B13" w14:textId="77777777" w:rsidR="00EC7A70" w:rsidRDefault="00EC7A70" w:rsidP="00D420CD"/>
        </w:tc>
      </w:tr>
      <w:tr w:rsidR="00EC7A70" w14:paraId="67796838" w14:textId="77777777" w:rsidTr="00D420CD">
        <w:trPr>
          <w:jc w:val="center"/>
        </w:trPr>
        <w:tc>
          <w:tcPr>
            <w:tcW w:w="5760" w:type="dxa"/>
            <w:tcMar>
              <w:top w:w="80" w:type="dxa"/>
              <w:left w:w="80" w:type="dxa"/>
              <w:bottom w:w="0" w:type="dxa"/>
              <w:right w:w="80" w:type="dxa"/>
            </w:tcMar>
          </w:tcPr>
          <w:p w14:paraId="3EC90697" w14:textId="77777777" w:rsidR="00EC7A70" w:rsidRDefault="00EC7A70" w:rsidP="00D420CD">
            <w:r>
              <w:rPr>
                <w:color w:val="000000"/>
                <w:sz w:val="18"/>
              </w:rPr>
              <w:t>Response Example</w:t>
            </w:r>
          </w:p>
        </w:tc>
        <w:tc>
          <w:tcPr>
            <w:tcW w:w="3600" w:type="dxa"/>
            <w:vMerge/>
          </w:tcPr>
          <w:p w14:paraId="410E9510" w14:textId="77777777" w:rsidR="00EC7A70" w:rsidRDefault="00EC7A70" w:rsidP="00D420CD"/>
        </w:tc>
      </w:tr>
      <w:tr w:rsidR="00EC7A70" w14:paraId="79CF3B57" w14:textId="77777777" w:rsidTr="00D420CD">
        <w:trPr>
          <w:jc w:val="center"/>
        </w:trPr>
        <w:tc>
          <w:tcPr>
            <w:tcW w:w="5760" w:type="dxa"/>
            <w:shd w:val="clear" w:color="auto" w:fill="000000"/>
            <w:tcMar>
              <w:top w:w="0" w:type="dxa"/>
              <w:left w:w="80" w:type="dxa"/>
              <w:bottom w:w="80" w:type="dxa"/>
              <w:right w:w="80" w:type="dxa"/>
            </w:tcMar>
          </w:tcPr>
          <w:p w14:paraId="37A00B47" w14:textId="77777777" w:rsidR="00EC7A70" w:rsidRDefault="00EC7A70" w:rsidP="00D420CD">
            <w:r>
              <w:rPr>
                <w:rFonts w:ascii="Roboto Mono" w:hAnsi="Roboto Mono"/>
                <w:b/>
                <w:color w:val="FFFFFF"/>
                <w:sz w:val="16"/>
              </w:rPr>
              <w:t>MV_LAYOUT DUALVIEW</w:t>
            </w:r>
          </w:p>
        </w:tc>
        <w:tc>
          <w:tcPr>
            <w:tcW w:w="3600" w:type="dxa"/>
            <w:vMerge/>
          </w:tcPr>
          <w:p w14:paraId="11DD81F4" w14:textId="77777777" w:rsidR="00EC7A70" w:rsidRDefault="00EC7A70" w:rsidP="00D420CD"/>
        </w:tc>
      </w:tr>
      <w:tr w:rsidR="00EC7A70" w14:paraId="748F7928" w14:textId="77777777" w:rsidTr="00D420CD">
        <w:trPr>
          <w:jc w:val="center"/>
        </w:trPr>
        <w:tc>
          <w:tcPr>
            <w:tcW w:w="9360" w:type="dxa"/>
            <w:gridSpan w:val="2"/>
            <w:shd w:val="clear" w:color="auto" w:fill="E0F6EC"/>
            <w:tcMar>
              <w:top w:w="80" w:type="dxa"/>
              <w:left w:w="80" w:type="dxa"/>
              <w:bottom w:w="80" w:type="dxa"/>
              <w:right w:w="80" w:type="dxa"/>
            </w:tcMar>
          </w:tcPr>
          <w:p w14:paraId="1E24604F" w14:textId="77777777" w:rsidR="00EC7A70" w:rsidRDefault="00EC7A70" w:rsidP="00D420CD">
            <w:r>
              <w:rPr>
                <w:color w:val="000000"/>
                <w:sz w:val="16"/>
              </w:rPr>
              <w:t xml:space="preserve">Additional Notes: </w:t>
            </w:r>
          </w:p>
        </w:tc>
      </w:tr>
    </w:tbl>
    <w:p w14:paraId="3F27F828" w14:textId="77777777" w:rsidR="00EC7A70" w:rsidRDefault="00EC7A70" w:rsidP="00EC7A70"/>
    <w:p w14:paraId="7B67DD7C" w14:textId="77777777" w:rsidR="00EC7A70" w:rsidRDefault="00EC7A70" w:rsidP="00EC7A70">
      <w:pPr>
        <w:pStyle w:val="Heading2"/>
      </w:pPr>
      <w:bookmarkStart w:id="52" w:name="_Toc218512813"/>
      <w:r>
        <w:rPr>
          <w:rFonts w:ascii="Roboto" w:hAnsi="Roboto"/>
          <w:color w:val="000000"/>
          <w:sz w:val="28"/>
        </w:rPr>
        <w:t>3.10 Set Current Layout With ID</w:t>
      </w:r>
      <w:bookmarkEnd w:id="52"/>
    </w:p>
    <w:p w14:paraId="5AA8DEC6" w14:textId="77777777" w:rsidR="00EC7A70" w:rsidRDefault="00EC7A70" w:rsidP="00EC7A70">
      <w:r>
        <w:rPr>
          <w:rFonts w:ascii="Roboto" w:hAnsi="Roboto"/>
          <w:sz w:val="18"/>
        </w:rPr>
        <w:br/>
        <w:t xml:space="preserve">Switch the </w:t>
      </w:r>
      <w:proofErr w:type="spellStart"/>
      <w:r>
        <w:rPr>
          <w:rFonts w:ascii="Roboto" w:hAnsi="Roboto"/>
          <w:sz w:val="18"/>
        </w:rPr>
        <w:t>multiview</w:t>
      </w:r>
      <w:proofErr w:type="spellEnd"/>
      <w:r>
        <w:rPr>
          <w:rFonts w:ascii="Roboto" w:hAnsi="Roboto"/>
          <w:sz w:val="18"/>
        </w:rPr>
        <w:t xml:space="preserve"> layout.</w:t>
      </w:r>
      <w:r>
        <w:rPr>
          <w:rFonts w:ascii="Roboto" w:hAnsi="Roboto"/>
          <w:sz w:val="18"/>
        </w:rPr>
        <w:br/>
        <w:t>The parameter is the layout ID in hexadecimal format.</w:t>
      </w:r>
    </w:p>
    <w:tbl>
      <w:tblPr>
        <w:tblStyle w:val="luka"/>
        <w:tblW w:w="0" w:type="auto"/>
        <w:jc w:val="center"/>
        <w:tblLook w:val="04A0" w:firstRow="1" w:lastRow="0" w:firstColumn="1" w:lastColumn="0" w:noHBand="0" w:noVBand="1"/>
      </w:tblPr>
      <w:tblGrid>
        <w:gridCol w:w="5760"/>
        <w:gridCol w:w="3600"/>
      </w:tblGrid>
      <w:tr w:rsidR="00EC7A70" w14:paraId="2B7E980D" w14:textId="77777777" w:rsidTr="00D420CD">
        <w:trPr>
          <w:jc w:val="center"/>
        </w:trPr>
        <w:tc>
          <w:tcPr>
            <w:tcW w:w="5760" w:type="dxa"/>
            <w:tcMar>
              <w:top w:w="80" w:type="dxa"/>
              <w:left w:w="80" w:type="dxa"/>
              <w:bottom w:w="80" w:type="dxa"/>
              <w:right w:w="80" w:type="dxa"/>
            </w:tcMar>
          </w:tcPr>
          <w:p w14:paraId="1B772E2B" w14:textId="77777777" w:rsidR="00EC7A70" w:rsidRDefault="00EC7A70" w:rsidP="00D420CD">
            <w:r>
              <w:rPr>
                <w:color w:val="000000"/>
                <w:sz w:val="18"/>
              </w:rPr>
              <w:t>Command Structure</w:t>
            </w:r>
            <w:r>
              <w:rPr>
                <w:rFonts w:ascii="Roboto Mono" w:hAnsi="Roboto Mono"/>
                <w:b/>
                <w:color w:val="000000"/>
                <w:sz w:val="16"/>
              </w:rPr>
              <w:br/>
              <w:t>SET MV_LAYOUT &lt; 0X100 | 0X101 &gt;</w:t>
            </w:r>
          </w:p>
        </w:tc>
        <w:tc>
          <w:tcPr>
            <w:tcW w:w="3600" w:type="dxa"/>
            <w:vMerge w:val="restart"/>
            <w:shd w:val="clear" w:color="auto" w:fill="F2F2F2"/>
            <w:tcMar>
              <w:top w:w="80" w:type="dxa"/>
              <w:left w:w="80" w:type="dxa"/>
              <w:bottom w:w="80" w:type="dxa"/>
              <w:right w:w="80" w:type="dxa"/>
            </w:tcMar>
          </w:tcPr>
          <w:p w14:paraId="4632F21A" w14:textId="77777777" w:rsidR="00EC7A70" w:rsidRDefault="00EC7A70" w:rsidP="00D420CD">
            <w:r>
              <w:rPr>
                <w:color w:val="000000"/>
                <w:sz w:val="16"/>
              </w:rPr>
              <w:t>Parameters:</w:t>
            </w:r>
            <w:r>
              <w:rPr>
                <w:color w:val="000000"/>
                <w:sz w:val="16"/>
              </w:rPr>
              <w:br/>
              <w:t>The four hexadecimal IDs correspond to the four layout names defined in the previous API.</w:t>
            </w:r>
          </w:p>
        </w:tc>
      </w:tr>
      <w:tr w:rsidR="00EC7A70" w14:paraId="20828364" w14:textId="77777777" w:rsidTr="00D420CD">
        <w:trPr>
          <w:jc w:val="center"/>
        </w:trPr>
        <w:tc>
          <w:tcPr>
            <w:tcW w:w="5760" w:type="dxa"/>
            <w:tcMar>
              <w:top w:w="80" w:type="dxa"/>
              <w:left w:w="80" w:type="dxa"/>
              <w:bottom w:w="80" w:type="dxa"/>
              <w:right w:w="80" w:type="dxa"/>
            </w:tcMar>
          </w:tcPr>
          <w:p w14:paraId="329C04F0" w14:textId="77777777" w:rsidR="00EC7A70" w:rsidRDefault="00EC7A70" w:rsidP="00D420CD">
            <w:r>
              <w:rPr>
                <w:color w:val="000000"/>
                <w:sz w:val="18"/>
              </w:rPr>
              <w:t>Response Structure</w:t>
            </w:r>
            <w:r>
              <w:rPr>
                <w:rFonts w:ascii="Roboto Mono" w:hAnsi="Roboto Mono"/>
                <w:b/>
                <w:color w:val="000000"/>
                <w:sz w:val="16"/>
              </w:rPr>
              <w:br/>
              <w:t>MV_LAYOUT &lt; 0X100 | 0X101 &gt;</w:t>
            </w:r>
          </w:p>
        </w:tc>
        <w:tc>
          <w:tcPr>
            <w:tcW w:w="3600" w:type="dxa"/>
            <w:vMerge/>
          </w:tcPr>
          <w:p w14:paraId="26763957" w14:textId="77777777" w:rsidR="00EC7A70" w:rsidRDefault="00EC7A70" w:rsidP="00D420CD"/>
        </w:tc>
      </w:tr>
      <w:tr w:rsidR="00EC7A70" w14:paraId="5F053CD9" w14:textId="77777777" w:rsidTr="00D420CD">
        <w:trPr>
          <w:jc w:val="center"/>
        </w:trPr>
        <w:tc>
          <w:tcPr>
            <w:tcW w:w="5760" w:type="dxa"/>
            <w:tcMar>
              <w:top w:w="80" w:type="dxa"/>
              <w:left w:w="80" w:type="dxa"/>
              <w:bottom w:w="0" w:type="dxa"/>
              <w:right w:w="80" w:type="dxa"/>
            </w:tcMar>
          </w:tcPr>
          <w:p w14:paraId="49F7636D" w14:textId="77777777" w:rsidR="00EC7A70" w:rsidRDefault="00EC7A70" w:rsidP="00D420CD">
            <w:r>
              <w:rPr>
                <w:color w:val="000000"/>
                <w:sz w:val="18"/>
              </w:rPr>
              <w:t>Command Example</w:t>
            </w:r>
          </w:p>
        </w:tc>
        <w:tc>
          <w:tcPr>
            <w:tcW w:w="3600" w:type="dxa"/>
            <w:vMerge/>
          </w:tcPr>
          <w:p w14:paraId="32AE2D1B" w14:textId="77777777" w:rsidR="00EC7A70" w:rsidRDefault="00EC7A70" w:rsidP="00D420CD"/>
        </w:tc>
      </w:tr>
      <w:tr w:rsidR="00EC7A70" w14:paraId="65E39FF9" w14:textId="77777777" w:rsidTr="00D420CD">
        <w:trPr>
          <w:jc w:val="center"/>
        </w:trPr>
        <w:tc>
          <w:tcPr>
            <w:tcW w:w="5760" w:type="dxa"/>
            <w:shd w:val="clear" w:color="auto" w:fill="000000"/>
            <w:tcMar>
              <w:top w:w="0" w:type="dxa"/>
              <w:left w:w="80" w:type="dxa"/>
              <w:bottom w:w="80" w:type="dxa"/>
              <w:right w:w="80" w:type="dxa"/>
            </w:tcMar>
          </w:tcPr>
          <w:p w14:paraId="66FC3B14" w14:textId="77777777" w:rsidR="00EC7A70" w:rsidRDefault="00EC7A70" w:rsidP="00D420CD">
            <w:r>
              <w:rPr>
                <w:rFonts w:ascii="Roboto Mono" w:hAnsi="Roboto Mono"/>
                <w:b/>
                <w:color w:val="FFFFFF"/>
                <w:sz w:val="16"/>
              </w:rPr>
              <w:t>SET MV_LAYOUT 0X101</w:t>
            </w:r>
          </w:p>
        </w:tc>
        <w:tc>
          <w:tcPr>
            <w:tcW w:w="3600" w:type="dxa"/>
            <w:vMerge/>
          </w:tcPr>
          <w:p w14:paraId="75735DD5" w14:textId="77777777" w:rsidR="00EC7A70" w:rsidRDefault="00EC7A70" w:rsidP="00D420CD"/>
        </w:tc>
      </w:tr>
      <w:tr w:rsidR="00EC7A70" w14:paraId="008902C1" w14:textId="77777777" w:rsidTr="00D420CD">
        <w:trPr>
          <w:jc w:val="center"/>
        </w:trPr>
        <w:tc>
          <w:tcPr>
            <w:tcW w:w="5760" w:type="dxa"/>
            <w:tcMar>
              <w:top w:w="80" w:type="dxa"/>
              <w:left w:w="80" w:type="dxa"/>
              <w:bottom w:w="0" w:type="dxa"/>
              <w:right w:w="80" w:type="dxa"/>
            </w:tcMar>
          </w:tcPr>
          <w:p w14:paraId="687D0D5D" w14:textId="77777777" w:rsidR="00EC7A70" w:rsidRDefault="00EC7A70" w:rsidP="00D420CD">
            <w:r>
              <w:rPr>
                <w:color w:val="000000"/>
                <w:sz w:val="18"/>
              </w:rPr>
              <w:t>Response Example</w:t>
            </w:r>
          </w:p>
        </w:tc>
        <w:tc>
          <w:tcPr>
            <w:tcW w:w="3600" w:type="dxa"/>
            <w:vMerge/>
          </w:tcPr>
          <w:p w14:paraId="207696EF" w14:textId="77777777" w:rsidR="00EC7A70" w:rsidRDefault="00EC7A70" w:rsidP="00D420CD"/>
        </w:tc>
      </w:tr>
      <w:tr w:rsidR="00EC7A70" w14:paraId="77E75BD2" w14:textId="77777777" w:rsidTr="00D420CD">
        <w:trPr>
          <w:jc w:val="center"/>
        </w:trPr>
        <w:tc>
          <w:tcPr>
            <w:tcW w:w="5760" w:type="dxa"/>
            <w:shd w:val="clear" w:color="auto" w:fill="000000"/>
            <w:tcMar>
              <w:top w:w="0" w:type="dxa"/>
              <w:left w:w="80" w:type="dxa"/>
              <w:bottom w:w="80" w:type="dxa"/>
              <w:right w:w="80" w:type="dxa"/>
            </w:tcMar>
          </w:tcPr>
          <w:p w14:paraId="233B54DF" w14:textId="77777777" w:rsidR="00EC7A70" w:rsidRDefault="00EC7A70" w:rsidP="00D420CD">
            <w:r>
              <w:rPr>
                <w:rFonts w:ascii="Roboto Mono" w:hAnsi="Roboto Mono"/>
                <w:b/>
                <w:color w:val="FFFFFF"/>
                <w:sz w:val="16"/>
              </w:rPr>
              <w:t>MV_LAYOUT 0X101</w:t>
            </w:r>
          </w:p>
        </w:tc>
        <w:tc>
          <w:tcPr>
            <w:tcW w:w="3600" w:type="dxa"/>
            <w:vMerge/>
          </w:tcPr>
          <w:p w14:paraId="3633AFAD" w14:textId="77777777" w:rsidR="00EC7A70" w:rsidRDefault="00EC7A70" w:rsidP="00D420CD"/>
        </w:tc>
      </w:tr>
      <w:tr w:rsidR="00EC7A70" w14:paraId="68D64202" w14:textId="77777777" w:rsidTr="00D420CD">
        <w:trPr>
          <w:jc w:val="center"/>
        </w:trPr>
        <w:tc>
          <w:tcPr>
            <w:tcW w:w="9360" w:type="dxa"/>
            <w:gridSpan w:val="2"/>
            <w:shd w:val="clear" w:color="auto" w:fill="E0F6EC"/>
            <w:tcMar>
              <w:top w:w="80" w:type="dxa"/>
              <w:left w:w="80" w:type="dxa"/>
              <w:bottom w:w="80" w:type="dxa"/>
              <w:right w:w="80" w:type="dxa"/>
            </w:tcMar>
          </w:tcPr>
          <w:p w14:paraId="01BA72E4" w14:textId="77777777" w:rsidR="00EC7A70" w:rsidRDefault="00EC7A70" w:rsidP="00D420CD">
            <w:r>
              <w:rPr>
                <w:color w:val="000000"/>
                <w:sz w:val="16"/>
              </w:rPr>
              <w:t xml:space="preserve">Additional Notes: </w:t>
            </w:r>
          </w:p>
        </w:tc>
      </w:tr>
    </w:tbl>
    <w:p w14:paraId="7EAF34DF" w14:textId="77777777" w:rsidR="00EC7A70" w:rsidRDefault="00EC7A70" w:rsidP="00EC7A70"/>
    <w:p w14:paraId="228C404E" w14:textId="77777777" w:rsidR="00EC7A70" w:rsidRDefault="00EC7A70" w:rsidP="00EC7A70">
      <w:pPr>
        <w:pStyle w:val="Heading2"/>
      </w:pPr>
      <w:bookmarkStart w:id="53" w:name="_Toc218512814"/>
      <w:r>
        <w:rPr>
          <w:rFonts w:ascii="Roboto" w:hAnsi="Roboto"/>
          <w:color w:val="000000"/>
          <w:sz w:val="28"/>
        </w:rPr>
        <w:t>3.11 Get Current Layout ID and Name</w:t>
      </w:r>
      <w:bookmarkEnd w:id="53"/>
    </w:p>
    <w:p w14:paraId="798BBC63" w14:textId="77777777" w:rsidR="00EC7A70" w:rsidRDefault="00EC7A70" w:rsidP="00EC7A70">
      <w:r>
        <w:rPr>
          <w:rFonts w:ascii="Roboto" w:hAnsi="Roboto"/>
          <w:sz w:val="18"/>
        </w:rPr>
        <w:br/>
        <w:t>Get the name of the current multi-view layout.</w:t>
      </w:r>
    </w:p>
    <w:tbl>
      <w:tblPr>
        <w:tblStyle w:val="luka"/>
        <w:tblW w:w="0" w:type="auto"/>
        <w:jc w:val="center"/>
        <w:tblLook w:val="04A0" w:firstRow="1" w:lastRow="0" w:firstColumn="1" w:lastColumn="0" w:noHBand="0" w:noVBand="1"/>
      </w:tblPr>
      <w:tblGrid>
        <w:gridCol w:w="5760"/>
        <w:gridCol w:w="3600"/>
      </w:tblGrid>
      <w:tr w:rsidR="00EC7A70" w14:paraId="4C1E70EA" w14:textId="77777777" w:rsidTr="00D420CD">
        <w:trPr>
          <w:jc w:val="center"/>
        </w:trPr>
        <w:tc>
          <w:tcPr>
            <w:tcW w:w="5760" w:type="dxa"/>
            <w:tcMar>
              <w:top w:w="80" w:type="dxa"/>
              <w:left w:w="80" w:type="dxa"/>
              <w:bottom w:w="80" w:type="dxa"/>
              <w:right w:w="80" w:type="dxa"/>
            </w:tcMar>
          </w:tcPr>
          <w:p w14:paraId="00C709D2" w14:textId="77777777" w:rsidR="00EC7A70" w:rsidRDefault="00EC7A70" w:rsidP="00D420CD">
            <w:r>
              <w:rPr>
                <w:color w:val="000000"/>
                <w:sz w:val="18"/>
              </w:rPr>
              <w:t>Command Structure</w:t>
            </w:r>
            <w:r>
              <w:rPr>
                <w:rFonts w:ascii="Roboto Mono" w:hAnsi="Roboto Mono"/>
                <w:b/>
                <w:color w:val="000000"/>
                <w:sz w:val="16"/>
              </w:rPr>
              <w:br/>
              <w:t>GET MV_LAYOUT</w:t>
            </w:r>
          </w:p>
        </w:tc>
        <w:tc>
          <w:tcPr>
            <w:tcW w:w="3600" w:type="dxa"/>
            <w:vMerge w:val="restart"/>
            <w:shd w:val="clear" w:color="auto" w:fill="F2F2F2"/>
            <w:tcMar>
              <w:top w:w="80" w:type="dxa"/>
              <w:left w:w="80" w:type="dxa"/>
              <w:bottom w:w="80" w:type="dxa"/>
              <w:right w:w="80" w:type="dxa"/>
            </w:tcMar>
          </w:tcPr>
          <w:p w14:paraId="6ED06779" w14:textId="77777777" w:rsidR="00EC7A70" w:rsidRDefault="00EC7A70" w:rsidP="00D420CD">
            <w:r>
              <w:rPr>
                <w:color w:val="000000"/>
                <w:sz w:val="16"/>
              </w:rPr>
              <w:t>Parameters:</w:t>
            </w:r>
            <w:r>
              <w:rPr>
                <w:color w:val="000000"/>
                <w:sz w:val="16"/>
              </w:rPr>
              <w:br/>
            </w:r>
          </w:p>
        </w:tc>
      </w:tr>
      <w:tr w:rsidR="00EC7A70" w14:paraId="70D29C1E" w14:textId="77777777" w:rsidTr="00D420CD">
        <w:trPr>
          <w:jc w:val="center"/>
        </w:trPr>
        <w:tc>
          <w:tcPr>
            <w:tcW w:w="5760" w:type="dxa"/>
            <w:tcMar>
              <w:top w:w="80" w:type="dxa"/>
              <w:left w:w="80" w:type="dxa"/>
              <w:bottom w:w="80" w:type="dxa"/>
              <w:right w:w="80" w:type="dxa"/>
            </w:tcMar>
          </w:tcPr>
          <w:p w14:paraId="46DE8BDC" w14:textId="77777777" w:rsidR="00EC7A70" w:rsidRDefault="00EC7A70" w:rsidP="00D420CD">
            <w:r>
              <w:rPr>
                <w:color w:val="000000"/>
                <w:sz w:val="18"/>
              </w:rPr>
              <w:t>Response Structure</w:t>
            </w:r>
            <w:r>
              <w:rPr>
                <w:rFonts w:ascii="Roboto Mono" w:hAnsi="Roboto Mono"/>
                <w:b/>
                <w:color w:val="000000"/>
                <w:sz w:val="16"/>
              </w:rPr>
              <w:br/>
              <w:t>MV_LAYOUT &lt; &lt; 0X100 FULLSCREEN &gt; | &lt; 0X101 DUALVIEW &gt; &gt;</w:t>
            </w:r>
          </w:p>
        </w:tc>
        <w:tc>
          <w:tcPr>
            <w:tcW w:w="3600" w:type="dxa"/>
            <w:vMerge/>
          </w:tcPr>
          <w:p w14:paraId="62A8625E" w14:textId="77777777" w:rsidR="00EC7A70" w:rsidRDefault="00EC7A70" w:rsidP="00D420CD"/>
        </w:tc>
      </w:tr>
      <w:tr w:rsidR="00EC7A70" w14:paraId="3BC2669D" w14:textId="77777777" w:rsidTr="00D420CD">
        <w:trPr>
          <w:jc w:val="center"/>
        </w:trPr>
        <w:tc>
          <w:tcPr>
            <w:tcW w:w="5760" w:type="dxa"/>
            <w:tcMar>
              <w:top w:w="80" w:type="dxa"/>
              <w:left w:w="80" w:type="dxa"/>
              <w:bottom w:w="0" w:type="dxa"/>
              <w:right w:w="80" w:type="dxa"/>
            </w:tcMar>
          </w:tcPr>
          <w:p w14:paraId="5ABC2149" w14:textId="77777777" w:rsidR="00EC7A70" w:rsidRDefault="00EC7A70" w:rsidP="00D420CD">
            <w:r>
              <w:rPr>
                <w:color w:val="000000"/>
                <w:sz w:val="18"/>
              </w:rPr>
              <w:t>Command Example</w:t>
            </w:r>
          </w:p>
        </w:tc>
        <w:tc>
          <w:tcPr>
            <w:tcW w:w="3600" w:type="dxa"/>
            <w:vMerge/>
          </w:tcPr>
          <w:p w14:paraId="7E55C70E" w14:textId="77777777" w:rsidR="00EC7A70" w:rsidRDefault="00EC7A70" w:rsidP="00D420CD"/>
        </w:tc>
      </w:tr>
      <w:tr w:rsidR="00EC7A70" w14:paraId="431B8B1D" w14:textId="77777777" w:rsidTr="00D420CD">
        <w:trPr>
          <w:jc w:val="center"/>
        </w:trPr>
        <w:tc>
          <w:tcPr>
            <w:tcW w:w="5760" w:type="dxa"/>
            <w:shd w:val="clear" w:color="auto" w:fill="000000"/>
            <w:tcMar>
              <w:top w:w="0" w:type="dxa"/>
              <w:left w:w="80" w:type="dxa"/>
              <w:bottom w:w="80" w:type="dxa"/>
              <w:right w:w="80" w:type="dxa"/>
            </w:tcMar>
          </w:tcPr>
          <w:p w14:paraId="2BE758B2" w14:textId="77777777" w:rsidR="00EC7A70" w:rsidRDefault="00EC7A70" w:rsidP="00D420CD">
            <w:r>
              <w:rPr>
                <w:rFonts w:ascii="Roboto Mono" w:hAnsi="Roboto Mono"/>
                <w:b/>
                <w:color w:val="FFFFFF"/>
                <w:sz w:val="16"/>
              </w:rPr>
              <w:t>GET MV_LAYOUT</w:t>
            </w:r>
          </w:p>
        </w:tc>
        <w:tc>
          <w:tcPr>
            <w:tcW w:w="3600" w:type="dxa"/>
            <w:vMerge/>
          </w:tcPr>
          <w:p w14:paraId="65427F53" w14:textId="77777777" w:rsidR="00EC7A70" w:rsidRDefault="00EC7A70" w:rsidP="00D420CD"/>
        </w:tc>
      </w:tr>
      <w:tr w:rsidR="00EC7A70" w14:paraId="7E0CBE12" w14:textId="77777777" w:rsidTr="00D420CD">
        <w:trPr>
          <w:jc w:val="center"/>
        </w:trPr>
        <w:tc>
          <w:tcPr>
            <w:tcW w:w="5760" w:type="dxa"/>
            <w:tcMar>
              <w:top w:w="80" w:type="dxa"/>
              <w:left w:w="80" w:type="dxa"/>
              <w:bottom w:w="0" w:type="dxa"/>
              <w:right w:w="80" w:type="dxa"/>
            </w:tcMar>
          </w:tcPr>
          <w:p w14:paraId="12B4A9F6" w14:textId="77777777" w:rsidR="00EC7A70" w:rsidRDefault="00EC7A70" w:rsidP="00D420CD">
            <w:r>
              <w:rPr>
                <w:color w:val="000000"/>
                <w:sz w:val="18"/>
              </w:rPr>
              <w:t>Response Example</w:t>
            </w:r>
          </w:p>
        </w:tc>
        <w:tc>
          <w:tcPr>
            <w:tcW w:w="3600" w:type="dxa"/>
            <w:vMerge/>
          </w:tcPr>
          <w:p w14:paraId="37E8EE5A" w14:textId="77777777" w:rsidR="00EC7A70" w:rsidRDefault="00EC7A70" w:rsidP="00D420CD"/>
        </w:tc>
      </w:tr>
      <w:tr w:rsidR="00EC7A70" w14:paraId="509DAB03" w14:textId="77777777" w:rsidTr="00D420CD">
        <w:trPr>
          <w:jc w:val="center"/>
        </w:trPr>
        <w:tc>
          <w:tcPr>
            <w:tcW w:w="5760" w:type="dxa"/>
            <w:shd w:val="clear" w:color="auto" w:fill="000000"/>
            <w:tcMar>
              <w:top w:w="0" w:type="dxa"/>
              <w:left w:w="80" w:type="dxa"/>
              <w:bottom w:w="80" w:type="dxa"/>
              <w:right w:w="80" w:type="dxa"/>
            </w:tcMar>
          </w:tcPr>
          <w:p w14:paraId="49E4AE67" w14:textId="77777777" w:rsidR="00EC7A70" w:rsidRDefault="00EC7A70" w:rsidP="00D420CD">
            <w:r>
              <w:rPr>
                <w:rFonts w:ascii="Roboto Mono" w:hAnsi="Roboto Mono"/>
                <w:b/>
                <w:color w:val="FFFFFF"/>
                <w:sz w:val="16"/>
              </w:rPr>
              <w:t>MV_LAYOUT 0X101 DUALVIEW</w:t>
            </w:r>
          </w:p>
        </w:tc>
        <w:tc>
          <w:tcPr>
            <w:tcW w:w="3600" w:type="dxa"/>
            <w:vMerge/>
          </w:tcPr>
          <w:p w14:paraId="6503749E" w14:textId="77777777" w:rsidR="00EC7A70" w:rsidRDefault="00EC7A70" w:rsidP="00D420CD"/>
        </w:tc>
      </w:tr>
      <w:tr w:rsidR="00EC7A70" w14:paraId="31BBCB19" w14:textId="77777777" w:rsidTr="00D420CD">
        <w:trPr>
          <w:jc w:val="center"/>
        </w:trPr>
        <w:tc>
          <w:tcPr>
            <w:tcW w:w="9360" w:type="dxa"/>
            <w:gridSpan w:val="2"/>
            <w:shd w:val="clear" w:color="auto" w:fill="E0F6EC"/>
            <w:tcMar>
              <w:top w:w="80" w:type="dxa"/>
              <w:left w:w="80" w:type="dxa"/>
              <w:bottom w:w="80" w:type="dxa"/>
              <w:right w:w="80" w:type="dxa"/>
            </w:tcMar>
          </w:tcPr>
          <w:p w14:paraId="4BB67538" w14:textId="77777777" w:rsidR="00EC7A70" w:rsidRDefault="00EC7A70" w:rsidP="00D420CD">
            <w:r>
              <w:rPr>
                <w:color w:val="000000"/>
                <w:sz w:val="16"/>
              </w:rPr>
              <w:t xml:space="preserve">Additional Notes: </w:t>
            </w:r>
          </w:p>
        </w:tc>
      </w:tr>
    </w:tbl>
    <w:p w14:paraId="0B302065" w14:textId="77777777" w:rsidR="00EC7A70" w:rsidRDefault="00EC7A70" w:rsidP="00EC7A70">
      <w:pPr>
        <w:pStyle w:val="Heading2"/>
      </w:pPr>
      <w:bookmarkStart w:id="54" w:name="_Toc218512815"/>
      <w:r>
        <w:rPr>
          <w:rFonts w:ascii="Roboto" w:hAnsi="Roboto"/>
          <w:color w:val="000000"/>
          <w:sz w:val="28"/>
        </w:rPr>
        <w:lastRenderedPageBreak/>
        <w:t>3.12 Set Layout and Video Sources</w:t>
      </w:r>
      <w:bookmarkEnd w:id="54"/>
    </w:p>
    <w:p w14:paraId="50577FC2" w14:textId="77777777" w:rsidR="00EC7A70" w:rsidRDefault="00EC7A70" w:rsidP="00EC7A70">
      <w:r>
        <w:rPr>
          <w:rFonts w:ascii="Roboto" w:hAnsi="Roboto"/>
          <w:sz w:val="18"/>
        </w:rPr>
        <w:br/>
        <w:t>Switch multi-view layouts and set the video source for each sub-window.</w:t>
      </w:r>
    </w:p>
    <w:tbl>
      <w:tblPr>
        <w:tblStyle w:val="luka"/>
        <w:tblW w:w="0" w:type="auto"/>
        <w:jc w:val="center"/>
        <w:tblLook w:val="04A0" w:firstRow="1" w:lastRow="0" w:firstColumn="1" w:lastColumn="0" w:noHBand="0" w:noVBand="1"/>
      </w:tblPr>
      <w:tblGrid>
        <w:gridCol w:w="5760"/>
        <w:gridCol w:w="3600"/>
      </w:tblGrid>
      <w:tr w:rsidR="00EC7A70" w14:paraId="4BCD3C65" w14:textId="77777777" w:rsidTr="00D420CD">
        <w:trPr>
          <w:jc w:val="center"/>
        </w:trPr>
        <w:tc>
          <w:tcPr>
            <w:tcW w:w="5760" w:type="dxa"/>
            <w:tcMar>
              <w:top w:w="80" w:type="dxa"/>
              <w:left w:w="80" w:type="dxa"/>
              <w:bottom w:w="80" w:type="dxa"/>
              <w:right w:w="80" w:type="dxa"/>
            </w:tcMar>
          </w:tcPr>
          <w:p w14:paraId="47CD10BD" w14:textId="77777777" w:rsidR="00EC7A70" w:rsidRDefault="00EC7A70" w:rsidP="00D420CD">
            <w:r>
              <w:rPr>
                <w:color w:val="000000"/>
                <w:sz w:val="18"/>
              </w:rPr>
              <w:t>Command Structure</w:t>
            </w:r>
            <w:r>
              <w:rPr>
                <w:rFonts w:ascii="Roboto Mono" w:hAnsi="Roboto Mono"/>
                <w:b/>
                <w:color w:val="000000"/>
                <w:sz w:val="16"/>
              </w:rPr>
              <w:br/>
              <w:t>SET MV_WIN_SRC &lt; FULLSCREEN | DUALVIEW | CURRENT &gt; &lt; WinNo1 &gt; &lt; Src1 &gt; &lt; WinNo2 &gt; &lt; Src2 &gt; ...</w:t>
            </w:r>
          </w:p>
        </w:tc>
        <w:tc>
          <w:tcPr>
            <w:tcW w:w="3600" w:type="dxa"/>
            <w:vMerge w:val="restart"/>
            <w:shd w:val="clear" w:color="auto" w:fill="F2F2F2"/>
            <w:tcMar>
              <w:top w:w="80" w:type="dxa"/>
              <w:left w:w="80" w:type="dxa"/>
              <w:bottom w:w="80" w:type="dxa"/>
              <w:right w:w="80" w:type="dxa"/>
            </w:tcMar>
          </w:tcPr>
          <w:p w14:paraId="210805A5" w14:textId="77777777" w:rsidR="00EC7A70" w:rsidRDefault="00EC7A70" w:rsidP="00D420CD">
            <w:r>
              <w:rPr>
                <w:color w:val="000000"/>
                <w:sz w:val="16"/>
              </w:rPr>
              <w:t>Parameters:</w:t>
            </w:r>
            <w:r>
              <w:rPr>
                <w:color w:val="000000"/>
                <w:sz w:val="16"/>
              </w:rPr>
              <w:br/>
              <w:t>CURRENT = Keep the current layout unchanged; only change the video source(s) for the specified window(s).</w:t>
            </w:r>
            <w:r>
              <w:rPr>
                <w:color w:val="000000"/>
                <w:sz w:val="16"/>
              </w:rPr>
              <w:br/>
              <w:t>WinNo = Win1 Win2</w:t>
            </w:r>
            <w:r>
              <w:rPr>
                <w:color w:val="000000"/>
                <w:sz w:val="16"/>
              </w:rPr>
              <w:br/>
              <w:t>Src1 Src2... possible values: &lt; IN1 | IN2 | BYOD1 | BYOD2 | NONE &gt;</w:t>
            </w:r>
            <w:r>
              <w:rPr>
                <w:color w:val="000000"/>
                <w:sz w:val="16"/>
              </w:rPr>
              <w:br/>
              <w:t>- NONE = Do not display any video source in that sub-window; the sub-window remains empty</w:t>
            </w:r>
          </w:p>
        </w:tc>
      </w:tr>
      <w:tr w:rsidR="00EC7A70" w14:paraId="47179637" w14:textId="77777777" w:rsidTr="00D420CD">
        <w:trPr>
          <w:jc w:val="center"/>
        </w:trPr>
        <w:tc>
          <w:tcPr>
            <w:tcW w:w="5760" w:type="dxa"/>
            <w:tcMar>
              <w:top w:w="80" w:type="dxa"/>
              <w:left w:w="80" w:type="dxa"/>
              <w:bottom w:w="80" w:type="dxa"/>
              <w:right w:w="80" w:type="dxa"/>
            </w:tcMar>
          </w:tcPr>
          <w:p w14:paraId="1B92C40A" w14:textId="77777777" w:rsidR="00EC7A70" w:rsidRDefault="00EC7A70" w:rsidP="00D420CD">
            <w:r>
              <w:rPr>
                <w:color w:val="000000"/>
                <w:sz w:val="18"/>
              </w:rPr>
              <w:t>Response Structure</w:t>
            </w:r>
            <w:r>
              <w:rPr>
                <w:rFonts w:ascii="Roboto Mono" w:hAnsi="Roboto Mono"/>
                <w:b/>
                <w:color w:val="000000"/>
                <w:sz w:val="16"/>
              </w:rPr>
              <w:br/>
              <w:t>MV_WIN_SRC &lt; FULLSCREEN | DUALVIEW &gt; &lt; WinNo1 &gt; &lt; Src1 &gt; &lt; WinNo2 &gt; &lt; Src2 &gt; ...</w:t>
            </w:r>
          </w:p>
        </w:tc>
        <w:tc>
          <w:tcPr>
            <w:tcW w:w="3600" w:type="dxa"/>
            <w:vMerge/>
          </w:tcPr>
          <w:p w14:paraId="687762D6" w14:textId="77777777" w:rsidR="00EC7A70" w:rsidRDefault="00EC7A70" w:rsidP="00D420CD"/>
        </w:tc>
      </w:tr>
      <w:tr w:rsidR="00EC7A70" w14:paraId="0BFBCC9A" w14:textId="77777777" w:rsidTr="00D420CD">
        <w:trPr>
          <w:jc w:val="center"/>
        </w:trPr>
        <w:tc>
          <w:tcPr>
            <w:tcW w:w="5760" w:type="dxa"/>
            <w:tcMar>
              <w:top w:w="80" w:type="dxa"/>
              <w:left w:w="80" w:type="dxa"/>
              <w:bottom w:w="0" w:type="dxa"/>
              <w:right w:w="80" w:type="dxa"/>
            </w:tcMar>
          </w:tcPr>
          <w:p w14:paraId="6EEA9A16" w14:textId="77777777" w:rsidR="00EC7A70" w:rsidRDefault="00EC7A70" w:rsidP="00D420CD">
            <w:r>
              <w:rPr>
                <w:color w:val="000000"/>
                <w:sz w:val="18"/>
              </w:rPr>
              <w:t>Command Example</w:t>
            </w:r>
          </w:p>
        </w:tc>
        <w:tc>
          <w:tcPr>
            <w:tcW w:w="3600" w:type="dxa"/>
            <w:vMerge/>
          </w:tcPr>
          <w:p w14:paraId="39264397" w14:textId="77777777" w:rsidR="00EC7A70" w:rsidRDefault="00EC7A70" w:rsidP="00D420CD"/>
        </w:tc>
      </w:tr>
      <w:tr w:rsidR="00EC7A70" w14:paraId="1B5C164B" w14:textId="77777777" w:rsidTr="00D420CD">
        <w:trPr>
          <w:jc w:val="center"/>
        </w:trPr>
        <w:tc>
          <w:tcPr>
            <w:tcW w:w="5760" w:type="dxa"/>
            <w:shd w:val="clear" w:color="auto" w:fill="000000"/>
            <w:tcMar>
              <w:top w:w="0" w:type="dxa"/>
              <w:left w:w="80" w:type="dxa"/>
              <w:bottom w:w="80" w:type="dxa"/>
              <w:right w:w="80" w:type="dxa"/>
            </w:tcMar>
          </w:tcPr>
          <w:p w14:paraId="55E4F421" w14:textId="77777777" w:rsidR="00EC7A70" w:rsidRDefault="00EC7A70" w:rsidP="00D420CD">
            <w:r>
              <w:rPr>
                <w:rFonts w:ascii="Roboto Mono" w:hAnsi="Roboto Mono"/>
                <w:b/>
                <w:color w:val="FFFFFF"/>
                <w:sz w:val="16"/>
              </w:rPr>
              <w:t>SET MV_WIN_SRC DUALVIEW WIN1 IN1 WIN2 IN2</w:t>
            </w:r>
          </w:p>
        </w:tc>
        <w:tc>
          <w:tcPr>
            <w:tcW w:w="3600" w:type="dxa"/>
            <w:vMerge/>
          </w:tcPr>
          <w:p w14:paraId="4B767B11" w14:textId="77777777" w:rsidR="00EC7A70" w:rsidRDefault="00EC7A70" w:rsidP="00D420CD"/>
        </w:tc>
      </w:tr>
      <w:tr w:rsidR="00EC7A70" w14:paraId="09C21821" w14:textId="77777777" w:rsidTr="00D420CD">
        <w:trPr>
          <w:jc w:val="center"/>
        </w:trPr>
        <w:tc>
          <w:tcPr>
            <w:tcW w:w="5760" w:type="dxa"/>
            <w:tcMar>
              <w:top w:w="80" w:type="dxa"/>
              <w:left w:w="80" w:type="dxa"/>
              <w:bottom w:w="0" w:type="dxa"/>
              <w:right w:w="80" w:type="dxa"/>
            </w:tcMar>
          </w:tcPr>
          <w:p w14:paraId="36CFE9ED" w14:textId="77777777" w:rsidR="00EC7A70" w:rsidRDefault="00EC7A70" w:rsidP="00D420CD">
            <w:r>
              <w:rPr>
                <w:color w:val="000000"/>
                <w:sz w:val="18"/>
              </w:rPr>
              <w:t>Response Example</w:t>
            </w:r>
          </w:p>
        </w:tc>
        <w:tc>
          <w:tcPr>
            <w:tcW w:w="3600" w:type="dxa"/>
            <w:vMerge/>
          </w:tcPr>
          <w:p w14:paraId="614E0927" w14:textId="77777777" w:rsidR="00EC7A70" w:rsidRDefault="00EC7A70" w:rsidP="00D420CD"/>
        </w:tc>
      </w:tr>
      <w:tr w:rsidR="00EC7A70" w14:paraId="70591856" w14:textId="77777777" w:rsidTr="00D420CD">
        <w:trPr>
          <w:jc w:val="center"/>
        </w:trPr>
        <w:tc>
          <w:tcPr>
            <w:tcW w:w="5760" w:type="dxa"/>
            <w:shd w:val="clear" w:color="auto" w:fill="000000"/>
            <w:tcMar>
              <w:top w:w="0" w:type="dxa"/>
              <w:left w:w="80" w:type="dxa"/>
              <w:bottom w:w="80" w:type="dxa"/>
              <w:right w:w="80" w:type="dxa"/>
            </w:tcMar>
          </w:tcPr>
          <w:p w14:paraId="7624603C" w14:textId="77777777" w:rsidR="00EC7A70" w:rsidRDefault="00EC7A70" w:rsidP="00D420CD">
            <w:r>
              <w:rPr>
                <w:rFonts w:ascii="Roboto Mono" w:hAnsi="Roboto Mono"/>
                <w:b/>
                <w:color w:val="FFFFFF"/>
                <w:sz w:val="16"/>
              </w:rPr>
              <w:t>MV_WIN_SRC DUALVIEW WIN1 IN1 WIN2 IN2</w:t>
            </w:r>
          </w:p>
        </w:tc>
        <w:tc>
          <w:tcPr>
            <w:tcW w:w="3600" w:type="dxa"/>
            <w:vMerge/>
          </w:tcPr>
          <w:p w14:paraId="6C8CCB1D" w14:textId="77777777" w:rsidR="00EC7A70" w:rsidRDefault="00EC7A70" w:rsidP="00D420CD"/>
        </w:tc>
      </w:tr>
      <w:tr w:rsidR="00EC7A70" w14:paraId="2B87E857" w14:textId="77777777" w:rsidTr="00D420CD">
        <w:trPr>
          <w:jc w:val="center"/>
        </w:trPr>
        <w:tc>
          <w:tcPr>
            <w:tcW w:w="9360" w:type="dxa"/>
            <w:gridSpan w:val="2"/>
            <w:shd w:val="clear" w:color="auto" w:fill="E0F6EC"/>
            <w:tcMar>
              <w:top w:w="80" w:type="dxa"/>
              <w:left w:w="80" w:type="dxa"/>
              <w:bottom w:w="80" w:type="dxa"/>
              <w:right w:w="80" w:type="dxa"/>
            </w:tcMar>
          </w:tcPr>
          <w:p w14:paraId="25077E60" w14:textId="77777777" w:rsidR="00EC7A70" w:rsidRDefault="00EC7A70" w:rsidP="00D420CD">
            <w:r>
              <w:rPr>
                <w:color w:val="000000"/>
                <w:sz w:val="16"/>
              </w:rPr>
              <w:t xml:space="preserve">Additional Notes: </w:t>
            </w:r>
          </w:p>
        </w:tc>
      </w:tr>
    </w:tbl>
    <w:p w14:paraId="17E925AE" w14:textId="77777777" w:rsidR="00EC7A70" w:rsidRDefault="00EC7A70" w:rsidP="00EC7A70"/>
    <w:p w14:paraId="6657300B" w14:textId="77777777" w:rsidR="00EC7A70" w:rsidRDefault="00EC7A70" w:rsidP="00EC7A70">
      <w:pPr>
        <w:pStyle w:val="Heading2"/>
      </w:pPr>
      <w:bookmarkStart w:id="55" w:name="_Toc218512816"/>
      <w:r>
        <w:rPr>
          <w:rFonts w:ascii="Roboto" w:hAnsi="Roboto"/>
          <w:color w:val="000000"/>
          <w:sz w:val="28"/>
        </w:rPr>
        <w:t>3.13 Get Layout and Video Sources</w:t>
      </w:r>
      <w:bookmarkEnd w:id="55"/>
    </w:p>
    <w:p w14:paraId="39DAF9CD" w14:textId="77777777" w:rsidR="00EC7A70" w:rsidRDefault="00EC7A70" w:rsidP="00EC7A70">
      <w:r>
        <w:rPr>
          <w:rFonts w:ascii="Roboto" w:hAnsi="Roboto"/>
          <w:sz w:val="18"/>
        </w:rPr>
        <w:br/>
        <w:t>Get the current layout and the video source for each sub-window.</w:t>
      </w:r>
    </w:p>
    <w:tbl>
      <w:tblPr>
        <w:tblStyle w:val="luka"/>
        <w:tblW w:w="0" w:type="auto"/>
        <w:jc w:val="center"/>
        <w:tblLook w:val="04A0" w:firstRow="1" w:lastRow="0" w:firstColumn="1" w:lastColumn="0" w:noHBand="0" w:noVBand="1"/>
      </w:tblPr>
      <w:tblGrid>
        <w:gridCol w:w="5760"/>
        <w:gridCol w:w="3600"/>
      </w:tblGrid>
      <w:tr w:rsidR="00EC7A70" w14:paraId="6EDAC5BF" w14:textId="77777777" w:rsidTr="00D420CD">
        <w:trPr>
          <w:jc w:val="center"/>
        </w:trPr>
        <w:tc>
          <w:tcPr>
            <w:tcW w:w="5760" w:type="dxa"/>
            <w:tcMar>
              <w:top w:w="80" w:type="dxa"/>
              <w:left w:w="80" w:type="dxa"/>
              <w:bottom w:w="80" w:type="dxa"/>
              <w:right w:w="80" w:type="dxa"/>
            </w:tcMar>
          </w:tcPr>
          <w:p w14:paraId="20AE0537" w14:textId="77777777" w:rsidR="00EC7A70" w:rsidRDefault="00EC7A70" w:rsidP="00D420CD">
            <w:r>
              <w:rPr>
                <w:color w:val="000000"/>
                <w:sz w:val="18"/>
              </w:rPr>
              <w:t>Command Structure</w:t>
            </w:r>
            <w:r>
              <w:rPr>
                <w:rFonts w:ascii="Roboto Mono" w:hAnsi="Roboto Mono"/>
                <w:b/>
                <w:color w:val="000000"/>
                <w:sz w:val="16"/>
              </w:rPr>
              <w:br/>
              <w:t>GET MV_WIN_SRC</w:t>
            </w:r>
          </w:p>
        </w:tc>
        <w:tc>
          <w:tcPr>
            <w:tcW w:w="3600" w:type="dxa"/>
            <w:vMerge w:val="restart"/>
            <w:shd w:val="clear" w:color="auto" w:fill="F2F2F2"/>
            <w:tcMar>
              <w:top w:w="80" w:type="dxa"/>
              <w:left w:w="80" w:type="dxa"/>
              <w:bottom w:w="80" w:type="dxa"/>
              <w:right w:w="80" w:type="dxa"/>
            </w:tcMar>
          </w:tcPr>
          <w:p w14:paraId="4F0ADD5B" w14:textId="77777777" w:rsidR="00EC7A70" w:rsidRDefault="00EC7A70" w:rsidP="00D420CD">
            <w:r>
              <w:rPr>
                <w:color w:val="000000"/>
                <w:sz w:val="16"/>
              </w:rPr>
              <w:t>Parameters:</w:t>
            </w:r>
            <w:r>
              <w:rPr>
                <w:color w:val="000000"/>
                <w:sz w:val="16"/>
              </w:rPr>
              <w:br/>
              <w:t>NONE = Currently connected to dual outputs; multi-view is not supported.</w:t>
            </w:r>
          </w:p>
        </w:tc>
      </w:tr>
      <w:tr w:rsidR="00EC7A70" w14:paraId="490828B0" w14:textId="77777777" w:rsidTr="00D420CD">
        <w:trPr>
          <w:jc w:val="center"/>
        </w:trPr>
        <w:tc>
          <w:tcPr>
            <w:tcW w:w="5760" w:type="dxa"/>
            <w:tcMar>
              <w:top w:w="80" w:type="dxa"/>
              <w:left w:w="80" w:type="dxa"/>
              <w:bottom w:w="80" w:type="dxa"/>
              <w:right w:w="80" w:type="dxa"/>
            </w:tcMar>
          </w:tcPr>
          <w:p w14:paraId="59E11A7C" w14:textId="77777777" w:rsidR="00EC7A70" w:rsidRDefault="00EC7A70" w:rsidP="00D420CD">
            <w:r>
              <w:rPr>
                <w:color w:val="000000"/>
                <w:sz w:val="18"/>
              </w:rPr>
              <w:t>Response Structure</w:t>
            </w:r>
            <w:r>
              <w:rPr>
                <w:rFonts w:ascii="Roboto Mono" w:hAnsi="Roboto Mono"/>
                <w:b/>
                <w:color w:val="000000"/>
                <w:sz w:val="16"/>
              </w:rPr>
              <w:br/>
              <w:t>MV_WIN_SRC NONE</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MV_WIN_SRC &lt; FULLSCREEN | DUALVIEW &gt; &lt; WinNo1 &gt; &lt; Src1 &gt; &lt; WinNo2 &gt; &lt; Src2 &gt; ...</w:t>
            </w:r>
          </w:p>
        </w:tc>
        <w:tc>
          <w:tcPr>
            <w:tcW w:w="3600" w:type="dxa"/>
            <w:vMerge/>
          </w:tcPr>
          <w:p w14:paraId="2BC1E8AE" w14:textId="77777777" w:rsidR="00EC7A70" w:rsidRDefault="00EC7A70" w:rsidP="00D420CD"/>
        </w:tc>
      </w:tr>
      <w:tr w:rsidR="00EC7A70" w14:paraId="624FBB65" w14:textId="77777777" w:rsidTr="00D420CD">
        <w:trPr>
          <w:jc w:val="center"/>
        </w:trPr>
        <w:tc>
          <w:tcPr>
            <w:tcW w:w="5760" w:type="dxa"/>
            <w:tcMar>
              <w:top w:w="80" w:type="dxa"/>
              <w:left w:w="80" w:type="dxa"/>
              <w:bottom w:w="0" w:type="dxa"/>
              <w:right w:w="80" w:type="dxa"/>
            </w:tcMar>
          </w:tcPr>
          <w:p w14:paraId="590DBABB" w14:textId="77777777" w:rsidR="00EC7A70" w:rsidRDefault="00EC7A70" w:rsidP="00D420CD">
            <w:r>
              <w:rPr>
                <w:color w:val="000000"/>
                <w:sz w:val="18"/>
              </w:rPr>
              <w:t>Command Example</w:t>
            </w:r>
          </w:p>
        </w:tc>
        <w:tc>
          <w:tcPr>
            <w:tcW w:w="3600" w:type="dxa"/>
            <w:vMerge/>
          </w:tcPr>
          <w:p w14:paraId="7EC18D1E" w14:textId="77777777" w:rsidR="00EC7A70" w:rsidRDefault="00EC7A70" w:rsidP="00D420CD"/>
        </w:tc>
      </w:tr>
      <w:tr w:rsidR="00EC7A70" w14:paraId="7E6256EB" w14:textId="77777777" w:rsidTr="00D420CD">
        <w:trPr>
          <w:jc w:val="center"/>
        </w:trPr>
        <w:tc>
          <w:tcPr>
            <w:tcW w:w="5760" w:type="dxa"/>
            <w:shd w:val="clear" w:color="auto" w:fill="000000"/>
            <w:tcMar>
              <w:top w:w="0" w:type="dxa"/>
              <w:left w:w="80" w:type="dxa"/>
              <w:bottom w:w="80" w:type="dxa"/>
              <w:right w:w="80" w:type="dxa"/>
            </w:tcMar>
          </w:tcPr>
          <w:p w14:paraId="27D50981" w14:textId="77777777" w:rsidR="00EC7A70" w:rsidRDefault="00EC7A70" w:rsidP="00D420CD">
            <w:r>
              <w:rPr>
                <w:rFonts w:ascii="Roboto Mono" w:hAnsi="Roboto Mono"/>
                <w:b/>
                <w:color w:val="FFFFFF"/>
                <w:sz w:val="16"/>
              </w:rPr>
              <w:t>GET MV_WIN_SRC</w:t>
            </w:r>
          </w:p>
        </w:tc>
        <w:tc>
          <w:tcPr>
            <w:tcW w:w="3600" w:type="dxa"/>
            <w:vMerge/>
          </w:tcPr>
          <w:p w14:paraId="32DA5E59" w14:textId="77777777" w:rsidR="00EC7A70" w:rsidRDefault="00EC7A70" w:rsidP="00D420CD"/>
        </w:tc>
      </w:tr>
      <w:tr w:rsidR="00EC7A70" w14:paraId="58AA6C7C" w14:textId="77777777" w:rsidTr="00D420CD">
        <w:trPr>
          <w:jc w:val="center"/>
        </w:trPr>
        <w:tc>
          <w:tcPr>
            <w:tcW w:w="5760" w:type="dxa"/>
            <w:tcMar>
              <w:top w:w="80" w:type="dxa"/>
              <w:left w:w="80" w:type="dxa"/>
              <w:bottom w:w="0" w:type="dxa"/>
              <w:right w:w="80" w:type="dxa"/>
            </w:tcMar>
          </w:tcPr>
          <w:p w14:paraId="1DAD665E" w14:textId="77777777" w:rsidR="00EC7A70" w:rsidRDefault="00EC7A70" w:rsidP="00D420CD">
            <w:r>
              <w:rPr>
                <w:color w:val="000000"/>
                <w:sz w:val="18"/>
              </w:rPr>
              <w:t>Response Example</w:t>
            </w:r>
          </w:p>
        </w:tc>
        <w:tc>
          <w:tcPr>
            <w:tcW w:w="3600" w:type="dxa"/>
            <w:vMerge/>
          </w:tcPr>
          <w:p w14:paraId="203CD454" w14:textId="77777777" w:rsidR="00EC7A70" w:rsidRDefault="00EC7A70" w:rsidP="00D420CD"/>
        </w:tc>
      </w:tr>
      <w:tr w:rsidR="00EC7A70" w14:paraId="0D1CB417" w14:textId="77777777" w:rsidTr="00D420CD">
        <w:trPr>
          <w:jc w:val="center"/>
        </w:trPr>
        <w:tc>
          <w:tcPr>
            <w:tcW w:w="5760" w:type="dxa"/>
            <w:shd w:val="clear" w:color="auto" w:fill="000000"/>
            <w:tcMar>
              <w:top w:w="0" w:type="dxa"/>
              <w:left w:w="80" w:type="dxa"/>
              <w:bottom w:w="80" w:type="dxa"/>
              <w:right w:w="80" w:type="dxa"/>
            </w:tcMar>
          </w:tcPr>
          <w:p w14:paraId="1D10C650" w14:textId="77777777" w:rsidR="00EC7A70" w:rsidRDefault="00EC7A70" w:rsidP="00D420CD">
            <w:r>
              <w:rPr>
                <w:rFonts w:ascii="Roboto Mono" w:hAnsi="Roboto Mono"/>
                <w:b/>
                <w:color w:val="FFFFFF"/>
                <w:sz w:val="16"/>
              </w:rPr>
              <w:t>MV_WIN_SRC DUALVIEW WIN1 IN1 WIN2 IN2</w:t>
            </w:r>
          </w:p>
        </w:tc>
        <w:tc>
          <w:tcPr>
            <w:tcW w:w="3600" w:type="dxa"/>
            <w:vMerge/>
          </w:tcPr>
          <w:p w14:paraId="2794A8CE" w14:textId="77777777" w:rsidR="00EC7A70" w:rsidRDefault="00EC7A70" w:rsidP="00D420CD"/>
        </w:tc>
      </w:tr>
      <w:tr w:rsidR="00EC7A70" w14:paraId="1F851014" w14:textId="77777777" w:rsidTr="00D420CD">
        <w:trPr>
          <w:jc w:val="center"/>
        </w:trPr>
        <w:tc>
          <w:tcPr>
            <w:tcW w:w="9360" w:type="dxa"/>
            <w:gridSpan w:val="2"/>
            <w:shd w:val="clear" w:color="auto" w:fill="E0F6EC"/>
            <w:tcMar>
              <w:top w:w="80" w:type="dxa"/>
              <w:left w:w="80" w:type="dxa"/>
              <w:bottom w:w="80" w:type="dxa"/>
              <w:right w:w="80" w:type="dxa"/>
            </w:tcMar>
          </w:tcPr>
          <w:p w14:paraId="21359440" w14:textId="77777777" w:rsidR="00EC7A70" w:rsidRDefault="00EC7A70" w:rsidP="00D420CD">
            <w:r>
              <w:rPr>
                <w:color w:val="000000"/>
                <w:sz w:val="16"/>
              </w:rPr>
              <w:t>Additional Notes: When connected to a single output but multi-view is disabled, this API returns normally.</w:t>
            </w:r>
          </w:p>
        </w:tc>
      </w:tr>
    </w:tbl>
    <w:p w14:paraId="4EC684EA" w14:textId="2D8B4127" w:rsidR="00EC7A70" w:rsidRDefault="00EC7A70" w:rsidP="00EC7A70"/>
    <w:p w14:paraId="524F318F" w14:textId="77777777" w:rsidR="00EC7A70" w:rsidRDefault="00EC7A70">
      <w:r>
        <w:br w:type="page"/>
      </w:r>
    </w:p>
    <w:p w14:paraId="30E5E0F2" w14:textId="77777777" w:rsidR="00EC7A70" w:rsidRDefault="00EC7A70" w:rsidP="00EC7A70">
      <w:pPr>
        <w:pStyle w:val="Heading2"/>
      </w:pPr>
      <w:bookmarkStart w:id="56" w:name="_Toc218512817"/>
      <w:r>
        <w:rPr>
          <w:rFonts w:ascii="Roboto" w:hAnsi="Roboto"/>
          <w:color w:val="000000"/>
          <w:sz w:val="28"/>
        </w:rPr>
        <w:lastRenderedPageBreak/>
        <w:t>3.14 Get Video Source of a Specified Window</w:t>
      </w:r>
      <w:bookmarkEnd w:id="56"/>
    </w:p>
    <w:p w14:paraId="7DF378E1" w14:textId="77777777" w:rsidR="00EC7A70" w:rsidRDefault="00EC7A70" w:rsidP="00EC7A70">
      <w:r>
        <w:rPr>
          <w:rFonts w:ascii="Roboto" w:hAnsi="Roboto"/>
          <w:sz w:val="18"/>
        </w:rPr>
        <w:br/>
        <w:t>Get the video source for a specified sub-window.</w:t>
      </w:r>
    </w:p>
    <w:tbl>
      <w:tblPr>
        <w:tblStyle w:val="luka"/>
        <w:tblW w:w="0" w:type="auto"/>
        <w:jc w:val="center"/>
        <w:tblLook w:val="04A0" w:firstRow="1" w:lastRow="0" w:firstColumn="1" w:lastColumn="0" w:noHBand="0" w:noVBand="1"/>
      </w:tblPr>
      <w:tblGrid>
        <w:gridCol w:w="5760"/>
        <w:gridCol w:w="3600"/>
      </w:tblGrid>
      <w:tr w:rsidR="00EC7A70" w14:paraId="61E2FB0F" w14:textId="77777777" w:rsidTr="00D420CD">
        <w:trPr>
          <w:jc w:val="center"/>
        </w:trPr>
        <w:tc>
          <w:tcPr>
            <w:tcW w:w="5760" w:type="dxa"/>
            <w:tcMar>
              <w:top w:w="80" w:type="dxa"/>
              <w:left w:w="80" w:type="dxa"/>
              <w:bottom w:w="80" w:type="dxa"/>
              <w:right w:w="80" w:type="dxa"/>
            </w:tcMar>
          </w:tcPr>
          <w:p w14:paraId="00714F32" w14:textId="77777777" w:rsidR="00EC7A70" w:rsidRDefault="00EC7A70" w:rsidP="00D420CD">
            <w:r>
              <w:rPr>
                <w:color w:val="000000"/>
                <w:sz w:val="18"/>
              </w:rPr>
              <w:t>Command Structure</w:t>
            </w:r>
            <w:r>
              <w:rPr>
                <w:rFonts w:ascii="Roboto Mono" w:hAnsi="Roboto Mono"/>
                <w:b/>
                <w:color w:val="000000"/>
                <w:sz w:val="16"/>
              </w:rPr>
              <w:br/>
              <w:t>GET MV_WIN_SRC CURRENT WinNo</w:t>
            </w:r>
          </w:p>
        </w:tc>
        <w:tc>
          <w:tcPr>
            <w:tcW w:w="3600" w:type="dxa"/>
            <w:vMerge w:val="restart"/>
            <w:shd w:val="clear" w:color="auto" w:fill="F2F2F2"/>
            <w:tcMar>
              <w:top w:w="80" w:type="dxa"/>
              <w:left w:w="80" w:type="dxa"/>
              <w:bottom w:w="80" w:type="dxa"/>
              <w:right w:w="80" w:type="dxa"/>
            </w:tcMar>
          </w:tcPr>
          <w:p w14:paraId="15F7E398" w14:textId="77777777" w:rsidR="00EC7A70" w:rsidRDefault="00EC7A70" w:rsidP="00D420CD">
            <w:r>
              <w:rPr>
                <w:color w:val="000000"/>
                <w:sz w:val="16"/>
              </w:rPr>
              <w:t>Parameters:</w:t>
            </w:r>
            <w:r>
              <w:rPr>
                <w:color w:val="000000"/>
                <w:sz w:val="16"/>
              </w:rPr>
              <w:br/>
              <w:t>NONE = Currently connected to dual outputs; multi-view is not supported.</w:t>
            </w:r>
          </w:p>
        </w:tc>
      </w:tr>
      <w:tr w:rsidR="00EC7A70" w14:paraId="55A21B93" w14:textId="77777777" w:rsidTr="00D420CD">
        <w:trPr>
          <w:jc w:val="center"/>
        </w:trPr>
        <w:tc>
          <w:tcPr>
            <w:tcW w:w="5760" w:type="dxa"/>
            <w:tcMar>
              <w:top w:w="80" w:type="dxa"/>
              <w:left w:w="80" w:type="dxa"/>
              <w:bottom w:w="80" w:type="dxa"/>
              <w:right w:w="80" w:type="dxa"/>
            </w:tcMar>
          </w:tcPr>
          <w:p w14:paraId="5BC666AC" w14:textId="77777777" w:rsidR="00EC7A70" w:rsidRDefault="00EC7A70" w:rsidP="00D420CD">
            <w:r>
              <w:rPr>
                <w:color w:val="000000"/>
                <w:sz w:val="18"/>
              </w:rPr>
              <w:t>Response Structure</w:t>
            </w:r>
            <w:r>
              <w:rPr>
                <w:rFonts w:ascii="Roboto Mono" w:hAnsi="Roboto Mono"/>
                <w:b/>
                <w:color w:val="000000"/>
                <w:sz w:val="16"/>
              </w:rPr>
              <w:br/>
              <w:t>MV_WIN_SRC NONE</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 xml:space="preserve">MV_WIN_SRC CURRENT &lt; WinNo &gt; &lt; </w:t>
            </w:r>
            <w:proofErr w:type="spellStart"/>
            <w:r>
              <w:rPr>
                <w:rFonts w:ascii="Roboto Mono" w:hAnsi="Roboto Mono"/>
                <w:b/>
                <w:color w:val="000000"/>
                <w:sz w:val="16"/>
              </w:rPr>
              <w:t>Src</w:t>
            </w:r>
            <w:proofErr w:type="spellEnd"/>
            <w:r>
              <w:rPr>
                <w:rFonts w:ascii="Roboto Mono" w:hAnsi="Roboto Mono"/>
                <w:b/>
                <w:color w:val="000000"/>
                <w:sz w:val="16"/>
              </w:rPr>
              <w:t xml:space="preserve"> &gt;</w:t>
            </w:r>
          </w:p>
        </w:tc>
        <w:tc>
          <w:tcPr>
            <w:tcW w:w="3600" w:type="dxa"/>
            <w:vMerge/>
          </w:tcPr>
          <w:p w14:paraId="655DAC26" w14:textId="77777777" w:rsidR="00EC7A70" w:rsidRDefault="00EC7A70" w:rsidP="00D420CD"/>
        </w:tc>
      </w:tr>
      <w:tr w:rsidR="00EC7A70" w14:paraId="0E9A9FC3" w14:textId="77777777" w:rsidTr="00D420CD">
        <w:trPr>
          <w:jc w:val="center"/>
        </w:trPr>
        <w:tc>
          <w:tcPr>
            <w:tcW w:w="5760" w:type="dxa"/>
            <w:tcMar>
              <w:top w:w="80" w:type="dxa"/>
              <w:left w:w="80" w:type="dxa"/>
              <w:bottom w:w="0" w:type="dxa"/>
              <w:right w:w="80" w:type="dxa"/>
            </w:tcMar>
          </w:tcPr>
          <w:p w14:paraId="4708B436" w14:textId="77777777" w:rsidR="00EC7A70" w:rsidRDefault="00EC7A70" w:rsidP="00D420CD">
            <w:r>
              <w:rPr>
                <w:color w:val="000000"/>
                <w:sz w:val="18"/>
              </w:rPr>
              <w:t>Command Example</w:t>
            </w:r>
          </w:p>
        </w:tc>
        <w:tc>
          <w:tcPr>
            <w:tcW w:w="3600" w:type="dxa"/>
            <w:vMerge/>
          </w:tcPr>
          <w:p w14:paraId="33F66558" w14:textId="77777777" w:rsidR="00EC7A70" w:rsidRDefault="00EC7A70" w:rsidP="00D420CD"/>
        </w:tc>
      </w:tr>
      <w:tr w:rsidR="00EC7A70" w14:paraId="07248073" w14:textId="77777777" w:rsidTr="00D420CD">
        <w:trPr>
          <w:jc w:val="center"/>
        </w:trPr>
        <w:tc>
          <w:tcPr>
            <w:tcW w:w="5760" w:type="dxa"/>
            <w:shd w:val="clear" w:color="auto" w:fill="000000"/>
            <w:tcMar>
              <w:top w:w="0" w:type="dxa"/>
              <w:left w:w="80" w:type="dxa"/>
              <w:bottom w:w="80" w:type="dxa"/>
              <w:right w:w="80" w:type="dxa"/>
            </w:tcMar>
          </w:tcPr>
          <w:p w14:paraId="5CEFB78E" w14:textId="77777777" w:rsidR="00EC7A70" w:rsidRDefault="00EC7A70" w:rsidP="00D420CD">
            <w:r>
              <w:rPr>
                <w:rFonts w:ascii="Roboto Mono" w:hAnsi="Roboto Mono"/>
                <w:b/>
                <w:color w:val="FFFFFF"/>
                <w:sz w:val="16"/>
              </w:rPr>
              <w:t>GET MV_WIN_SRC CURRENT WIN2</w:t>
            </w:r>
          </w:p>
        </w:tc>
        <w:tc>
          <w:tcPr>
            <w:tcW w:w="3600" w:type="dxa"/>
            <w:vMerge/>
          </w:tcPr>
          <w:p w14:paraId="7361B9DE" w14:textId="77777777" w:rsidR="00EC7A70" w:rsidRDefault="00EC7A70" w:rsidP="00D420CD"/>
        </w:tc>
      </w:tr>
      <w:tr w:rsidR="00EC7A70" w14:paraId="3045E898" w14:textId="77777777" w:rsidTr="00D420CD">
        <w:trPr>
          <w:jc w:val="center"/>
        </w:trPr>
        <w:tc>
          <w:tcPr>
            <w:tcW w:w="5760" w:type="dxa"/>
            <w:tcMar>
              <w:top w:w="80" w:type="dxa"/>
              <w:left w:w="80" w:type="dxa"/>
              <w:bottom w:w="0" w:type="dxa"/>
              <w:right w:w="80" w:type="dxa"/>
            </w:tcMar>
          </w:tcPr>
          <w:p w14:paraId="1E606690" w14:textId="77777777" w:rsidR="00EC7A70" w:rsidRDefault="00EC7A70" w:rsidP="00D420CD">
            <w:r>
              <w:rPr>
                <w:color w:val="000000"/>
                <w:sz w:val="18"/>
              </w:rPr>
              <w:t>Response Example</w:t>
            </w:r>
          </w:p>
        </w:tc>
        <w:tc>
          <w:tcPr>
            <w:tcW w:w="3600" w:type="dxa"/>
            <w:vMerge/>
          </w:tcPr>
          <w:p w14:paraId="734B7149" w14:textId="77777777" w:rsidR="00EC7A70" w:rsidRDefault="00EC7A70" w:rsidP="00D420CD"/>
        </w:tc>
      </w:tr>
      <w:tr w:rsidR="00EC7A70" w14:paraId="0D74C8ED" w14:textId="77777777" w:rsidTr="00D420CD">
        <w:trPr>
          <w:jc w:val="center"/>
        </w:trPr>
        <w:tc>
          <w:tcPr>
            <w:tcW w:w="5760" w:type="dxa"/>
            <w:shd w:val="clear" w:color="auto" w:fill="000000"/>
            <w:tcMar>
              <w:top w:w="0" w:type="dxa"/>
              <w:left w:w="80" w:type="dxa"/>
              <w:bottom w:w="80" w:type="dxa"/>
              <w:right w:w="80" w:type="dxa"/>
            </w:tcMar>
          </w:tcPr>
          <w:p w14:paraId="04F8D86D" w14:textId="77777777" w:rsidR="00EC7A70" w:rsidRDefault="00EC7A70" w:rsidP="00D420CD">
            <w:r>
              <w:rPr>
                <w:rFonts w:ascii="Roboto Mono" w:hAnsi="Roboto Mono"/>
                <w:b/>
                <w:color w:val="FFFFFF"/>
                <w:sz w:val="16"/>
              </w:rPr>
              <w:t>MV_WIN_SRC CURRENT WIN2 IN2</w:t>
            </w:r>
          </w:p>
        </w:tc>
        <w:tc>
          <w:tcPr>
            <w:tcW w:w="3600" w:type="dxa"/>
            <w:vMerge/>
          </w:tcPr>
          <w:p w14:paraId="599392D5" w14:textId="77777777" w:rsidR="00EC7A70" w:rsidRDefault="00EC7A70" w:rsidP="00D420CD"/>
        </w:tc>
      </w:tr>
      <w:tr w:rsidR="00EC7A70" w14:paraId="2734D907" w14:textId="77777777" w:rsidTr="00D420CD">
        <w:trPr>
          <w:jc w:val="center"/>
        </w:trPr>
        <w:tc>
          <w:tcPr>
            <w:tcW w:w="9360" w:type="dxa"/>
            <w:gridSpan w:val="2"/>
            <w:shd w:val="clear" w:color="auto" w:fill="E0F6EC"/>
            <w:tcMar>
              <w:top w:w="80" w:type="dxa"/>
              <w:left w:w="80" w:type="dxa"/>
              <w:bottom w:w="80" w:type="dxa"/>
              <w:right w:w="80" w:type="dxa"/>
            </w:tcMar>
          </w:tcPr>
          <w:p w14:paraId="544CF3E1" w14:textId="77777777" w:rsidR="00EC7A70" w:rsidRDefault="00EC7A70" w:rsidP="00D420CD">
            <w:r>
              <w:rPr>
                <w:color w:val="000000"/>
                <w:sz w:val="16"/>
              </w:rPr>
              <w:t>Additional Notes: When connected to a single output but multi-view is disabled, this API returns normally.</w:t>
            </w:r>
            <w:r>
              <w:rPr>
                <w:color w:val="000000"/>
                <w:sz w:val="16"/>
              </w:rPr>
              <w:br/>
              <w:t>This API is a subset of the previous API, used to support SYN-TOUCH10.</w:t>
            </w:r>
          </w:p>
        </w:tc>
      </w:tr>
    </w:tbl>
    <w:p w14:paraId="3176B6AA" w14:textId="77777777" w:rsidR="00EC7A70" w:rsidRDefault="00EC7A70" w:rsidP="00EC7A70"/>
    <w:p w14:paraId="7E2C16F7" w14:textId="762D5D3A" w:rsidR="00EC7A70" w:rsidRPr="000B05FA" w:rsidRDefault="00EC7A70" w:rsidP="00EC7A70">
      <w:pPr>
        <w:pStyle w:val="Heading1"/>
        <w:rPr>
          <w:rFonts w:ascii="Roboto" w:hAnsi="Roboto"/>
          <w:color w:val="000000"/>
          <w:sz w:val="32"/>
        </w:rPr>
      </w:pPr>
      <w:bookmarkStart w:id="57" w:name="_Toc218512818"/>
      <w:r>
        <w:rPr>
          <w:rFonts w:ascii="Roboto" w:hAnsi="Roboto"/>
          <w:color w:val="000000"/>
          <w:sz w:val="32"/>
        </w:rPr>
        <w:t>4</w:t>
      </w:r>
      <w:r w:rsidRPr="000B05FA">
        <w:rPr>
          <w:rFonts w:ascii="Roboto" w:hAnsi="Roboto"/>
          <w:color w:val="000000"/>
          <w:sz w:val="32"/>
        </w:rPr>
        <w:t xml:space="preserve">. </w:t>
      </w:r>
      <w:r w:rsidRPr="00EC7A70">
        <w:rPr>
          <w:rFonts w:ascii="Roboto" w:hAnsi="Roboto"/>
          <w:color w:val="000000"/>
          <w:sz w:val="32"/>
          <w:lang w:val="en"/>
        </w:rPr>
        <w:t>Audio and Other Signal Switching</w:t>
      </w:r>
      <w:bookmarkEnd w:id="57"/>
    </w:p>
    <w:p w14:paraId="3EDEA350" w14:textId="77777777" w:rsidR="00EC7A70" w:rsidRDefault="00EC7A70" w:rsidP="00EC7A70"/>
    <w:p w14:paraId="324A586C" w14:textId="77777777" w:rsidR="00EC7A70" w:rsidRDefault="00EC7A70" w:rsidP="00EC7A70">
      <w:pPr>
        <w:pStyle w:val="Heading2"/>
      </w:pPr>
      <w:bookmarkStart w:id="58" w:name="_Toc218512819"/>
      <w:r>
        <w:rPr>
          <w:rFonts w:ascii="Roboto" w:hAnsi="Roboto"/>
          <w:color w:val="000000"/>
          <w:sz w:val="28"/>
        </w:rPr>
        <w:t>4.1 Set Audio Auto-Switching</w:t>
      </w:r>
      <w:bookmarkEnd w:id="58"/>
    </w:p>
    <w:p w14:paraId="692EF7B5" w14:textId="77777777" w:rsidR="00EC7A70" w:rsidRDefault="00EC7A70" w:rsidP="00EC7A70">
      <w:r>
        <w:rPr>
          <w:rFonts w:ascii="Roboto" w:hAnsi="Roboto"/>
          <w:sz w:val="18"/>
        </w:rPr>
        <w:br/>
        <w:t>Enable or disable audio auto-switching.</w:t>
      </w:r>
    </w:p>
    <w:tbl>
      <w:tblPr>
        <w:tblStyle w:val="luka"/>
        <w:tblW w:w="0" w:type="auto"/>
        <w:jc w:val="center"/>
        <w:tblLook w:val="04A0" w:firstRow="1" w:lastRow="0" w:firstColumn="1" w:lastColumn="0" w:noHBand="0" w:noVBand="1"/>
      </w:tblPr>
      <w:tblGrid>
        <w:gridCol w:w="5760"/>
        <w:gridCol w:w="3600"/>
      </w:tblGrid>
      <w:tr w:rsidR="00EC7A70" w14:paraId="4754EFA0" w14:textId="77777777" w:rsidTr="00D420CD">
        <w:trPr>
          <w:jc w:val="center"/>
        </w:trPr>
        <w:tc>
          <w:tcPr>
            <w:tcW w:w="5760" w:type="dxa"/>
            <w:tcMar>
              <w:top w:w="80" w:type="dxa"/>
              <w:left w:w="80" w:type="dxa"/>
              <w:bottom w:w="80" w:type="dxa"/>
              <w:right w:w="80" w:type="dxa"/>
            </w:tcMar>
          </w:tcPr>
          <w:p w14:paraId="49E1B7BD" w14:textId="77777777" w:rsidR="00EC7A70" w:rsidRDefault="00EC7A70" w:rsidP="00D420CD">
            <w:r>
              <w:rPr>
                <w:color w:val="000000"/>
                <w:sz w:val="18"/>
              </w:rPr>
              <w:t>Command Structure</w:t>
            </w:r>
            <w:r>
              <w:rPr>
                <w:rFonts w:ascii="Roboto Mono" w:hAnsi="Roboto Mono"/>
                <w:b/>
                <w:color w:val="000000"/>
                <w:sz w:val="16"/>
              </w:rPr>
              <w:br/>
              <w:t>SET AUDIO_AUTOSW_FN &lt; ON | OFF &gt;</w:t>
            </w:r>
          </w:p>
        </w:tc>
        <w:tc>
          <w:tcPr>
            <w:tcW w:w="3600" w:type="dxa"/>
            <w:vMerge w:val="restart"/>
            <w:shd w:val="clear" w:color="auto" w:fill="F2F2F2"/>
            <w:tcMar>
              <w:top w:w="80" w:type="dxa"/>
              <w:left w:w="80" w:type="dxa"/>
              <w:bottom w:w="80" w:type="dxa"/>
              <w:right w:w="80" w:type="dxa"/>
            </w:tcMar>
          </w:tcPr>
          <w:p w14:paraId="7352B775" w14:textId="77777777" w:rsidR="00EC7A70" w:rsidRDefault="00EC7A70" w:rsidP="00D420CD">
            <w:r>
              <w:rPr>
                <w:color w:val="000000"/>
                <w:sz w:val="16"/>
              </w:rPr>
              <w:t>Parameters:</w:t>
            </w:r>
            <w:r>
              <w:rPr>
                <w:color w:val="000000"/>
                <w:sz w:val="16"/>
              </w:rPr>
              <w:br/>
              <w:t>Default value: ON</w:t>
            </w:r>
          </w:p>
        </w:tc>
      </w:tr>
      <w:tr w:rsidR="00EC7A70" w14:paraId="2A4D29B0" w14:textId="77777777" w:rsidTr="00D420CD">
        <w:trPr>
          <w:jc w:val="center"/>
        </w:trPr>
        <w:tc>
          <w:tcPr>
            <w:tcW w:w="5760" w:type="dxa"/>
            <w:tcMar>
              <w:top w:w="80" w:type="dxa"/>
              <w:left w:w="80" w:type="dxa"/>
              <w:bottom w:w="80" w:type="dxa"/>
              <w:right w:w="80" w:type="dxa"/>
            </w:tcMar>
          </w:tcPr>
          <w:p w14:paraId="2079AB2A" w14:textId="77777777" w:rsidR="00EC7A70" w:rsidRDefault="00EC7A70" w:rsidP="00D420CD">
            <w:r>
              <w:rPr>
                <w:color w:val="000000"/>
                <w:sz w:val="18"/>
              </w:rPr>
              <w:t>Response Structure</w:t>
            </w:r>
            <w:r>
              <w:rPr>
                <w:rFonts w:ascii="Roboto Mono" w:hAnsi="Roboto Mono"/>
                <w:b/>
                <w:color w:val="000000"/>
                <w:sz w:val="16"/>
              </w:rPr>
              <w:br/>
              <w:t>AUDIO_AUTOSW_FN &lt; ON | OFF &gt;</w:t>
            </w:r>
          </w:p>
        </w:tc>
        <w:tc>
          <w:tcPr>
            <w:tcW w:w="3600" w:type="dxa"/>
            <w:vMerge/>
          </w:tcPr>
          <w:p w14:paraId="76A81C28" w14:textId="77777777" w:rsidR="00EC7A70" w:rsidRDefault="00EC7A70" w:rsidP="00D420CD"/>
        </w:tc>
      </w:tr>
      <w:tr w:rsidR="00EC7A70" w14:paraId="3C1FF853" w14:textId="77777777" w:rsidTr="00D420CD">
        <w:trPr>
          <w:jc w:val="center"/>
        </w:trPr>
        <w:tc>
          <w:tcPr>
            <w:tcW w:w="5760" w:type="dxa"/>
            <w:tcMar>
              <w:top w:w="80" w:type="dxa"/>
              <w:left w:w="80" w:type="dxa"/>
              <w:bottom w:w="0" w:type="dxa"/>
              <w:right w:w="80" w:type="dxa"/>
            </w:tcMar>
          </w:tcPr>
          <w:p w14:paraId="6D4501DA" w14:textId="77777777" w:rsidR="00EC7A70" w:rsidRDefault="00EC7A70" w:rsidP="00D420CD">
            <w:r>
              <w:rPr>
                <w:color w:val="000000"/>
                <w:sz w:val="18"/>
              </w:rPr>
              <w:t>Command Example</w:t>
            </w:r>
          </w:p>
        </w:tc>
        <w:tc>
          <w:tcPr>
            <w:tcW w:w="3600" w:type="dxa"/>
            <w:vMerge/>
          </w:tcPr>
          <w:p w14:paraId="0B64FBE3" w14:textId="77777777" w:rsidR="00EC7A70" w:rsidRDefault="00EC7A70" w:rsidP="00D420CD"/>
        </w:tc>
      </w:tr>
      <w:tr w:rsidR="00EC7A70" w14:paraId="1104B55A" w14:textId="77777777" w:rsidTr="00D420CD">
        <w:trPr>
          <w:jc w:val="center"/>
        </w:trPr>
        <w:tc>
          <w:tcPr>
            <w:tcW w:w="5760" w:type="dxa"/>
            <w:shd w:val="clear" w:color="auto" w:fill="000000"/>
            <w:tcMar>
              <w:top w:w="0" w:type="dxa"/>
              <w:left w:w="80" w:type="dxa"/>
              <w:bottom w:w="80" w:type="dxa"/>
              <w:right w:w="80" w:type="dxa"/>
            </w:tcMar>
          </w:tcPr>
          <w:p w14:paraId="31865F38" w14:textId="77777777" w:rsidR="00EC7A70" w:rsidRDefault="00EC7A70" w:rsidP="00D420CD">
            <w:r>
              <w:rPr>
                <w:rFonts w:ascii="Roboto Mono" w:hAnsi="Roboto Mono"/>
                <w:b/>
                <w:color w:val="FFFFFF"/>
                <w:sz w:val="16"/>
              </w:rPr>
              <w:t>SET AUDIO_AUTOSW_FN OFF</w:t>
            </w:r>
          </w:p>
        </w:tc>
        <w:tc>
          <w:tcPr>
            <w:tcW w:w="3600" w:type="dxa"/>
            <w:vMerge/>
          </w:tcPr>
          <w:p w14:paraId="0AFFC3BC" w14:textId="77777777" w:rsidR="00EC7A70" w:rsidRDefault="00EC7A70" w:rsidP="00D420CD"/>
        </w:tc>
      </w:tr>
      <w:tr w:rsidR="00EC7A70" w14:paraId="089789C5" w14:textId="77777777" w:rsidTr="00D420CD">
        <w:trPr>
          <w:jc w:val="center"/>
        </w:trPr>
        <w:tc>
          <w:tcPr>
            <w:tcW w:w="5760" w:type="dxa"/>
            <w:tcMar>
              <w:top w:w="80" w:type="dxa"/>
              <w:left w:w="80" w:type="dxa"/>
              <w:bottom w:w="0" w:type="dxa"/>
              <w:right w:w="80" w:type="dxa"/>
            </w:tcMar>
          </w:tcPr>
          <w:p w14:paraId="7CADFE0E" w14:textId="77777777" w:rsidR="00EC7A70" w:rsidRDefault="00EC7A70" w:rsidP="00D420CD">
            <w:r>
              <w:rPr>
                <w:color w:val="000000"/>
                <w:sz w:val="18"/>
              </w:rPr>
              <w:t>Response Example</w:t>
            </w:r>
          </w:p>
        </w:tc>
        <w:tc>
          <w:tcPr>
            <w:tcW w:w="3600" w:type="dxa"/>
            <w:vMerge/>
          </w:tcPr>
          <w:p w14:paraId="39F8606A" w14:textId="77777777" w:rsidR="00EC7A70" w:rsidRDefault="00EC7A70" w:rsidP="00D420CD"/>
        </w:tc>
      </w:tr>
      <w:tr w:rsidR="00EC7A70" w14:paraId="4AB61F0D" w14:textId="77777777" w:rsidTr="00D420CD">
        <w:trPr>
          <w:jc w:val="center"/>
        </w:trPr>
        <w:tc>
          <w:tcPr>
            <w:tcW w:w="5760" w:type="dxa"/>
            <w:shd w:val="clear" w:color="auto" w:fill="000000"/>
            <w:tcMar>
              <w:top w:w="0" w:type="dxa"/>
              <w:left w:w="80" w:type="dxa"/>
              <w:bottom w:w="80" w:type="dxa"/>
              <w:right w:w="80" w:type="dxa"/>
            </w:tcMar>
          </w:tcPr>
          <w:p w14:paraId="388CF414" w14:textId="77777777" w:rsidR="00EC7A70" w:rsidRDefault="00EC7A70" w:rsidP="00D420CD">
            <w:r>
              <w:rPr>
                <w:rFonts w:ascii="Roboto Mono" w:hAnsi="Roboto Mono"/>
                <w:b/>
                <w:color w:val="FFFFFF"/>
                <w:sz w:val="16"/>
              </w:rPr>
              <w:t>AUDIO_AUTOSW_FN OFF</w:t>
            </w:r>
          </w:p>
        </w:tc>
        <w:tc>
          <w:tcPr>
            <w:tcW w:w="3600" w:type="dxa"/>
            <w:vMerge/>
          </w:tcPr>
          <w:p w14:paraId="127C6EDF" w14:textId="77777777" w:rsidR="00EC7A70" w:rsidRDefault="00EC7A70" w:rsidP="00D420CD"/>
        </w:tc>
      </w:tr>
      <w:tr w:rsidR="00EC7A70" w14:paraId="62F63E9A" w14:textId="77777777" w:rsidTr="00D420CD">
        <w:trPr>
          <w:jc w:val="center"/>
        </w:trPr>
        <w:tc>
          <w:tcPr>
            <w:tcW w:w="9360" w:type="dxa"/>
            <w:gridSpan w:val="2"/>
            <w:shd w:val="clear" w:color="auto" w:fill="E0F6EC"/>
            <w:tcMar>
              <w:top w:w="80" w:type="dxa"/>
              <w:left w:w="80" w:type="dxa"/>
              <w:bottom w:w="80" w:type="dxa"/>
              <w:right w:w="80" w:type="dxa"/>
            </w:tcMar>
          </w:tcPr>
          <w:p w14:paraId="47D21ED9" w14:textId="77777777" w:rsidR="00EC7A70" w:rsidRDefault="00EC7A70" w:rsidP="00D420CD">
            <w:r>
              <w:rPr>
                <w:color w:val="000000"/>
                <w:sz w:val="16"/>
              </w:rPr>
              <w:t xml:space="preserve">Additional Notes: </w:t>
            </w:r>
          </w:p>
        </w:tc>
      </w:tr>
    </w:tbl>
    <w:p w14:paraId="1BCC76A2" w14:textId="0DF236F5" w:rsidR="00EC7A70" w:rsidRDefault="00EC7A70" w:rsidP="00EC7A70"/>
    <w:p w14:paraId="2032FD51" w14:textId="77777777" w:rsidR="00EC7A70" w:rsidRDefault="00EC7A70">
      <w:r>
        <w:br w:type="page"/>
      </w:r>
    </w:p>
    <w:p w14:paraId="0DEFF2C8" w14:textId="77777777" w:rsidR="00EC7A70" w:rsidRDefault="00EC7A70" w:rsidP="00EC7A70">
      <w:pPr>
        <w:pStyle w:val="Heading2"/>
      </w:pPr>
      <w:bookmarkStart w:id="59" w:name="_Toc218512820"/>
      <w:r>
        <w:rPr>
          <w:rFonts w:ascii="Roboto" w:hAnsi="Roboto"/>
          <w:color w:val="000000"/>
          <w:sz w:val="28"/>
        </w:rPr>
        <w:lastRenderedPageBreak/>
        <w:t>4.2 Get Audio Auto-Switch Status</w:t>
      </w:r>
      <w:bookmarkEnd w:id="59"/>
    </w:p>
    <w:p w14:paraId="49419289"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3976B09B" w14:textId="77777777" w:rsidTr="00D420CD">
        <w:trPr>
          <w:jc w:val="center"/>
        </w:trPr>
        <w:tc>
          <w:tcPr>
            <w:tcW w:w="5760" w:type="dxa"/>
            <w:tcMar>
              <w:top w:w="80" w:type="dxa"/>
              <w:left w:w="80" w:type="dxa"/>
              <w:bottom w:w="80" w:type="dxa"/>
              <w:right w:w="80" w:type="dxa"/>
            </w:tcMar>
          </w:tcPr>
          <w:p w14:paraId="739F6E3A" w14:textId="77777777" w:rsidR="00EC7A70" w:rsidRDefault="00EC7A70" w:rsidP="00D420CD">
            <w:r>
              <w:rPr>
                <w:color w:val="000000"/>
                <w:sz w:val="18"/>
              </w:rPr>
              <w:t>Command Structure</w:t>
            </w:r>
            <w:r>
              <w:rPr>
                <w:rFonts w:ascii="Roboto Mono" w:hAnsi="Roboto Mono"/>
                <w:b/>
                <w:color w:val="000000"/>
                <w:sz w:val="16"/>
              </w:rPr>
              <w:br/>
              <w:t>GET AUDIO_AUTOSW_FN</w:t>
            </w:r>
          </w:p>
        </w:tc>
        <w:tc>
          <w:tcPr>
            <w:tcW w:w="3600" w:type="dxa"/>
            <w:vMerge w:val="restart"/>
            <w:shd w:val="clear" w:color="auto" w:fill="F2F2F2"/>
            <w:tcMar>
              <w:top w:w="80" w:type="dxa"/>
              <w:left w:w="80" w:type="dxa"/>
              <w:bottom w:w="80" w:type="dxa"/>
              <w:right w:w="80" w:type="dxa"/>
            </w:tcMar>
          </w:tcPr>
          <w:p w14:paraId="4654ACD1" w14:textId="77777777" w:rsidR="00EC7A70" w:rsidRDefault="00EC7A70" w:rsidP="00D420CD">
            <w:r>
              <w:rPr>
                <w:color w:val="000000"/>
                <w:sz w:val="16"/>
              </w:rPr>
              <w:t>Parameters:</w:t>
            </w:r>
            <w:r>
              <w:rPr>
                <w:color w:val="000000"/>
                <w:sz w:val="16"/>
              </w:rPr>
              <w:br/>
            </w:r>
          </w:p>
        </w:tc>
      </w:tr>
      <w:tr w:rsidR="00EC7A70" w14:paraId="24489A5B" w14:textId="77777777" w:rsidTr="00D420CD">
        <w:trPr>
          <w:jc w:val="center"/>
        </w:trPr>
        <w:tc>
          <w:tcPr>
            <w:tcW w:w="5760" w:type="dxa"/>
            <w:tcMar>
              <w:top w:w="80" w:type="dxa"/>
              <w:left w:w="80" w:type="dxa"/>
              <w:bottom w:w="80" w:type="dxa"/>
              <w:right w:w="80" w:type="dxa"/>
            </w:tcMar>
          </w:tcPr>
          <w:p w14:paraId="19620C9E" w14:textId="77777777" w:rsidR="00EC7A70" w:rsidRDefault="00EC7A70" w:rsidP="00D420CD">
            <w:r>
              <w:rPr>
                <w:color w:val="000000"/>
                <w:sz w:val="18"/>
              </w:rPr>
              <w:t>Response Structure</w:t>
            </w:r>
            <w:r>
              <w:rPr>
                <w:rFonts w:ascii="Roboto Mono" w:hAnsi="Roboto Mono"/>
                <w:b/>
                <w:color w:val="000000"/>
                <w:sz w:val="16"/>
              </w:rPr>
              <w:br/>
              <w:t>AUDIO_AUTOSW_FN &lt; ON | OFF &gt;</w:t>
            </w:r>
          </w:p>
        </w:tc>
        <w:tc>
          <w:tcPr>
            <w:tcW w:w="3600" w:type="dxa"/>
            <w:vMerge/>
          </w:tcPr>
          <w:p w14:paraId="618AC8DC" w14:textId="77777777" w:rsidR="00EC7A70" w:rsidRDefault="00EC7A70" w:rsidP="00D420CD"/>
        </w:tc>
      </w:tr>
      <w:tr w:rsidR="00EC7A70" w14:paraId="451D3C9D" w14:textId="77777777" w:rsidTr="00D420CD">
        <w:trPr>
          <w:jc w:val="center"/>
        </w:trPr>
        <w:tc>
          <w:tcPr>
            <w:tcW w:w="5760" w:type="dxa"/>
            <w:tcMar>
              <w:top w:w="80" w:type="dxa"/>
              <w:left w:w="80" w:type="dxa"/>
              <w:bottom w:w="0" w:type="dxa"/>
              <w:right w:w="80" w:type="dxa"/>
            </w:tcMar>
          </w:tcPr>
          <w:p w14:paraId="10566742" w14:textId="77777777" w:rsidR="00EC7A70" w:rsidRDefault="00EC7A70" w:rsidP="00D420CD">
            <w:r>
              <w:rPr>
                <w:color w:val="000000"/>
                <w:sz w:val="18"/>
              </w:rPr>
              <w:t>Command Example</w:t>
            </w:r>
          </w:p>
        </w:tc>
        <w:tc>
          <w:tcPr>
            <w:tcW w:w="3600" w:type="dxa"/>
            <w:vMerge/>
          </w:tcPr>
          <w:p w14:paraId="5DC40C6B" w14:textId="77777777" w:rsidR="00EC7A70" w:rsidRDefault="00EC7A70" w:rsidP="00D420CD"/>
        </w:tc>
      </w:tr>
      <w:tr w:rsidR="00EC7A70" w14:paraId="6466DF7A" w14:textId="77777777" w:rsidTr="00D420CD">
        <w:trPr>
          <w:jc w:val="center"/>
        </w:trPr>
        <w:tc>
          <w:tcPr>
            <w:tcW w:w="5760" w:type="dxa"/>
            <w:shd w:val="clear" w:color="auto" w:fill="000000"/>
            <w:tcMar>
              <w:top w:w="0" w:type="dxa"/>
              <w:left w:w="80" w:type="dxa"/>
              <w:bottom w:w="80" w:type="dxa"/>
              <w:right w:w="80" w:type="dxa"/>
            </w:tcMar>
          </w:tcPr>
          <w:p w14:paraId="0DAB216A" w14:textId="77777777" w:rsidR="00EC7A70" w:rsidRDefault="00EC7A70" w:rsidP="00D420CD">
            <w:r>
              <w:rPr>
                <w:rFonts w:ascii="Roboto Mono" w:hAnsi="Roboto Mono"/>
                <w:b/>
                <w:color w:val="FFFFFF"/>
                <w:sz w:val="16"/>
              </w:rPr>
              <w:t>GET AUDIO_AUTOSW_FN</w:t>
            </w:r>
          </w:p>
        </w:tc>
        <w:tc>
          <w:tcPr>
            <w:tcW w:w="3600" w:type="dxa"/>
            <w:vMerge/>
          </w:tcPr>
          <w:p w14:paraId="792D92D5" w14:textId="77777777" w:rsidR="00EC7A70" w:rsidRDefault="00EC7A70" w:rsidP="00D420CD"/>
        </w:tc>
      </w:tr>
      <w:tr w:rsidR="00EC7A70" w14:paraId="54EB03B1" w14:textId="77777777" w:rsidTr="00D420CD">
        <w:trPr>
          <w:jc w:val="center"/>
        </w:trPr>
        <w:tc>
          <w:tcPr>
            <w:tcW w:w="5760" w:type="dxa"/>
            <w:tcMar>
              <w:top w:w="80" w:type="dxa"/>
              <w:left w:w="80" w:type="dxa"/>
              <w:bottom w:w="0" w:type="dxa"/>
              <w:right w:w="80" w:type="dxa"/>
            </w:tcMar>
          </w:tcPr>
          <w:p w14:paraId="59982CF3" w14:textId="77777777" w:rsidR="00EC7A70" w:rsidRDefault="00EC7A70" w:rsidP="00D420CD">
            <w:r>
              <w:rPr>
                <w:color w:val="000000"/>
                <w:sz w:val="18"/>
              </w:rPr>
              <w:t>Response Example</w:t>
            </w:r>
          </w:p>
        </w:tc>
        <w:tc>
          <w:tcPr>
            <w:tcW w:w="3600" w:type="dxa"/>
            <w:vMerge/>
          </w:tcPr>
          <w:p w14:paraId="3E015A1E" w14:textId="77777777" w:rsidR="00EC7A70" w:rsidRDefault="00EC7A70" w:rsidP="00D420CD"/>
        </w:tc>
      </w:tr>
      <w:tr w:rsidR="00EC7A70" w14:paraId="1EE9A63C" w14:textId="77777777" w:rsidTr="00D420CD">
        <w:trPr>
          <w:jc w:val="center"/>
        </w:trPr>
        <w:tc>
          <w:tcPr>
            <w:tcW w:w="5760" w:type="dxa"/>
            <w:shd w:val="clear" w:color="auto" w:fill="000000"/>
            <w:tcMar>
              <w:top w:w="0" w:type="dxa"/>
              <w:left w:w="80" w:type="dxa"/>
              <w:bottom w:w="80" w:type="dxa"/>
              <w:right w:w="80" w:type="dxa"/>
            </w:tcMar>
          </w:tcPr>
          <w:p w14:paraId="56F9927D" w14:textId="77777777" w:rsidR="00EC7A70" w:rsidRDefault="00EC7A70" w:rsidP="00D420CD">
            <w:r>
              <w:rPr>
                <w:rFonts w:ascii="Roboto Mono" w:hAnsi="Roboto Mono"/>
                <w:b/>
                <w:color w:val="FFFFFF"/>
                <w:sz w:val="16"/>
              </w:rPr>
              <w:t>AUDIO_AUTOSW_FN OFF</w:t>
            </w:r>
          </w:p>
        </w:tc>
        <w:tc>
          <w:tcPr>
            <w:tcW w:w="3600" w:type="dxa"/>
            <w:vMerge/>
          </w:tcPr>
          <w:p w14:paraId="3F75A28C" w14:textId="77777777" w:rsidR="00EC7A70" w:rsidRDefault="00EC7A70" w:rsidP="00D420CD"/>
        </w:tc>
      </w:tr>
      <w:tr w:rsidR="00EC7A70" w14:paraId="4AC120C6" w14:textId="77777777" w:rsidTr="00D420CD">
        <w:trPr>
          <w:jc w:val="center"/>
        </w:trPr>
        <w:tc>
          <w:tcPr>
            <w:tcW w:w="9360" w:type="dxa"/>
            <w:gridSpan w:val="2"/>
            <w:shd w:val="clear" w:color="auto" w:fill="E0F6EC"/>
            <w:tcMar>
              <w:top w:w="80" w:type="dxa"/>
              <w:left w:w="80" w:type="dxa"/>
              <w:bottom w:w="80" w:type="dxa"/>
              <w:right w:w="80" w:type="dxa"/>
            </w:tcMar>
          </w:tcPr>
          <w:p w14:paraId="049B0951" w14:textId="77777777" w:rsidR="00EC7A70" w:rsidRDefault="00EC7A70" w:rsidP="00D420CD">
            <w:r>
              <w:rPr>
                <w:color w:val="000000"/>
                <w:sz w:val="16"/>
              </w:rPr>
              <w:t xml:space="preserve">Additional Notes: </w:t>
            </w:r>
          </w:p>
        </w:tc>
      </w:tr>
    </w:tbl>
    <w:p w14:paraId="6E13162E" w14:textId="77777777" w:rsidR="00EC7A70" w:rsidRDefault="00EC7A70" w:rsidP="00EC7A70"/>
    <w:p w14:paraId="6D46E323" w14:textId="77777777" w:rsidR="00EC7A70" w:rsidRDefault="00EC7A70" w:rsidP="00EC7A70">
      <w:pPr>
        <w:pStyle w:val="Heading2"/>
      </w:pPr>
      <w:bookmarkStart w:id="60" w:name="_Toc218512821"/>
      <w:r>
        <w:rPr>
          <w:rFonts w:ascii="Roboto" w:hAnsi="Roboto"/>
          <w:color w:val="000000"/>
          <w:sz w:val="28"/>
        </w:rPr>
        <w:t>4.3 Switch to Wired Audio Source</w:t>
      </w:r>
      <w:bookmarkEnd w:id="60"/>
    </w:p>
    <w:p w14:paraId="53849C71" w14:textId="77777777" w:rsidR="00EC7A70" w:rsidRDefault="00EC7A70" w:rsidP="00EC7A70">
      <w:r>
        <w:rPr>
          <w:rFonts w:ascii="Roboto" w:hAnsi="Roboto"/>
          <w:sz w:val="18"/>
        </w:rPr>
        <w:br/>
        <w:t>When audio auto-switching is disabled, use this API to force the device to always output audio from a wired source.</w:t>
      </w:r>
    </w:p>
    <w:tbl>
      <w:tblPr>
        <w:tblStyle w:val="luka"/>
        <w:tblW w:w="0" w:type="auto"/>
        <w:jc w:val="center"/>
        <w:tblLook w:val="04A0" w:firstRow="1" w:lastRow="0" w:firstColumn="1" w:lastColumn="0" w:noHBand="0" w:noVBand="1"/>
      </w:tblPr>
      <w:tblGrid>
        <w:gridCol w:w="5760"/>
        <w:gridCol w:w="3600"/>
      </w:tblGrid>
      <w:tr w:rsidR="00EC7A70" w14:paraId="27814624" w14:textId="77777777" w:rsidTr="00D420CD">
        <w:trPr>
          <w:jc w:val="center"/>
        </w:trPr>
        <w:tc>
          <w:tcPr>
            <w:tcW w:w="5760" w:type="dxa"/>
            <w:tcMar>
              <w:top w:w="80" w:type="dxa"/>
              <w:left w:w="80" w:type="dxa"/>
              <w:bottom w:w="80" w:type="dxa"/>
              <w:right w:w="80" w:type="dxa"/>
            </w:tcMar>
          </w:tcPr>
          <w:p w14:paraId="21727617" w14:textId="77777777" w:rsidR="00EC7A70" w:rsidRDefault="00EC7A70" w:rsidP="00D420CD">
            <w:r>
              <w:rPr>
                <w:color w:val="000000"/>
                <w:sz w:val="18"/>
              </w:rPr>
              <w:t>Command Structure</w:t>
            </w:r>
            <w:r>
              <w:rPr>
                <w:rFonts w:ascii="Roboto Mono" w:hAnsi="Roboto Mono"/>
                <w:b/>
                <w:color w:val="000000"/>
                <w:sz w:val="16"/>
              </w:rPr>
              <w:br/>
              <w:t>SET AUDIOSW &lt; IN1 | IN2 &gt;</w:t>
            </w:r>
          </w:p>
        </w:tc>
        <w:tc>
          <w:tcPr>
            <w:tcW w:w="3600" w:type="dxa"/>
            <w:vMerge w:val="restart"/>
            <w:shd w:val="clear" w:color="auto" w:fill="F2F2F2"/>
            <w:tcMar>
              <w:top w:w="80" w:type="dxa"/>
              <w:left w:w="80" w:type="dxa"/>
              <w:bottom w:w="80" w:type="dxa"/>
              <w:right w:w="80" w:type="dxa"/>
            </w:tcMar>
          </w:tcPr>
          <w:p w14:paraId="3F291E6E" w14:textId="77777777" w:rsidR="00EC7A70" w:rsidRDefault="00EC7A70" w:rsidP="00D420CD">
            <w:r>
              <w:rPr>
                <w:color w:val="000000"/>
                <w:sz w:val="16"/>
              </w:rPr>
              <w:t>Parameters:</w:t>
            </w:r>
            <w:r>
              <w:rPr>
                <w:color w:val="000000"/>
                <w:sz w:val="16"/>
              </w:rPr>
              <w:br/>
              <w:t>STOP = Currently in the Guide screen state; the device is not actually outputting audio.</w:t>
            </w:r>
          </w:p>
        </w:tc>
      </w:tr>
      <w:tr w:rsidR="00EC7A70" w14:paraId="3F85CA96" w14:textId="77777777" w:rsidTr="00D420CD">
        <w:trPr>
          <w:jc w:val="center"/>
        </w:trPr>
        <w:tc>
          <w:tcPr>
            <w:tcW w:w="5760" w:type="dxa"/>
            <w:tcMar>
              <w:top w:w="80" w:type="dxa"/>
              <w:left w:w="80" w:type="dxa"/>
              <w:bottom w:w="80" w:type="dxa"/>
              <w:right w:w="80" w:type="dxa"/>
            </w:tcMar>
          </w:tcPr>
          <w:p w14:paraId="256CA74D" w14:textId="77777777" w:rsidR="00EC7A70" w:rsidRDefault="00EC7A70" w:rsidP="00D420CD">
            <w:r>
              <w:rPr>
                <w:color w:val="000000"/>
                <w:sz w:val="18"/>
              </w:rPr>
              <w:t>Response Structure</w:t>
            </w:r>
            <w:r>
              <w:rPr>
                <w:rFonts w:ascii="Roboto Mono" w:hAnsi="Roboto Mono"/>
                <w:b/>
                <w:color w:val="000000"/>
                <w:sz w:val="16"/>
              </w:rPr>
              <w:br/>
              <w:t xml:space="preserve">AUDIOSW &lt; IN1 | IN2 &gt; [ </w:t>
            </w:r>
            <w:proofErr w:type="gramStart"/>
            <w:r>
              <w:rPr>
                <w:rFonts w:ascii="Roboto Mono" w:hAnsi="Roboto Mono"/>
                <w:b/>
                <w:color w:val="000000"/>
                <w:sz w:val="16"/>
              </w:rPr>
              <w:t>STOP ]</w:t>
            </w:r>
            <w:proofErr w:type="gramEnd"/>
          </w:p>
        </w:tc>
        <w:tc>
          <w:tcPr>
            <w:tcW w:w="3600" w:type="dxa"/>
            <w:vMerge/>
          </w:tcPr>
          <w:p w14:paraId="545AEEBE" w14:textId="77777777" w:rsidR="00EC7A70" w:rsidRDefault="00EC7A70" w:rsidP="00D420CD"/>
        </w:tc>
      </w:tr>
      <w:tr w:rsidR="00EC7A70" w14:paraId="4EB90494" w14:textId="77777777" w:rsidTr="00D420CD">
        <w:trPr>
          <w:jc w:val="center"/>
        </w:trPr>
        <w:tc>
          <w:tcPr>
            <w:tcW w:w="5760" w:type="dxa"/>
            <w:tcMar>
              <w:top w:w="80" w:type="dxa"/>
              <w:left w:w="80" w:type="dxa"/>
              <w:bottom w:w="0" w:type="dxa"/>
              <w:right w:w="80" w:type="dxa"/>
            </w:tcMar>
          </w:tcPr>
          <w:p w14:paraId="0AB9B4FC" w14:textId="77777777" w:rsidR="00EC7A70" w:rsidRDefault="00EC7A70" w:rsidP="00D420CD">
            <w:r>
              <w:rPr>
                <w:color w:val="000000"/>
                <w:sz w:val="18"/>
              </w:rPr>
              <w:t>Command Example</w:t>
            </w:r>
          </w:p>
        </w:tc>
        <w:tc>
          <w:tcPr>
            <w:tcW w:w="3600" w:type="dxa"/>
            <w:vMerge/>
          </w:tcPr>
          <w:p w14:paraId="1160EEE2" w14:textId="77777777" w:rsidR="00EC7A70" w:rsidRDefault="00EC7A70" w:rsidP="00D420CD"/>
        </w:tc>
      </w:tr>
      <w:tr w:rsidR="00EC7A70" w14:paraId="18C57962" w14:textId="77777777" w:rsidTr="00D420CD">
        <w:trPr>
          <w:jc w:val="center"/>
        </w:trPr>
        <w:tc>
          <w:tcPr>
            <w:tcW w:w="5760" w:type="dxa"/>
            <w:shd w:val="clear" w:color="auto" w:fill="000000"/>
            <w:tcMar>
              <w:top w:w="0" w:type="dxa"/>
              <w:left w:w="80" w:type="dxa"/>
              <w:bottom w:w="80" w:type="dxa"/>
              <w:right w:w="80" w:type="dxa"/>
            </w:tcMar>
          </w:tcPr>
          <w:p w14:paraId="2AF18F9D" w14:textId="77777777" w:rsidR="00EC7A70" w:rsidRDefault="00EC7A70" w:rsidP="00D420CD">
            <w:r>
              <w:rPr>
                <w:rFonts w:ascii="Roboto Mono" w:hAnsi="Roboto Mono"/>
                <w:b/>
                <w:color w:val="FFFFFF"/>
                <w:sz w:val="16"/>
              </w:rPr>
              <w:t>SET AUDIOSW IN2</w:t>
            </w:r>
          </w:p>
        </w:tc>
        <w:tc>
          <w:tcPr>
            <w:tcW w:w="3600" w:type="dxa"/>
            <w:vMerge/>
          </w:tcPr>
          <w:p w14:paraId="101F3874" w14:textId="77777777" w:rsidR="00EC7A70" w:rsidRDefault="00EC7A70" w:rsidP="00D420CD"/>
        </w:tc>
      </w:tr>
      <w:tr w:rsidR="00EC7A70" w14:paraId="56B2FFAB" w14:textId="77777777" w:rsidTr="00D420CD">
        <w:trPr>
          <w:jc w:val="center"/>
        </w:trPr>
        <w:tc>
          <w:tcPr>
            <w:tcW w:w="5760" w:type="dxa"/>
            <w:tcMar>
              <w:top w:w="80" w:type="dxa"/>
              <w:left w:w="80" w:type="dxa"/>
              <w:bottom w:w="0" w:type="dxa"/>
              <w:right w:w="80" w:type="dxa"/>
            </w:tcMar>
          </w:tcPr>
          <w:p w14:paraId="6ACE63C4" w14:textId="77777777" w:rsidR="00EC7A70" w:rsidRDefault="00EC7A70" w:rsidP="00D420CD">
            <w:r>
              <w:rPr>
                <w:color w:val="000000"/>
                <w:sz w:val="18"/>
              </w:rPr>
              <w:t>Response Example</w:t>
            </w:r>
          </w:p>
        </w:tc>
        <w:tc>
          <w:tcPr>
            <w:tcW w:w="3600" w:type="dxa"/>
            <w:vMerge/>
          </w:tcPr>
          <w:p w14:paraId="0AD634C4" w14:textId="77777777" w:rsidR="00EC7A70" w:rsidRDefault="00EC7A70" w:rsidP="00D420CD"/>
        </w:tc>
      </w:tr>
      <w:tr w:rsidR="00EC7A70" w14:paraId="5D939554" w14:textId="77777777" w:rsidTr="00D420CD">
        <w:trPr>
          <w:jc w:val="center"/>
        </w:trPr>
        <w:tc>
          <w:tcPr>
            <w:tcW w:w="5760" w:type="dxa"/>
            <w:shd w:val="clear" w:color="auto" w:fill="000000"/>
            <w:tcMar>
              <w:top w:w="0" w:type="dxa"/>
              <w:left w:w="80" w:type="dxa"/>
              <w:bottom w:w="80" w:type="dxa"/>
              <w:right w:w="80" w:type="dxa"/>
            </w:tcMar>
          </w:tcPr>
          <w:p w14:paraId="2C07335D" w14:textId="77777777" w:rsidR="00EC7A70" w:rsidRDefault="00EC7A70" w:rsidP="00D420CD">
            <w:r>
              <w:rPr>
                <w:rFonts w:ascii="Roboto Mono" w:hAnsi="Roboto Mono"/>
                <w:b/>
                <w:color w:val="FFFFFF"/>
                <w:sz w:val="16"/>
              </w:rPr>
              <w:t>AUDIOSW IN2</w:t>
            </w:r>
          </w:p>
        </w:tc>
        <w:tc>
          <w:tcPr>
            <w:tcW w:w="3600" w:type="dxa"/>
            <w:vMerge/>
          </w:tcPr>
          <w:p w14:paraId="2B4A545F" w14:textId="77777777" w:rsidR="00EC7A70" w:rsidRDefault="00EC7A70" w:rsidP="00D420CD"/>
        </w:tc>
      </w:tr>
      <w:tr w:rsidR="00EC7A70" w14:paraId="566578DD" w14:textId="77777777" w:rsidTr="00D420CD">
        <w:trPr>
          <w:jc w:val="center"/>
        </w:trPr>
        <w:tc>
          <w:tcPr>
            <w:tcW w:w="9360" w:type="dxa"/>
            <w:gridSpan w:val="2"/>
            <w:shd w:val="clear" w:color="auto" w:fill="E0F6EC"/>
            <w:tcMar>
              <w:top w:w="80" w:type="dxa"/>
              <w:left w:w="80" w:type="dxa"/>
              <w:bottom w:w="80" w:type="dxa"/>
              <w:right w:w="80" w:type="dxa"/>
            </w:tcMar>
          </w:tcPr>
          <w:p w14:paraId="01D4A909" w14:textId="77777777" w:rsidR="00EC7A70" w:rsidRDefault="00EC7A70" w:rsidP="00D420CD">
            <w:r>
              <w:rPr>
                <w:color w:val="000000"/>
                <w:sz w:val="16"/>
              </w:rPr>
              <w:t xml:space="preserve">Additional Notes: </w:t>
            </w:r>
          </w:p>
        </w:tc>
      </w:tr>
    </w:tbl>
    <w:p w14:paraId="0DDA91C7" w14:textId="77777777" w:rsidR="00EC7A70" w:rsidRDefault="00EC7A70" w:rsidP="00EC7A70"/>
    <w:p w14:paraId="15174175" w14:textId="77777777" w:rsidR="00EC7A70" w:rsidRDefault="00EC7A70" w:rsidP="00EC7A70">
      <w:pPr>
        <w:pStyle w:val="Heading2"/>
      </w:pPr>
      <w:bookmarkStart w:id="61" w:name="_Toc218512822"/>
      <w:r>
        <w:rPr>
          <w:rFonts w:ascii="Roboto" w:hAnsi="Roboto"/>
          <w:color w:val="000000"/>
          <w:sz w:val="28"/>
        </w:rPr>
        <w:t>4.4 Switch to BYOD Audio Source</w:t>
      </w:r>
      <w:bookmarkEnd w:id="61"/>
    </w:p>
    <w:p w14:paraId="3836E7E4" w14:textId="77777777" w:rsidR="00EC7A70" w:rsidRDefault="00EC7A70" w:rsidP="00EC7A70">
      <w:r>
        <w:rPr>
          <w:rFonts w:ascii="Roboto" w:hAnsi="Roboto"/>
          <w:sz w:val="18"/>
        </w:rPr>
        <w:br/>
        <w:t>When automatic audio switching is off, make the device temporarily output audio from a BYOD source. The device will play the BYOD source’s audio until that BYOD source disconnects, then it will switch back to the previously set wired audio source. In short, this is a temporary switch.</w:t>
      </w:r>
    </w:p>
    <w:tbl>
      <w:tblPr>
        <w:tblStyle w:val="luka"/>
        <w:tblW w:w="0" w:type="auto"/>
        <w:jc w:val="center"/>
        <w:tblLook w:val="04A0" w:firstRow="1" w:lastRow="0" w:firstColumn="1" w:lastColumn="0" w:noHBand="0" w:noVBand="1"/>
      </w:tblPr>
      <w:tblGrid>
        <w:gridCol w:w="5760"/>
        <w:gridCol w:w="3600"/>
      </w:tblGrid>
      <w:tr w:rsidR="00EC7A70" w14:paraId="73F6E8DA" w14:textId="77777777" w:rsidTr="00D420CD">
        <w:trPr>
          <w:jc w:val="center"/>
        </w:trPr>
        <w:tc>
          <w:tcPr>
            <w:tcW w:w="5760" w:type="dxa"/>
            <w:tcMar>
              <w:top w:w="80" w:type="dxa"/>
              <w:left w:w="80" w:type="dxa"/>
              <w:bottom w:w="80" w:type="dxa"/>
              <w:right w:w="80" w:type="dxa"/>
            </w:tcMar>
          </w:tcPr>
          <w:p w14:paraId="2D6AED1F" w14:textId="77777777" w:rsidR="00EC7A70" w:rsidRDefault="00EC7A70" w:rsidP="00D420CD">
            <w:r>
              <w:rPr>
                <w:color w:val="000000"/>
                <w:sz w:val="18"/>
              </w:rPr>
              <w:t>Command Structure</w:t>
            </w:r>
            <w:r>
              <w:rPr>
                <w:rFonts w:ascii="Roboto Mono" w:hAnsi="Roboto Mono"/>
                <w:b/>
                <w:color w:val="000000"/>
                <w:sz w:val="16"/>
              </w:rPr>
              <w:br/>
              <w:t>SET AUDIOSW &lt; BYOD1 | BYOD2 &gt;</w:t>
            </w:r>
          </w:p>
        </w:tc>
        <w:tc>
          <w:tcPr>
            <w:tcW w:w="3600" w:type="dxa"/>
            <w:vMerge w:val="restart"/>
            <w:shd w:val="clear" w:color="auto" w:fill="F2F2F2"/>
            <w:tcMar>
              <w:top w:w="80" w:type="dxa"/>
              <w:left w:w="80" w:type="dxa"/>
              <w:bottom w:w="80" w:type="dxa"/>
              <w:right w:w="80" w:type="dxa"/>
            </w:tcMar>
          </w:tcPr>
          <w:p w14:paraId="7A178930" w14:textId="77777777" w:rsidR="00EC7A70" w:rsidRDefault="00EC7A70" w:rsidP="00D420CD">
            <w:r>
              <w:rPr>
                <w:color w:val="000000"/>
                <w:sz w:val="16"/>
              </w:rPr>
              <w:t>Parameters:</w:t>
            </w:r>
            <w:r>
              <w:rPr>
                <w:color w:val="000000"/>
                <w:sz w:val="16"/>
              </w:rPr>
              <w:br/>
            </w:r>
          </w:p>
        </w:tc>
      </w:tr>
      <w:tr w:rsidR="00EC7A70" w14:paraId="134BD142" w14:textId="77777777" w:rsidTr="00D420CD">
        <w:trPr>
          <w:jc w:val="center"/>
        </w:trPr>
        <w:tc>
          <w:tcPr>
            <w:tcW w:w="5760" w:type="dxa"/>
            <w:tcMar>
              <w:top w:w="80" w:type="dxa"/>
              <w:left w:w="80" w:type="dxa"/>
              <w:bottom w:w="80" w:type="dxa"/>
              <w:right w:w="80" w:type="dxa"/>
            </w:tcMar>
          </w:tcPr>
          <w:p w14:paraId="624FDB1E" w14:textId="77777777" w:rsidR="00EC7A70" w:rsidRDefault="00EC7A70" w:rsidP="00D420CD">
            <w:r>
              <w:rPr>
                <w:color w:val="000000"/>
                <w:sz w:val="18"/>
              </w:rPr>
              <w:t>Response Structure</w:t>
            </w:r>
            <w:r>
              <w:rPr>
                <w:rFonts w:ascii="Roboto Mono" w:hAnsi="Roboto Mono"/>
                <w:b/>
                <w:color w:val="000000"/>
                <w:sz w:val="16"/>
              </w:rPr>
              <w:br/>
              <w:t>AUDIOSW &lt; BYOD1 | BYOD2 &gt;</w:t>
            </w:r>
          </w:p>
        </w:tc>
        <w:tc>
          <w:tcPr>
            <w:tcW w:w="3600" w:type="dxa"/>
            <w:vMerge/>
          </w:tcPr>
          <w:p w14:paraId="2C960BB4" w14:textId="77777777" w:rsidR="00EC7A70" w:rsidRDefault="00EC7A70" w:rsidP="00D420CD"/>
        </w:tc>
      </w:tr>
      <w:tr w:rsidR="00EC7A70" w14:paraId="52A75C1E" w14:textId="77777777" w:rsidTr="00D420CD">
        <w:trPr>
          <w:jc w:val="center"/>
        </w:trPr>
        <w:tc>
          <w:tcPr>
            <w:tcW w:w="5760" w:type="dxa"/>
            <w:tcMar>
              <w:top w:w="80" w:type="dxa"/>
              <w:left w:w="80" w:type="dxa"/>
              <w:bottom w:w="0" w:type="dxa"/>
              <w:right w:w="80" w:type="dxa"/>
            </w:tcMar>
          </w:tcPr>
          <w:p w14:paraId="5EA794C9" w14:textId="77777777" w:rsidR="00EC7A70" w:rsidRDefault="00EC7A70" w:rsidP="00D420CD">
            <w:r>
              <w:rPr>
                <w:color w:val="000000"/>
                <w:sz w:val="18"/>
              </w:rPr>
              <w:t>Command Example</w:t>
            </w:r>
          </w:p>
        </w:tc>
        <w:tc>
          <w:tcPr>
            <w:tcW w:w="3600" w:type="dxa"/>
            <w:vMerge/>
          </w:tcPr>
          <w:p w14:paraId="5E03CB9E" w14:textId="77777777" w:rsidR="00EC7A70" w:rsidRDefault="00EC7A70" w:rsidP="00D420CD"/>
        </w:tc>
      </w:tr>
      <w:tr w:rsidR="00EC7A70" w14:paraId="25A3BE14" w14:textId="77777777" w:rsidTr="00D420CD">
        <w:trPr>
          <w:jc w:val="center"/>
        </w:trPr>
        <w:tc>
          <w:tcPr>
            <w:tcW w:w="5760" w:type="dxa"/>
            <w:shd w:val="clear" w:color="auto" w:fill="000000"/>
            <w:tcMar>
              <w:top w:w="0" w:type="dxa"/>
              <w:left w:w="80" w:type="dxa"/>
              <w:bottom w:w="80" w:type="dxa"/>
              <w:right w:w="80" w:type="dxa"/>
            </w:tcMar>
          </w:tcPr>
          <w:p w14:paraId="7985BE11" w14:textId="77777777" w:rsidR="00EC7A70" w:rsidRDefault="00EC7A70" w:rsidP="00D420CD">
            <w:r>
              <w:rPr>
                <w:rFonts w:ascii="Roboto Mono" w:hAnsi="Roboto Mono"/>
                <w:b/>
                <w:color w:val="FFFFFF"/>
                <w:sz w:val="16"/>
              </w:rPr>
              <w:t>SET AUDIOSW BYOD1</w:t>
            </w:r>
          </w:p>
        </w:tc>
        <w:tc>
          <w:tcPr>
            <w:tcW w:w="3600" w:type="dxa"/>
            <w:vMerge/>
          </w:tcPr>
          <w:p w14:paraId="1AD983D8" w14:textId="77777777" w:rsidR="00EC7A70" w:rsidRDefault="00EC7A70" w:rsidP="00D420CD"/>
        </w:tc>
      </w:tr>
      <w:tr w:rsidR="00EC7A70" w14:paraId="27E2F182" w14:textId="77777777" w:rsidTr="00D420CD">
        <w:trPr>
          <w:jc w:val="center"/>
        </w:trPr>
        <w:tc>
          <w:tcPr>
            <w:tcW w:w="5760" w:type="dxa"/>
            <w:tcMar>
              <w:top w:w="80" w:type="dxa"/>
              <w:left w:w="80" w:type="dxa"/>
              <w:bottom w:w="0" w:type="dxa"/>
              <w:right w:w="80" w:type="dxa"/>
            </w:tcMar>
          </w:tcPr>
          <w:p w14:paraId="15BFB91E" w14:textId="77777777" w:rsidR="00EC7A70" w:rsidRDefault="00EC7A70" w:rsidP="00D420CD">
            <w:r>
              <w:rPr>
                <w:color w:val="000000"/>
                <w:sz w:val="18"/>
              </w:rPr>
              <w:t>Response Example</w:t>
            </w:r>
          </w:p>
        </w:tc>
        <w:tc>
          <w:tcPr>
            <w:tcW w:w="3600" w:type="dxa"/>
            <w:vMerge/>
          </w:tcPr>
          <w:p w14:paraId="772D820C" w14:textId="77777777" w:rsidR="00EC7A70" w:rsidRDefault="00EC7A70" w:rsidP="00D420CD"/>
        </w:tc>
      </w:tr>
      <w:tr w:rsidR="00EC7A70" w14:paraId="6135A737" w14:textId="77777777" w:rsidTr="00D420CD">
        <w:trPr>
          <w:jc w:val="center"/>
        </w:trPr>
        <w:tc>
          <w:tcPr>
            <w:tcW w:w="5760" w:type="dxa"/>
            <w:shd w:val="clear" w:color="auto" w:fill="000000"/>
            <w:tcMar>
              <w:top w:w="0" w:type="dxa"/>
              <w:left w:w="80" w:type="dxa"/>
              <w:bottom w:w="80" w:type="dxa"/>
              <w:right w:w="80" w:type="dxa"/>
            </w:tcMar>
          </w:tcPr>
          <w:p w14:paraId="4857D879" w14:textId="77777777" w:rsidR="00EC7A70" w:rsidRDefault="00EC7A70" w:rsidP="00D420CD">
            <w:r>
              <w:rPr>
                <w:rFonts w:ascii="Roboto Mono" w:hAnsi="Roboto Mono"/>
                <w:b/>
                <w:color w:val="FFFFFF"/>
                <w:sz w:val="16"/>
              </w:rPr>
              <w:t>AUDIOSW BYOD1</w:t>
            </w:r>
          </w:p>
        </w:tc>
        <w:tc>
          <w:tcPr>
            <w:tcW w:w="3600" w:type="dxa"/>
            <w:vMerge/>
          </w:tcPr>
          <w:p w14:paraId="6D188866" w14:textId="77777777" w:rsidR="00EC7A70" w:rsidRDefault="00EC7A70" w:rsidP="00D420CD"/>
        </w:tc>
      </w:tr>
      <w:tr w:rsidR="00EC7A70" w14:paraId="1E3FE638" w14:textId="77777777" w:rsidTr="00D420CD">
        <w:trPr>
          <w:jc w:val="center"/>
        </w:trPr>
        <w:tc>
          <w:tcPr>
            <w:tcW w:w="9360" w:type="dxa"/>
            <w:gridSpan w:val="2"/>
            <w:shd w:val="clear" w:color="auto" w:fill="E0F6EC"/>
            <w:tcMar>
              <w:top w:w="80" w:type="dxa"/>
              <w:left w:w="80" w:type="dxa"/>
              <w:bottom w:w="80" w:type="dxa"/>
              <w:right w:w="80" w:type="dxa"/>
            </w:tcMar>
          </w:tcPr>
          <w:p w14:paraId="625CD40D" w14:textId="77777777" w:rsidR="00EC7A70" w:rsidRDefault="00EC7A70" w:rsidP="00D420CD">
            <w:r>
              <w:rPr>
                <w:color w:val="000000"/>
                <w:sz w:val="16"/>
              </w:rPr>
              <w:t xml:space="preserve">Additional Notes: </w:t>
            </w:r>
          </w:p>
        </w:tc>
      </w:tr>
    </w:tbl>
    <w:p w14:paraId="1BD72857" w14:textId="77777777" w:rsidR="00EC7A70" w:rsidRDefault="00EC7A70" w:rsidP="00EC7A70">
      <w:pPr>
        <w:pStyle w:val="Heading2"/>
      </w:pPr>
      <w:bookmarkStart w:id="62" w:name="_Toc218512823"/>
      <w:r>
        <w:rPr>
          <w:rFonts w:ascii="Roboto" w:hAnsi="Roboto"/>
          <w:color w:val="000000"/>
          <w:sz w:val="28"/>
        </w:rPr>
        <w:lastRenderedPageBreak/>
        <w:t>4.5 Get Current Audio Source</w:t>
      </w:r>
      <w:bookmarkEnd w:id="62"/>
    </w:p>
    <w:p w14:paraId="28335904" w14:textId="77777777" w:rsidR="00EC7A70" w:rsidRDefault="00EC7A70" w:rsidP="00EC7A70">
      <w:r>
        <w:rPr>
          <w:rFonts w:ascii="Roboto" w:hAnsi="Roboto"/>
          <w:sz w:val="18"/>
        </w:rPr>
        <w:br/>
        <w:t>Retrieve the audio source that the device is currently outputting.</w:t>
      </w:r>
      <w:r>
        <w:rPr>
          <w:rFonts w:ascii="Roboto" w:hAnsi="Roboto"/>
          <w:sz w:val="18"/>
        </w:rPr>
        <w:br/>
        <w:t>If the device is showing the Guide screen and audio output is stopped, this API returns the most recent wired audio source that was output.</w:t>
      </w:r>
    </w:p>
    <w:tbl>
      <w:tblPr>
        <w:tblStyle w:val="luka"/>
        <w:tblW w:w="0" w:type="auto"/>
        <w:jc w:val="center"/>
        <w:tblLook w:val="04A0" w:firstRow="1" w:lastRow="0" w:firstColumn="1" w:lastColumn="0" w:noHBand="0" w:noVBand="1"/>
      </w:tblPr>
      <w:tblGrid>
        <w:gridCol w:w="5760"/>
        <w:gridCol w:w="3600"/>
      </w:tblGrid>
      <w:tr w:rsidR="00EC7A70" w14:paraId="06C052F3" w14:textId="77777777" w:rsidTr="00D420CD">
        <w:trPr>
          <w:jc w:val="center"/>
        </w:trPr>
        <w:tc>
          <w:tcPr>
            <w:tcW w:w="5760" w:type="dxa"/>
            <w:tcMar>
              <w:top w:w="80" w:type="dxa"/>
              <w:left w:w="80" w:type="dxa"/>
              <w:bottom w:w="80" w:type="dxa"/>
              <w:right w:w="80" w:type="dxa"/>
            </w:tcMar>
          </w:tcPr>
          <w:p w14:paraId="54EAA5E6" w14:textId="77777777" w:rsidR="00EC7A70" w:rsidRDefault="00EC7A70" w:rsidP="00D420CD">
            <w:r>
              <w:rPr>
                <w:color w:val="000000"/>
                <w:sz w:val="18"/>
              </w:rPr>
              <w:t>Command Structure</w:t>
            </w:r>
            <w:r>
              <w:rPr>
                <w:rFonts w:ascii="Roboto Mono" w:hAnsi="Roboto Mono"/>
                <w:b/>
                <w:color w:val="000000"/>
                <w:sz w:val="16"/>
              </w:rPr>
              <w:br/>
              <w:t>GET AUDIOSW</w:t>
            </w:r>
          </w:p>
        </w:tc>
        <w:tc>
          <w:tcPr>
            <w:tcW w:w="3600" w:type="dxa"/>
            <w:vMerge w:val="restart"/>
            <w:shd w:val="clear" w:color="auto" w:fill="F2F2F2"/>
            <w:tcMar>
              <w:top w:w="80" w:type="dxa"/>
              <w:left w:w="80" w:type="dxa"/>
              <w:bottom w:w="80" w:type="dxa"/>
              <w:right w:w="80" w:type="dxa"/>
            </w:tcMar>
          </w:tcPr>
          <w:p w14:paraId="48EB5247" w14:textId="77777777" w:rsidR="00EC7A70" w:rsidRDefault="00EC7A70" w:rsidP="00D420CD">
            <w:r>
              <w:rPr>
                <w:color w:val="000000"/>
                <w:sz w:val="16"/>
              </w:rPr>
              <w:t>Parameters:</w:t>
            </w:r>
            <w:r>
              <w:rPr>
                <w:color w:val="000000"/>
                <w:sz w:val="16"/>
              </w:rPr>
              <w:br/>
              <w:t>STOP = Device is showing the Guide screen and is not actually outputting audio</w:t>
            </w:r>
          </w:p>
        </w:tc>
      </w:tr>
      <w:tr w:rsidR="00EC7A70" w14:paraId="446E8062" w14:textId="77777777" w:rsidTr="00D420CD">
        <w:trPr>
          <w:jc w:val="center"/>
        </w:trPr>
        <w:tc>
          <w:tcPr>
            <w:tcW w:w="5760" w:type="dxa"/>
            <w:tcMar>
              <w:top w:w="80" w:type="dxa"/>
              <w:left w:w="80" w:type="dxa"/>
              <w:bottom w:w="80" w:type="dxa"/>
              <w:right w:w="80" w:type="dxa"/>
            </w:tcMar>
          </w:tcPr>
          <w:p w14:paraId="1B3AEFFF" w14:textId="77777777" w:rsidR="00EC7A70" w:rsidRDefault="00EC7A70" w:rsidP="00D420CD">
            <w:r>
              <w:rPr>
                <w:color w:val="000000"/>
                <w:sz w:val="18"/>
              </w:rPr>
              <w:t>Response Structure</w:t>
            </w:r>
            <w:r>
              <w:rPr>
                <w:rFonts w:ascii="Roboto Mono" w:hAnsi="Roboto Mono"/>
                <w:b/>
                <w:color w:val="000000"/>
                <w:sz w:val="16"/>
              </w:rPr>
              <w:br/>
              <w:t xml:space="preserve">AUDIOSW &lt; IN1 | IN2 | BYOD1 | BYOD2 </w:t>
            </w:r>
            <w:proofErr w:type="gramStart"/>
            <w:r>
              <w:rPr>
                <w:rFonts w:ascii="Roboto Mono" w:hAnsi="Roboto Mono"/>
                <w:b/>
                <w:color w:val="000000"/>
                <w:sz w:val="16"/>
              </w:rPr>
              <w:t>&gt;  [</w:t>
            </w:r>
            <w:proofErr w:type="gramEnd"/>
            <w:r>
              <w:rPr>
                <w:rFonts w:ascii="Roboto Mono" w:hAnsi="Roboto Mono"/>
                <w:b/>
                <w:color w:val="000000"/>
                <w:sz w:val="16"/>
              </w:rPr>
              <w:t xml:space="preserve"> </w:t>
            </w:r>
            <w:proofErr w:type="gramStart"/>
            <w:r>
              <w:rPr>
                <w:rFonts w:ascii="Roboto Mono" w:hAnsi="Roboto Mono"/>
                <w:b/>
                <w:color w:val="000000"/>
                <w:sz w:val="16"/>
              </w:rPr>
              <w:t>STOP ]</w:t>
            </w:r>
            <w:proofErr w:type="gramEnd"/>
          </w:p>
        </w:tc>
        <w:tc>
          <w:tcPr>
            <w:tcW w:w="3600" w:type="dxa"/>
            <w:vMerge/>
          </w:tcPr>
          <w:p w14:paraId="3F15DA8F" w14:textId="77777777" w:rsidR="00EC7A70" w:rsidRDefault="00EC7A70" w:rsidP="00D420CD"/>
        </w:tc>
      </w:tr>
      <w:tr w:rsidR="00EC7A70" w14:paraId="7734FE63" w14:textId="77777777" w:rsidTr="00D420CD">
        <w:trPr>
          <w:jc w:val="center"/>
        </w:trPr>
        <w:tc>
          <w:tcPr>
            <w:tcW w:w="5760" w:type="dxa"/>
            <w:tcMar>
              <w:top w:w="80" w:type="dxa"/>
              <w:left w:w="80" w:type="dxa"/>
              <w:bottom w:w="0" w:type="dxa"/>
              <w:right w:w="80" w:type="dxa"/>
            </w:tcMar>
          </w:tcPr>
          <w:p w14:paraId="5E4000AC" w14:textId="77777777" w:rsidR="00EC7A70" w:rsidRDefault="00EC7A70" w:rsidP="00D420CD">
            <w:r>
              <w:rPr>
                <w:color w:val="000000"/>
                <w:sz w:val="18"/>
              </w:rPr>
              <w:t>Command Example</w:t>
            </w:r>
          </w:p>
        </w:tc>
        <w:tc>
          <w:tcPr>
            <w:tcW w:w="3600" w:type="dxa"/>
            <w:vMerge/>
          </w:tcPr>
          <w:p w14:paraId="5866B4DA" w14:textId="77777777" w:rsidR="00EC7A70" w:rsidRDefault="00EC7A70" w:rsidP="00D420CD"/>
        </w:tc>
      </w:tr>
      <w:tr w:rsidR="00EC7A70" w14:paraId="2AA7FA70" w14:textId="77777777" w:rsidTr="00D420CD">
        <w:trPr>
          <w:jc w:val="center"/>
        </w:trPr>
        <w:tc>
          <w:tcPr>
            <w:tcW w:w="5760" w:type="dxa"/>
            <w:shd w:val="clear" w:color="auto" w:fill="000000"/>
            <w:tcMar>
              <w:top w:w="0" w:type="dxa"/>
              <w:left w:w="80" w:type="dxa"/>
              <w:bottom w:w="80" w:type="dxa"/>
              <w:right w:w="80" w:type="dxa"/>
            </w:tcMar>
          </w:tcPr>
          <w:p w14:paraId="47100B15" w14:textId="77777777" w:rsidR="00EC7A70" w:rsidRDefault="00EC7A70" w:rsidP="00D420CD">
            <w:r>
              <w:rPr>
                <w:rFonts w:ascii="Roboto Mono" w:hAnsi="Roboto Mono"/>
                <w:b/>
                <w:color w:val="FFFFFF"/>
                <w:sz w:val="16"/>
              </w:rPr>
              <w:t>GET AUDIOSW</w:t>
            </w:r>
          </w:p>
        </w:tc>
        <w:tc>
          <w:tcPr>
            <w:tcW w:w="3600" w:type="dxa"/>
            <w:vMerge/>
          </w:tcPr>
          <w:p w14:paraId="4D860CDB" w14:textId="77777777" w:rsidR="00EC7A70" w:rsidRDefault="00EC7A70" w:rsidP="00D420CD"/>
        </w:tc>
      </w:tr>
      <w:tr w:rsidR="00EC7A70" w14:paraId="17BCDD84" w14:textId="77777777" w:rsidTr="00D420CD">
        <w:trPr>
          <w:jc w:val="center"/>
        </w:trPr>
        <w:tc>
          <w:tcPr>
            <w:tcW w:w="5760" w:type="dxa"/>
            <w:tcMar>
              <w:top w:w="80" w:type="dxa"/>
              <w:left w:w="80" w:type="dxa"/>
              <w:bottom w:w="0" w:type="dxa"/>
              <w:right w:w="80" w:type="dxa"/>
            </w:tcMar>
          </w:tcPr>
          <w:p w14:paraId="093F5C1B" w14:textId="77777777" w:rsidR="00EC7A70" w:rsidRDefault="00EC7A70" w:rsidP="00D420CD">
            <w:r>
              <w:rPr>
                <w:color w:val="000000"/>
                <w:sz w:val="18"/>
              </w:rPr>
              <w:t>Response Example</w:t>
            </w:r>
          </w:p>
        </w:tc>
        <w:tc>
          <w:tcPr>
            <w:tcW w:w="3600" w:type="dxa"/>
            <w:vMerge/>
          </w:tcPr>
          <w:p w14:paraId="5EBD1AE0" w14:textId="77777777" w:rsidR="00EC7A70" w:rsidRDefault="00EC7A70" w:rsidP="00D420CD"/>
        </w:tc>
      </w:tr>
      <w:tr w:rsidR="00EC7A70" w14:paraId="4F36C67C" w14:textId="77777777" w:rsidTr="00D420CD">
        <w:trPr>
          <w:jc w:val="center"/>
        </w:trPr>
        <w:tc>
          <w:tcPr>
            <w:tcW w:w="5760" w:type="dxa"/>
            <w:shd w:val="clear" w:color="auto" w:fill="000000"/>
            <w:tcMar>
              <w:top w:w="0" w:type="dxa"/>
              <w:left w:w="80" w:type="dxa"/>
              <w:bottom w:w="80" w:type="dxa"/>
              <w:right w:w="80" w:type="dxa"/>
            </w:tcMar>
          </w:tcPr>
          <w:p w14:paraId="438AD823" w14:textId="77777777" w:rsidR="00EC7A70" w:rsidRDefault="00EC7A70" w:rsidP="00D420CD">
            <w:r>
              <w:rPr>
                <w:rFonts w:ascii="Roboto Mono" w:hAnsi="Roboto Mono"/>
                <w:b/>
                <w:color w:val="FFFFFF"/>
                <w:sz w:val="16"/>
              </w:rPr>
              <w:t>AUDIOSW IN1</w:t>
            </w:r>
          </w:p>
        </w:tc>
        <w:tc>
          <w:tcPr>
            <w:tcW w:w="3600" w:type="dxa"/>
            <w:vMerge/>
          </w:tcPr>
          <w:p w14:paraId="40927F9F" w14:textId="77777777" w:rsidR="00EC7A70" w:rsidRDefault="00EC7A70" w:rsidP="00D420CD"/>
        </w:tc>
      </w:tr>
      <w:tr w:rsidR="00EC7A70" w14:paraId="7DA4308C" w14:textId="77777777" w:rsidTr="00D420CD">
        <w:trPr>
          <w:jc w:val="center"/>
        </w:trPr>
        <w:tc>
          <w:tcPr>
            <w:tcW w:w="9360" w:type="dxa"/>
            <w:gridSpan w:val="2"/>
            <w:shd w:val="clear" w:color="auto" w:fill="E0F6EC"/>
            <w:tcMar>
              <w:top w:w="80" w:type="dxa"/>
              <w:left w:w="80" w:type="dxa"/>
              <w:bottom w:w="80" w:type="dxa"/>
              <w:right w:w="80" w:type="dxa"/>
            </w:tcMar>
          </w:tcPr>
          <w:p w14:paraId="03696715" w14:textId="77777777" w:rsidR="00EC7A70" w:rsidRDefault="00EC7A70" w:rsidP="00D420CD">
            <w:r>
              <w:rPr>
                <w:color w:val="000000"/>
                <w:sz w:val="16"/>
              </w:rPr>
              <w:t xml:space="preserve">Additional Notes: </w:t>
            </w:r>
          </w:p>
        </w:tc>
      </w:tr>
    </w:tbl>
    <w:p w14:paraId="1EE7533D" w14:textId="77777777" w:rsidR="00EC7A70" w:rsidRDefault="00EC7A70" w:rsidP="00EC7A70"/>
    <w:p w14:paraId="2B70FFB0" w14:textId="77777777" w:rsidR="00EC7A70" w:rsidRDefault="00EC7A70" w:rsidP="00EC7A70">
      <w:pPr>
        <w:pStyle w:val="Heading2"/>
      </w:pPr>
      <w:bookmarkStart w:id="63" w:name="_Toc218512824"/>
      <w:r>
        <w:rPr>
          <w:rFonts w:ascii="Roboto" w:hAnsi="Roboto"/>
          <w:color w:val="000000"/>
          <w:sz w:val="28"/>
        </w:rPr>
        <w:t>4.6 Set USB Auto-Switch</w:t>
      </w:r>
      <w:bookmarkEnd w:id="63"/>
    </w:p>
    <w:p w14:paraId="290DC314" w14:textId="77777777" w:rsidR="00EC7A70" w:rsidRDefault="00EC7A70" w:rsidP="00EC7A70">
      <w:r>
        <w:rPr>
          <w:rFonts w:ascii="Roboto" w:hAnsi="Roboto"/>
          <w:sz w:val="18"/>
        </w:rPr>
        <w:br/>
        <w:t>Configure the device to automatically switch the USB host.</w:t>
      </w:r>
    </w:p>
    <w:tbl>
      <w:tblPr>
        <w:tblStyle w:val="luka"/>
        <w:tblW w:w="0" w:type="auto"/>
        <w:jc w:val="center"/>
        <w:tblLook w:val="04A0" w:firstRow="1" w:lastRow="0" w:firstColumn="1" w:lastColumn="0" w:noHBand="0" w:noVBand="1"/>
      </w:tblPr>
      <w:tblGrid>
        <w:gridCol w:w="5760"/>
        <w:gridCol w:w="3600"/>
      </w:tblGrid>
      <w:tr w:rsidR="00EC7A70" w14:paraId="58B38DF0" w14:textId="77777777" w:rsidTr="00D420CD">
        <w:trPr>
          <w:jc w:val="center"/>
        </w:trPr>
        <w:tc>
          <w:tcPr>
            <w:tcW w:w="5760" w:type="dxa"/>
            <w:tcMar>
              <w:top w:w="80" w:type="dxa"/>
              <w:left w:w="80" w:type="dxa"/>
              <w:bottom w:w="80" w:type="dxa"/>
              <w:right w:w="80" w:type="dxa"/>
            </w:tcMar>
          </w:tcPr>
          <w:p w14:paraId="10019C54" w14:textId="77777777" w:rsidR="00EC7A70" w:rsidRDefault="00EC7A70" w:rsidP="00D420CD">
            <w:r>
              <w:rPr>
                <w:color w:val="000000"/>
                <w:sz w:val="18"/>
              </w:rPr>
              <w:t>Command Structure</w:t>
            </w:r>
            <w:r>
              <w:rPr>
                <w:rFonts w:ascii="Roboto Mono" w:hAnsi="Roboto Mono"/>
                <w:b/>
                <w:color w:val="000000"/>
                <w:sz w:val="16"/>
              </w:rPr>
              <w:br/>
              <w:t>SET USB_AUTOSW_FN &lt; ON | OFF &gt;</w:t>
            </w:r>
          </w:p>
        </w:tc>
        <w:tc>
          <w:tcPr>
            <w:tcW w:w="3600" w:type="dxa"/>
            <w:vMerge w:val="restart"/>
            <w:shd w:val="clear" w:color="auto" w:fill="F2F2F2"/>
            <w:tcMar>
              <w:top w:w="80" w:type="dxa"/>
              <w:left w:w="80" w:type="dxa"/>
              <w:bottom w:w="80" w:type="dxa"/>
              <w:right w:w="80" w:type="dxa"/>
            </w:tcMar>
          </w:tcPr>
          <w:p w14:paraId="28D6EFA0" w14:textId="77777777" w:rsidR="00EC7A70" w:rsidRDefault="00EC7A70" w:rsidP="00D420CD">
            <w:r>
              <w:rPr>
                <w:color w:val="000000"/>
                <w:sz w:val="16"/>
              </w:rPr>
              <w:t>Parameters:</w:t>
            </w:r>
            <w:r>
              <w:rPr>
                <w:color w:val="000000"/>
                <w:sz w:val="16"/>
              </w:rPr>
              <w:br/>
              <w:t>ON = Enable USB automatic switching</w:t>
            </w:r>
          </w:p>
        </w:tc>
      </w:tr>
      <w:tr w:rsidR="00EC7A70" w14:paraId="5024D2C6" w14:textId="77777777" w:rsidTr="00D420CD">
        <w:trPr>
          <w:jc w:val="center"/>
        </w:trPr>
        <w:tc>
          <w:tcPr>
            <w:tcW w:w="5760" w:type="dxa"/>
            <w:tcMar>
              <w:top w:w="80" w:type="dxa"/>
              <w:left w:w="80" w:type="dxa"/>
              <w:bottom w:w="80" w:type="dxa"/>
              <w:right w:w="80" w:type="dxa"/>
            </w:tcMar>
          </w:tcPr>
          <w:p w14:paraId="7B590E98" w14:textId="77777777" w:rsidR="00EC7A70" w:rsidRDefault="00EC7A70" w:rsidP="00D420CD">
            <w:r>
              <w:rPr>
                <w:color w:val="000000"/>
                <w:sz w:val="18"/>
              </w:rPr>
              <w:t>Response Structure</w:t>
            </w:r>
            <w:r>
              <w:rPr>
                <w:rFonts w:ascii="Roboto Mono" w:hAnsi="Roboto Mono"/>
                <w:b/>
                <w:color w:val="000000"/>
                <w:sz w:val="16"/>
              </w:rPr>
              <w:br/>
              <w:t>USB_AUTOSW_FN &lt; ON | OFF &gt;</w:t>
            </w:r>
          </w:p>
        </w:tc>
        <w:tc>
          <w:tcPr>
            <w:tcW w:w="3600" w:type="dxa"/>
            <w:vMerge/>
          </w:tcPr>
          <w:p w14:paraId="2291D854" w14:textId="77777777" w:rsidR="00EC7A70" w:rsidRDefault="00EC7A70" w:rsidP="00D420CD"/>
        </w:tc>
      </w:tr>
      <w:tr w:rsidR="00EC7A70" w14:paraId="4D93A2FB" w14:textId="77777777" w:rsidTr="00D420CD">
        <w:trPr>
          <w:jc w:val="center"/>
        </w:trPr>
        <w:tc>
          <w:tcPr>
            <w:tcW w:w="5760" w:type="dxa"/>
            <w:tcMar>
              <w:top w:w="80" w:type="dxa"/>
              <w:left w:w="80" w:type="dxa"/>
              <w:bottom w:w="0" w:type="dxa"/>
              <w:right w:w="80" w:type="dxa"/>
            </w:tcMar>
          </w:tcPr>
          <w:p w14:paraId="2FB6E1FA" w14:textId="77777777" w:rsidR="00EC7A70" w:rsidRDefault="00EC7A70" w:rsidP="00D420CD">
            <w:r>
              <w:rPr>
                <w:color w:val="000000"/>
                <w:sz w:val="18"/>
              </w:rPr>
              <w:t>Command Example</w:t>
            </w:r>
          </w:p>
        </w:tc>
        <w:tc>
          <w:tcPr>
            <w:tcW w:w="3600" w:type="dxa"/>
            <w:vMerge/>
          </w:tcPr>
          <w:p w14:paraId="16080AD1" w14:textId="77777777" w:rsidR="00EC7A70" w:rsidRDefault="00EC7A70" w:rsidP="00D420CD"/>
        </w:tc>
      </w:tr>
      <w:tr w:rsidR="00EC7A70" w14:paraId="40267CA6" w14:textId="77777777" w:rsidTr="00D420CD">
        <w:trPr>
          <w:jc w:val="center"/>
        </w:trPr>
        <w:tc>
          <w:tcPr>
            <w:tcW w:w="5760" w:type="dxa"/>
            <w:shd w:val="clear" w:color="auto" w:fill="000000"/>
            <w:tcMar>
              <w:top w:w="0" w:type="dxa"/>
              <w:left w:w="80" w:type="dxa"/>
              <w:bottom w:w="80" w:type="dxa"/>
              <w:right w:w="80" w:type="dxa"/>
            </w:tcMar>
          </w:tcPr>
          <w:p w14:paraId="33E053B9" w14:textId="77777777" w:rsidR="00EC7A70" w:rsidRDefault="00EC7A70" w:rsidP="00D420CD">
            <w:r>
              <w:rPr>
                <w:rFonts w:ascii="Roboto Mono" w:hAnsi="Roboto Mono"/>
                <w:b/>
                <w:color w:val="FFFFFF"/>
                <w:sz w:val="16"/>
              </w:rPr>
              <w:t>SET USB_AUTOSW_FN ON</w:t>
            </w:r>
          </w:p>
        </w:tc>
        <w:tc>
          <w:tcPr>
            <w:tcW w:w="3600" w:type="dxa"/>
            <w:vMerge/>
          </w:tcPr>
          <w:p w14:paraId="3FF8A032" w14:textId="77777777" w:rsidR="00EC7A70" w:rsidRDefault="00EC7A70" w:rsidP="00D420CD"/>
        </w:tc>
      </w:tr>
      <w:tr w:rsidR="00EC7A70" w14:paraId="65FCC830" w14:textId="77777777" w:rsidTr="00D420CD">
        <w:trPr>
          <w:jc w:val="center"/>
        </w:trPr>
        <w:tc>
          <w:tcPr>
            <w:tcW w:w="5760" w:type="dxa"/>
            <w:tcMar>
              <w:top w:w="80" w:type="dxa"/>
              <w:left w:w="80" w:type="dxa"/>
              <w:bottom w:w="0" w:type="dxa"/>
              <w:right w:w="80" w:type="dxa"/>
            </w:tcMar>
          </w:tcPr>
          <w:p w14:paraId="1F88C805" w14:textId="77777777" w:rsidR="00EC7A70" w:rsidRDefault="00EC7A70" w:rsidP="00D420CD">
            <w:r>
              <w:rPr>
                <w:color w:val="000000"/>
                <w:sz w:val="18"/>
              </w:rPr>
              <w:t>Response Example</w:t>
            </w:r>
          </w:p>
        </w:tc>
        <w:tc>
          <w:tcPr>
            <w:tcW w:w="3600" w:type="dxa"/>
            <w:vMerge/>
          </w:tcPr>
          <w:p w14:paraId="5D6E27E1" w14:textId="77777777" w:rsidR="00EC7A70" w:rsidRDefault="00EC7A70" w:rsidP="00D420CD"/>
        </w:tc>
      </w:tr>
      <w:tr w:rsidR="00EC7A70" w14:paraId="24A119EC" w14:textId="77777777" w:rsidTr="00D420CD">
        <w:trPr>
          <w:jc w:val="center"/>
        </w:trPr>
        <w:tc>
          <w:tcPr>
            <w:tcW w:w="5760" w:type="dxa"/>
            <w:shd w:val="clear" w:color="auto" w:fill="000000"/>
            <w:tcMar>
              <w:top w:w="0" w:type="dxa"/>
              <w:left w:w="80" w:type="dxa"/>
              <w:bottom w:w="80" w:type="dxa"/>
              <w:right w:w="80" w:type="dxa"/>
            </w:tcMar>
          </w:tcPr>
          <w:p w14:paraId="2D98D765" w14:textId="77777777" w:rsidR="00EC7A70" w:rsidRDefault="00EC7A70" w:rsidP="00D420CD">
            <w:r>
              <w:rPr>
                <w:rFonts w:ascii="Roboto Mono" w:hAnsi="Roboto Mono"/>
                <w:b/>
                <w:color w:val="FFFFFF"/>
                <w:sz w:val="16"/>
              </w:rPr>
              <w:t>USB_AUTOSW_FN ON</w:t>
            </w:r>
          </w:p>
        </w:tc>
        <w:tc>
          <w:tcPr>
            <w:tcW w:w="3600" w:type="dxa"/>
            <w:vMerge/>
          </w:tcPr>
          <w:p w14:paraId="5B8BFE21" w14:textId="77777777" w:rsidR="00EC7A70" w:rsidRDefault="00EC7A70" w:rsidP="00D420CD"/>
        </w:tc>
      </w:tr>
      <w:tr w:rsidR="00EC7A70" w14:paraId="7955BC84" w14:textId="77777777" w:rsidTr="00D420CD">
        <w:trPr>
          <w:jc w:val="center"/>
        </w:trPr>
        <w:tc>
          <w:tcPr>
            <w:tcW w:w="9360" w:type="dxa"/>
            <w:gridSpan w:val="2"/>
            <w:shd w:val="clear" w:color="auto" w:fill="E0F6EC"/>
            <w:tcMar>
              <w:top w:w="80" w:type="dxa"/>
              <w:left w:w="80" w:type="dxa"/>
              <w:bottom w:w="80" w:type="dxa"/>
              <w:right w:w="80" w:type="dxa"/>
            </w:tcMar>
          </w:tcPr>
          <w:p w14:paraId="536C35B8" w14:textId="77777777" w:rsidR="00EC7A70" w:rsidRDefault="00EC7A70" w:rsidP="00D420CD">
            <w:r>
              <w:rPr>
                <w:color w:val="000000"/>
                <w:sz w:val="16"/>
              </w:rPr>
              <w:t>Additional Notes: Default: ON</w:t>
            </w:r>
          </w:p>
        </w:tc>
      </w:tr>
    </w:tbl>
    <w:p w14:paraId="692E0AA3" w14:textId="2BC2CFCB" w:rsidR="00EC7A70" w:rsidRDefault="00EC7A70" w:rsidP="00EC7A70"/>
    <w:p w14:paraId="6BAA5E22" w14:textId="77777777" w:rsidR="00EC7A70" w:rsidRDefault="00EC7A70">
      <w:r>
        <w:br w:type="page"/>
      </w:r>
    </w:p>
    <w:p w14:paraId="265B04A1" w14:textId="77777777" w:rsidR="00EC7A70" w:rsidRDefault="00EC7A70" w:rsidP="00EC7A70">
      <w:pPr>
        <w:pStyle w:val="Heading2"/>
      </w:pPr>
      <w:bookmarkStart w:id="64" w:name="_Toc218512825"/>
      <w:r>
        <w:rPr>
          <w:rFonts w:ascii="Roboto" w:hAnsi="Roboto"/>
          <w:color w:val="000000"/>
          <w:sz w:val="28"/>
        </w:rPr>
        <w:lastRenderedPageBreak/>
        <w:t>4.7 Get USB Automatic Switch Status</w:t>
      </w:r>
      <w:bookmarkEnd w:id="64"/>
    </w:p>
    <w:p w14:paraId="0CCD602B" w14:textId="77777777" w:rsidR="00EC7A70" w:rsidRDefault="00EC7A70" w:rsidP="00EC7A70">
      <w:r>
        <w:rPr>
          <w:rFonts w:ascii="Roboto" w:hAnsi="Roboto"/>
          <w:sz w:val="18"/>
        </w:rPr>
        <w:br/>
        <w:t>Retrieve the ON/OFF status of the USB automatic switching function.</w:t>
      </w:r>
    </w:p>
    <w:tbl>
      <w:tblPr>
        <w:tblStyle w:val="luka"/>
        <w:tblW w:w="0" w:type="auto"/>
        <w:jc w:val="center"/>
        <w:tblLook w:val="04A0" w:firstRow="1" w:lastRow="0" w:firstColumn="1" w:lastColumn="0" w:noHBand="0" w:noVBand="1"/>
      </w:tblPr>
      <w:tblGrid>
        <w:gridCol w:w="5760"/>
        <w:gridCol w:w="3600"/>
      </w:tblGrid>
      <w:tr w:rsidR="00EC7A70" w14:paraId="0446CCEC" w14:textId="77777777" w:rsidTr="00D420CD">
        <w:trPr>
          <w:jc w:val="center"/>
        </w:trPr>
        <w:tc>
          <w:tcPr>
            <w:tcW w:w="5760" w:type="dxa"/>
            <w:tcMar>
              <w:top w:w="80" w:type="dxa"/>
              <w:left w:w="80" w:type="dxa"/>
              <w:bottom w:w="80" w:type="dxa"/>
              <w:right w:w="80" w:type="dxa"/>
            </w:tcMar>
          </w:tcPr>
          <w:p w14:paraId="3DEF16A1" w14:textId="77777777" w:rsidR="00EC7A70" w:rsidRDefault="00EC7A70" w:rsidP="00D420CD">
            <w:r>
              <w:rPr>
                <w:color w:val="000000"/>
                <w:sz w:val="18"/>
              </w:rPr>
              <w:t>Command Structure</w:t>
            </w:r>
            <w:r>
              <w:rPr>
                <w:rFonts w:ascii="Roboto Mono" w:hAnsi="Roboto Mono"/>
                <w:b/>
                <w:color w:val="000000"/>
                <w:sz w:val="16"/>
              </w:rPr>
              <w:br/>
              <w:t>GET USB_AUTOSW_FN</w:t>
            </w:r>
          </w:p>
        </w:tc>
        <w:tc>
          <w:tcPr>
            <w:tcW w:w="3600" w:type="dxa"/>
            <w:vMerge w:val="restart"/>
            <w:shd w:val="clear" w:color="auto" w:fill="F2F2F2"/>
            <w:tcMar>
              <w:top w:w="80" w:type="dxa"/>
              <w:left w:w="80" w:type="dxa"/>
              <w:bottom w:w="80" w:type="dxa"/>
              <w:right w:w="80" w:type="dxa"/>
            </w:tcMar>
          </w:tcPr>
          <w:p w14:paraId="1844037F" w14:textId="77777777" w:rsidR="00EC7A70" w:rsidRDefault="00EC7A70" w:rsidP="00D420CD">
            <w:r>
              <w:rPr>
                <w:color w:val="000000"/>
                <w:sz w:val="16"/>
              </w:rPr>
              <w:t>Parameters:</w:t>
            </w:r>
            <w:r>
              <w:rPr>
                <w:color w:val="000000"/>
                <w:sz w:val="16"/>
              </w:rPr>
              <w:br/>
            </w:r>
          </w:p>
        </w:tc>
      </w:tr>
      <w:tr w:rsidR="00EC7A70" w14:paraId="38D93142" w14:textId="77777777" w:rsidTr="00D420CD">
        <w:trPr>
          <w:jc w:val="center"/>
        </w:trPr>
        <w:tc>
          <w:tcPr>
            <w:tcW w:w="5760" w:type="dxa"/>
            <w:tcMar>
              <w:top w:w="80" w:type="dxa"/>
              <w:left w:w="80" w:type="dxa"/>
              <w:bottom w:w="80" w:type="dxa"/>
              <w:right w:w="80" w:type="dxa"/>
            </w:tcMar>
          </w:tcPr>
          <w:p w14:paraId="2B302C8A" w14:textId="77777777" w:rsidR="00EC7A70" w:rsidRDefault="00EC7A70" w:rsidP="00D420CD">
            <w:r>
              <w:rPr>
                <w:color w:val="000000"/>
                <w:sz w:val="18"/>
              </w:rPr>
              <w:t>Response Structure</w:t>
            </w:r>
            <w:r>
              <w:rPr>
                <w:rFonts w:ascii="Roboto Mono" w:hAnsi="Roboto Mono"/>
                <w:b/>
                <w:color w:val="000000"/>
                <w:sz w:val="16"/>
              </w:rPr>
              <w:br/>
              <w:t>USB_AUTOSW_FN &lt; ON | OFF &gt;</w:t>
            </w:r>
          </w:p>
        </w:tc>
        <w:tc>
          <w:tcPr>
            <w:tcW w:w="3600" w:type="dxa"/>
            <w:vMerge/>
          </w:tcPr>
          <w:p w14:paraId="72296373" w14:textId="77777777" w:rsidR="00EC7A70" w:rsidRDefault="00EC7A70" w:rsidP="00D420CD"/>
        </w:tc>
      </w:tr>
      <w:tr w:rsidR="00EC7A70" w14:paraId="1F451DFE" w14:textId="77777777" w:rsidTr="00D420CD">
        <w:trPr>
          <w:jc w:val="center"/>
        </w:trPr>
        <w:tc>
          <w:tcPr>
            <w:tcW w:w="5760" w:type="dxa"/>
            <w:tcMar>
              <w:top w:w="80" w:type="dxa"/>
              <w:left w:w="80" w:type="dxa"/>
              <w:bottom w:w="0" w:type="dxa"/>
              <w:right w:w="80" w:type="dxa"/>
            </w:tcMar>
          </w:tcPr>
          <w:p w14:paraId="7F437BD4" w14:textId="77777777" w:rsidR="00EC7A70" w:rsidRDefault="00EC7A70" w:rsidP="00D420CD">
            <w:r>
              <w:rPr>
                <w:color w:val="000000"/>
                <w:sz w:val="18"/>
              </w:rPr>
              <w:t>Command Example</w:t>
            </w:r>
          </w:p>
        </w:tc>
        <w:tc>
          <w:tcPr>
            <w:tcW w:w="3600" w:type="dxa"/>
            <w:vMerge/>
          </w:tcPr>
          <w:p w14:paraId="5AF25F76" w14:textId="77777777" w:rsidR="00EC7A70" w:rsidRDefault="00EC7A70" w:rsidP="00D420CD"/>
        </w:tc>
      </w:tr>
      <w:tr w:rsidR="00EC7A70" w14:paraId="2A974F9D" w14:textId="77777777" w:rsidTr="00D420CD">
        <w:trPr>
          <w:jc w:val="center"/>
        </w:trPr>
        <w:tc>
          <w:tcPr>
            <w:tcW w:w="5760" w:type="dxa"/>
            <w:shd w:val="clear" w:color="auto" w:fill="000000"/>
            <w:tcMar>
              <w:top w:w="0" w:type="dxa"/>
              <w:left w:w="80" w:type="dxa"/>
              <w:bottom w:w="80" w:type="dxa"/>
              <w:right w:w="80" w:type="dxa"/>
            </w:tcMar>
          </w:tcPr>
          <w:p w14:paraId="399C50DF" w14:textId="77777777" w:rsidR="00EC7A70" w:rsidRDefault="00EC7A70" w:rsidP="00D420CD">
            <w:r>
              <w:rPr>
                <w:rFonts w:ascii="Roboto Mono" w:hAnsi="Roboto Mono"/>
                <w:b/>
                <w:color w:val="FFFFFF"/>
                <w:sz w:val="16"/>
              </w:rPr>
              <w:t>GET USB_AUTOSW_FN</w:t>
            </w:r>
          </w:p>
        </w:tc>
        <w:tc>
          <w:tcPr>
            <w:tcW w:w="3600" w:type="dxa"/>
            <w:vMerge/>
          </w:tcPr>
          <w:p w14:paraId="3CD74C4F" w14:textId="77777777" w:rsidR="00EC7A70" w:rsidRDefault="00EC7A70" w:rsidP="00D420CD"/>
        </w:tc>
      </w:tr>
      <w:tr w:rsidR="00EC7A70" w14:paraId="73E4629B" w14:textId="77777777" w:rsidTr="00D420CD">
        <w:trPr>
          <w:jc w:val="center"/>
        </w:trPr>
        <w:tc>
          <w:tcPr>
            <w:tcW w:w="5760" w:type="dxa"/>
            <w:tcMar>
              <w:top w:w="80" w:type="dxa"/>
              <w:left w:w="80" w:type="dxa"/>
              <w:bottom w:w="0" w:type="dxa"/>
              <w:right w:w="80" w:type="dxa"/>
            </w:tcMar>
          </w:tcPr>
          <w:p w14:paraId="09D5F682" w14:textId="77777777" w:rsidR="00EC7A70" w:rsidRDefault="00EC7A70" w:rsidP="00D420CD">
            <w:r>
              <w:rPr>
                <w:color w:val="000000"/>
                <w:sz w:val="18"/>
              </w:rPr>
              <w:t>Response Example</w:t>
            </w:r>
          </w:p>
        </w:tc>
        <w:tc>
          <w:tcPr>
            <w:tcW w:w="3600" w:type="dxa"/>
            <w:vMerge/>
          </w:tcPr>
          <w:p w14:paraId="705E7CBD" w14:textId="77777777" w:rsidR="00EC7A70" w:rsidRDefault="00EC7A70" w:rsidP="00D420CD"/>
        </w:tc>
      </w:tr>
      <w:tr w:rsidR="00EC7A70" w14:paraId="2317B1D1" w14:textId="77777777" w:rsidTr="00D420CD">
        <w:trPr>
          <w:jc w:val="center"/>
        </w:trPr>
        <w:tc>
          <w:tcPr>
            <w:tcW w:w="5760" w:type="dxa"/>
            <w:shd w:val="clear" w:color="auto" w:fill="000000"/>
            <w:tcMar>
              <w:top w:w="0" w:type="dxa"/>
              <w:left w:w="80" w:type="dxa"/>
              <w:bottom w:w="80" w:type="dxa"/>
              <w:right w:w="80" w:type="dxa"/>
            </w:tcMar>
          </w:tcPr>
          <w:p w14:paraId="1BA7CF91" w14:textId="77777777" w:rsidR="00EC7A70" w:rsidRDefault="00EC7A70" w:rsidP="00D420CD">
            <w:r>
              <w:rPr>
                <w:rFonts w:ascii="Roboto Mono" w:hAnsi="Roboto Mono"/>
                <w:b/>
                <w:color w:val="FFFFFF"/>
                <w:sz w:val="16"/>
              </w:rPr>
              <w:t>USB_AUTOSW_FN ON</w:t>
            </w:r>
          </w:p>
        </w:tc>
        <w:tc>
          <w:tcPr>
            <w:tcW w:w="3600" w:type="dxa"/>
            <w:vMerge/>
          </w:tcPr>
          <w:p w14:paraId="0FD2BFE0" w14:textId="77777777" w:rsidR="00EC7A70" w:rsidRDefault="00EC7A70" w:rsidP="00D420CD"/>
        </w:tc>
      </w:tr>
      <w:tr w:rsidR="00EC7A70" w14:paraId="228E4C80" w14:textId="77777777" w:rsidTr="00D420CD">
        <w:trPr>
          <w:jc w:val="center"/>
        </w:trPr>
        <w:tc>
          <w:tcPr>
            <w:tcW w:w="9360" w:type="dxa"/>
            <w:gridSpan w:val="2"/>
            <w:shd w:val="clear" w:color="auto" w:fill="E0F6EC"/>
            <w:tcMar>
              <w:top w:w="80" w:type="dxa"/>
              <w:left w:w="80" w:type="dxa"/>
              <w:bottom w:w="80" w:type="dxa"/>
              <w:right w:w="80" w:type="dxa"/>
            </w:tcMar>
          </w:tcPr>
          <w:p w14:paraId="5F0D76AA" w14:textId="77777777" w:rsidR="00EC7A70" w:rsidRDefault="00EC7A70" w:rsidP="00D420CD">
            <w:r>
              <w:rPr>
                <w:color w:val="000000"/>
                <w:sz w:val="16"/>
              </w:rPr>
              <w:t xml:space="preserve">Additional Notes: </w:t>
            </w:r>
          </w:p>
        </w:tc>
      </w:tr>
    </w:tbl>
    <w:p w14:paraId="48197DD3" w14:textId="77777777" w:rsidR="00EC7A70" w:rsidRDefault="00EC7A70" w:rsidP="00EC7A70"/>
    <w:p w14:paraId="14FCF1C1" w14:textId="77777777" w:rsidR="00EC7A70" w:rsidRDefault="00EC7A70" w:rsidP="00EC7A70">
      <w:pPr>
        <w:pStyle w:val="Heading2"/>
      </w:pPr>
      <w:bookmarkStart w:id="65" w:name="_Toc218512826"/>
      <w:r>
        <w:rPr>
          <w:rFonts w:ascii="Roboto" w:hAnsi="Roboto"/>
          <w:color w:val="000000"/>
          <w:sz w:val="28"/>
        </w:rPr>
        <w:t>4.8 Set USB Host</w:t>
      </w:r>
      <w:bookmarkEnd w:id="65"/>
    </w:p>
    <w:p w14:paraId="46D33462" w14:textId="77777777" w:rsidR="00EC7A70" w:rsidRDefault="00EC7A70" w:rsidP="00EC7A70">
      <w:r>
        <w:rPr>
          <w:rFonts w:ascii="Roboto" w:hAnsi="Roboto"/>
          <w:sz w:val="18"/>
        </w:rPr>
        <w:br/>
        <w:t>Manually switch the USB Host</w:t>
      </w:r>
    </w:p>
    <w:tbl>
      <w:tblPr>
        <w:tblStyle w:val="luka"/>
        <w:tblW w:w="0" w:type="auto"/>
        <w:jc w:val="center"/>
        <w:tblLook w:val="04A0" w:firstRow="1" w:lastRow="0" w:firstColumn="1" w:lastColumn="0" w:noHBand="0" w:noVBand="1"/>
      </w:tblPr>
      <w:tblGrid>
        <w:gridCol w:w="5760"/>
        <w:gridCol w:w="3600"/>
      </w:tblGrid>
      <w:tr w:rsidR="00EC7A70" w14:paraId="5E98A7A3" w14:textId="77777777" w:rsidTr="00D420CD">
        <w:trPr>
          <w:jc w:val="center"/>
        </w:trPr>
        <w:tc>
          <w:tcPr>
            <w:tcW w:w="5760" w:type="dxa"/>
            <w:tcMar>
              <w:top w:w="80" w:type="dxa"/>
              <w:left w:w="80" w:type="dxa"/>
              <w:bottom w:w="80" w:type="dxa"/>
              <w:right w:w="80" w:type="dxa"/>
            </w:tcMar>
          </w:tcPr>
          <w:p w14:paraId="2F8D6114" w14:textId="77777777" w:rsidR="00EC7A70" w:rsidRDefault="00EC7A70" w:rsidP="00D420CD">
            <w:r>
              <w:rPr>
                <w:color w:val="000000"/>
                <w:sz w:val="18"/>
              </w:rPr>
              <w:t>Command Structure</w:t>
            </w:r>
            <w:r>
              <w:rPr>
                <w:rFonts w:ascii="Roboto Mono" w:hAnsi="Roboto Mono"/>
                <w:b/>
                <w:color w:val="000000"/>
                <w:sz w:val="16"/>
              </w:rPr>
              <w:br/>
              <w:t>SET USB_HOST &lt; USBCIN | USBHOST | WIRELESS &gt;</w:t>
            </w:r>
          </w:p>
        </w:tc>
        <w:tc>
          <w:tcPr>
            <w:tcW w:w="3600" w:type="dxa"/>
            <w:vMerge w:val="restart"/>
            <w:shd w:val="clear" w:color="auto" w:fill="F2F2F2"/>
            <w:tcMar>
              <w:top w:w="80" w:type="dxa"/>
              <w:left w:w="80" w:type="dxa"/>
              <w:bottom w:w="80" w:type="dxa"/>
              <w:right w:w="80" w:type="dxa"/>
            </w:tcMar>
          </w:tcPr>
          <w:p w14:paraId="5DD20F0F" w14:textId="77777777" w:rsidR="00EC7A70" w:rsidRDefault="00EC7A70" w:rsidP="00D420CD">
            <w:r>
              <w:rPr>
                <w:color w:val="000000"/>
                <w:sz w:val="16"/>
              </w:rPr>
              <w:t>Parameters:</w:t>
            </w:r>
            <w:r>
              <w:rPr>
                <w:color w:val="000000"/>
                <w:sz w:val="16"/>
              </w:rPr>
              <w:br/>
              <w:t>WIRELESS = USB Host connected to the main chipset for Wireless Conference</w:t>
            </w:r>
          </w:p>
        </w:tc>
      </w:tr>
      <w:tr w:rsidR="00EC7A70" w14:paraId="298E230F" w14:textId="77777777" w:rsidTr="00D420CD">
        <w:trPr>
          <w:jc w:val="center"/>
        </w:trPr>
        <w:tc>
          <w:tcPr>
            <w:tcW w:w="5760" w:type="dxa"/>
            <w:tcMar>
              <w:top w:w="80" w:type="dxa"/>
              <w:left w:w="80" w:type="dxa"/>
              <w:bottom w:w="80" w:type="dxa"/>
              <w:right w:w="80" w:type="dxa"/>
            </w:tcMar>
          </w:tcPr>
          <w:p w14:paraId="2163F55A" w14:textId="77777777" w:rsidR="00EC7A70" w:rsidRDefault="00EC7A70" w:rsidP="00D420CD">
            <w:r>
              <w:rPr>
                <w:color w:val="000000"/>
                <w:sz w:val="18"/>
              </w:rPr>
              <w:t>Response Structure</w:t>
            </w:r>
            <w:r>
              <w:rPr>
                <w:rFonts w:ascii="Roboto Mono" w:hAnsi="Roboto Mono"/>
                <w:b/>
                <w:color w:val="000000"/>
                <w:sz w:val="16"/>
              </w:rPr>
              <w:br/>
              <w:t>USB_HOST &lt; USBCIN | USBHOST | WIRELESS &gt;</w:t>
            </w:r>
          </w:p>
        </w:tc>
        <w:tc>
          <w:tcPr>
            <w:tcW w:w="3600" w:type="dxa"/>
            <w:vMerge/>
          </w:tcPr>
          <w:p w14:paraId="12C84F12" w14:textId="77777777" w:rsidR="00EC7A70" w:rsidRDefault="00EC7A70" w:rsidP="00D420CD"/>
        </w:tc>
      </w:tr>
      <w:tr w:rsidR="00EC7A70" w14:paraId="31BCD3DA" w14:textId="77777777" w:rsidTr="00D420CD">
        <w:trPr>
          <w:jc w:val="center"/>
        </w:trPr>
        <w:tc>
          <w:tcPr>
            <w:tcW w:w="5760" w:type="dxa"/>
            <w:tcMar>
              <w:top w:w="80" w:type="dxa"/>
              <w:left w:w="80" w:type="dxa"/>
              <w:bottom w:w="0" w:type="dxa"/>
              <w:right w:w="80" w:type="dxa"/>
            </w:tcMar>
          </w:tcPr>
          <w:p w14:paraId="4CE3AECB" w14:textId="77777777" w:rsidR="00EC7A70" w:rsidRDefault="00EC7A70" w:rsidP="00D420CD">
            <w:r>
              <w:rPr>
                <w:color w:val="000000"/>
                <w:sz w:val="18"/>
              </w:rPr>
              <w:t>Command Example</w:t>
            </w:r>
          </w:p>
        </w:tc>
        <w:tc>
          <w:tcPr>
            <w:tcW w:w="3600" w:type="dxa"/>
            <w:vMerge/>
          </w:tcPr>
          <w:p w14:paraId="55B5925D" w14:textId="77777777" w:rsidR="00EC7A70" w:rsidRDefault="00EC7A70" w:rsidP="00D420CD"/>
        </w:tc>
      </w:tr>
      <w:tr w:rsidR="00EC7A70" w14:paraId="4AF74E55" w14:textId="77777777" w:rsidTr="00D420CD">
        <w:trPr>
          <w:jc w:val="center"/>
        </w:trPr>
        <w:tc>
          <w:tcPr>
            <w:tcW w:w="5760" w:type="dxa"/>
            <w:shd w:val="clear" w:color="auto" w:fill="000000"/>
            <w:tcMar>
              <w:top w:w="0" w:type="dxa"/>
              <w:left w:w="80" w:type="dxa"/>
              <w:bottom w:w="80" w:type="dxa"/>
              <w:right w:w="80" w:type="dxa"/>
            </w:tcMar>
          </w:tcPr>
          <w:p w14:paraId="34181269" w14:textId="77777777" w:rsidR="00EC7A70" w:rsidRDefault="00EC7A70" w:rsidP="00D420CD">
            <w:r>
              <w:rPr>
                <w:rFonts w:ascii="Roboto Mono" w:hAnsi="Roboto Mono"/>
                <w:b/>
                <w:color w:val="FFFFFF"/>
                <w:sz w:val="16"/>
              </w:rPr>
              <w:t>SET USB_HOST USBHOST1</w:t>
            </w:r>
          </w:p>
        </w:tc>
        <w:tc>
          <w:tcPr>
            <w:tcW w:w="3600" w:type="dxa"/>
            <w:vMerge/>
          </w:tcPr>
          <w:p w14:paraId="1A87132C" w14:textId="77777777" w:rsidR="00EC7A70" w:rsidRDefault="00EC7A70" w:rsidP="00D420CD"/>
        </w:tc>
      </w:tr>
      <w:tr w:rsidR="00EC7A70" w14:paraId="5693F355" w14:textId="77777777" w:rsidTr="00D420CD">
        <w:trPr>
          <w:jc w:val="center"/>
        </w:trPr>
        <w:tc>
          <w:tcPr>
            <w:tcW w:w="5760" w:type="dxa"/>
            <w:tcMar>
              <w:top w:w="80" w:type="dxa"/>
              <w:left w:w="80" w:type="dxa"/>
              <w:bottom w:w="0" w:type="dxa"/>
              <w:right w:w="80" w:type="dxa"/>
            </w:tcMar>
          </w:tcPr>
          <w:p w14:paraId="0C84FA6F" w14:textId="77777777" w:rsidR="00EC7A70" w:rsidRDefault="00EC7A70" w:rsidP="00D420CD">
            <w:r>
              <w:rPr>
                <w:color w:val="000000"/>
                <w:sz w:val="18"/>
              </w:rPr>
              <w:t>Response Example</w:t>
            </w:r>
          </w:p>
        </w:tc>
        <w:tc>
          <w:tcPr>
            <w:tcW w:w="3600" w:type="dxa"/>
            <w:vMerge/>
          </w:tcPr>
          <w:p w14:paraId="648828D9" w14:textId="77777777" w:rsidR="00EC7A70" w:rsidRDefault="00EC7A70" w:rsidP="00D420CD"/>
        </w:tc>
      </w:tr>
      <w:tr w:rsidR="00EC7A70" w14:paraId="706C0F39" w14:textId="77777777" w:rsidTr="00D420CD">
        <w:trPr>
          <w:jc w:val="center"/>
        </w:trPr>
        <w:tc>
          <w:tcPr>
            <w:tcW w:w="5760" w:type="dxa"/>
            <w:shd w:val="clear" w:color="auto" w:fill="000000"/>
            <w:tcMar>
              <w:top w:w="0" w:type="dxa"/>
              <w:left w:w="80" w:type="dxa"/>
              <w:bottom w:w="80" w:type="dxa"/>
              <w:right w:w="80" w:type="dxa"/>
            </w:tcMar>
          </w:tcPr>
          <w:p w14:paraId="04EAF04E" w14:textId="77777777" w:rsidR="00EC7A70" w:rsidRDefault="00EC7A70" w:rsidP="00D420CD">
            <w:r>
              <w:rPr>
                <w:rFonts w:ascii="Roboto Mono" w:hAnsi="Roboto Mono"/>
                <w:b/>
                <w:color w:val="FFFFFF"/>
                <w:sz w:val="16"/>
              </w:rPr>
              <w:t>USB_HOST USBHOST1</w:t>
            </w:r>
          </w:p>
        </w:tc>
        <w:tc>
          <w:tcPr>
            <w:tcW w:w="3600" w:type="dxa"/>
            <w:vMerge/>
          </w:tcPr>
          <w:p w14:paraId="44118D71" w14:textId="77777777" w:rsidR="00EC7A70" w:rsidRDefault="00EC7A70" w:rsidP="00D420CD"/>
        </w:tc>
      </w:tr>
      <w:tr w:rsidR="00EC7A70" w14:paraId="6218FD6D" w14:textId="77777777" w:rsidTr="00D420CD">
        <w:trPr>
          <w:jc w:val="center"/>
        </w:trPr>
        <w:tc>
          <w:tcPr>
            <w:tcW w:w="9360" w:type="dxa"/>
            <w:gridSpan w:val="2"/>
            <w:shd w:val="clear" w:color="auto" w:fill="E0F6EC"/>
            <w:tcMar>
              <w:top w:w="80" w:type="dxa"/>
              <w:left w:w="80" w:type="dxa"/>
              <w:bottom w:w="80" w:type="dxa"/>
              <w:right w:w="80" w:type="dxa"/>
            </w:tcMar>
          </w:tcPr>
          <w:p w14:paraId="7C91027A" w14:textId="77777777" w:rsidR="00EC7A70" w:rsidRDefault="00EC7A70" w:rsidP="00D420CD">
            <w:r>
              <w:rPr>
                <w:color w:val="000000"/>
                <w:sz w:val="16"/>
              </w:rPr>
              <w:t xml:space="preserve">Additional Notes: </w:t>
            </w:r>
          </w:p>
        </w:tc>
      </w:tr>
    </w:tbl>
    <w:p w14:paraId="73BF2938" w14:textId="77777777" w:rsidR="00EC7A70" w:rsidRDefault="00EC7A70" w:rsidP="00EC7A70"/>
    <w:p w14:paraId="079D3565" w14:textId="77777777" w:rsidR="00EC7A70" w:rsidRDefault="00EC7A70" w:rsidP="00EC7A70">
      <w:pPr>
        <w:pStyle w:val="Heading2"/>
      </w:pPr>
      <w:bookmarkStart w:id="66" w:name="_Toc218512827"/>
      <w:r>
        <w:rPr>
          <w:rFonts w:ascii="Roboto" w:hAnsi="Roboto"/>
          <w:color w:val="000000"/>
          <w:sz w:val="28"/>
        </w:rPr>
        <w:t>4.9 Get USB Host</w:t>
      </w:r>
      <w:bookmarkEnd w:id="66"/>
    </w:p>
    <w:p w14:paraId="35161479" w14:textId="77777777" w:rsidR="00EC7A70" w:rsidRDefault="00EC7A70" w:rsidP="00EC7A70">
      <w:r>
        <w:rPr>
          <w:rFonts w:ascii="Roboto" w:hAnsi="Roboto"/>
          <w:sz w:val="18"/>
        </w:rPr>
        <w:br/>
        <w:t>Retrieve the current USB HOST.</w:t>
      </w:r>
    </w:p>
    <w:tbl>
      <w:tblPr>
        <w:tblStyle w:val="luka"/>
        <w:tblW w:w="0" w:type="auto"/>
        <w:jc w:val="center"/>
        <w:tblLook w:val="04A0" w:firstRow="1" w:lastRow="0" w:firstColumn="1" w:lastColumn="0" w:noHBand="0" w:noVBand="1"/>
      </w:tblPr>
      <w:tblGrid>
        <w:gridCol w:w="5760"/>
        <w:gridCol w:w="3600"/>
      </w:tblGrid>
      <w:tr w:rsidR="00EC7A70" w14:paraId="476B0024" w14:textId="77777777" w:rsidTr="00D420CD">
        <w:trPr>
          <w:jc w:val="center"/>
        </w:trPr>
        <w:tc>
          <w:tcPr>
            <w:tcW w:w="5760" w:type="dxa"/>
            <w:tcMar>
              <w:top w:w="80" w:type="dxa"/>
              <w:left w:w="80" w:type="dxa"/>
              <w:bottom w:w="80" w:type="dxa"/>
              <w:right w:w="80" w:type="dxa"/>
            </w:tcMar>
          </w:tcPr>
          <w:p w14:paraId="2B1C22F3" w14:textId="77777777" w:rsidR="00EC7A70" w:rsidRDefault="00EC7A70" w:rsidP="00D420CD">
            <w:r>
              <w:rPr>
                <w:color w:val="000000"/>
                <w:sz w:val="18"/>
              </w:rPr>
              <w:t>Command Structure</w:t>
            </w:r>
            <w:r>
              <w:rPr>
                <w:rFonts w:ascii="Roboto Mono" w:hAnsi="Roboto Mono"/>
                <w:b/>
                <w:color w:val="000000"/>
                <w:sz w:val="16"/>
              </w:rPr>
              <w:br/>
              <w:t>GET USB_HOST</w:t>
            </w:r>
          </w:p>
        </w:tc>
        <w:tc>
          <w:tcPr>
            <w:tcW w:w="3600" w:type="dxa"/>
            <w:vMerge w:val="restart"/>
            <w:shd w:val="clear" w:color="auto" w:fill="F2F2F2"/>
            <w:tcMar>
              <w:top w:w="80" w:type="dxa"/>
              <w:left w:w="80" w:type="dxa"/>
              <w:bottom w:w="80" w:type="dxa"/>
              <w:right w:w="80" w:type="dxa"/>
            </w:tcMar>
          </w:tcPr>
          <w:p w14:paraId="71759892" w14:textId="77777777" w:rsidR="00EC7A70" w:rsidRDefault="00EC7A70" w:rsidP="00D420CD">
            <w:r>
              <w:rPr>
                <w:color w:val="000000"/>
                <w:sz w:val="16"/>
              </w:rPr>
              <w:t>Parameters:</w:t>
            </w:r>
            <w:r>
              <w:rPr>
                <w:color w:val="000000"/>
                <w:sz w:val="16"/>
              </w:rPr>
              <w:br/>
            </w:r>
          </w:p>
        </w:tc>
      </w:tr>
      <w:tr w:rsidR="00EC7A70" w14:paraId="4C3A3609" w14:textId="77777777" w:rsidTr="00D420CD">
        <w:trPr>
          <w:jc w:val="center"/>
        </w:trPr>
        <w:tc>
          <w:tcPr>
            <w:tcW w:w="5760" w:type="dxa"/>
            <w:tcMar>
              <w:top w:w="80" w:type="dxa"/>
              <w:left w:w="80" w:type="dxa"/>
              <w:bottom w:w="80" w:type="dxa"/>
              <w:right w:w="80" w:type="dxa"/>
            </w:tcMar>
          </w:tcPr>
          <w:p w14:paraId="6EF13C84" w14:textId="77777777" w:rsidR="00EC7A70" w:rsidRDefault="00EC7A70" w:rsidP="00D420CD">
            <w:r>
              <w:rPr>
                <w:color w:val="000000"/>
                <w:sz w:val="18"/>
              </w:rPr>
              <w:t>Response Structure</w:t>
            </w:r>
            <w:r>
              <w:rPr>
                <w:rFonts w:ascii="Roboto Mono" w:hAnsi="Roboto Mono"/>
                <w:b/>
                <w:color w:val="000000"/>
                <w:sz w:val="16"/>
              </w:rPr>
              <w:br/>
              <w:t>USB_HOST &lt; USBCIN | USBHOST | WIRELESS &gt;</w:t>
            </w:r>
          </w:p>
        </w:tc>
        <w:tc>
          <w:tcPr>
            <w:tcW w:w="3600" w:type="dxa"/>
            <w:vMerge/>
          </w:tcPr>
          <w:p w14:paraId="37AB932F" w14:textId="77777777" w:rsidR="00EC7A70" w:rsidRDefault="00EC7A70" w:rsidP="00D420CD"/>
        </w:tc>
      </w:tr>
      <w:tr w:rsidR="00EC7A70" w14:paraId="25720C0A" w14:textId="77777777" w:rsidTr="00D420CD">
        <w:trPr>
          <w:jc w:val="center"/>
        </w:trPr>
        <w:tc>
          <w:tcPr>
            <w:tcW w:w="5760" w:type="dxa"/>
            <w:tcMar>
              <w:top w:w="80" w:type="dxa"/>
              <w:left w:w="80" w:type="dxa"/>
              <w:bottom w:w="0" w:type="dxa"/>
              <w:right w:w="80" w:type="dxa"/>
            </w:tcMar>
          </w:tcPr>
          <w:p w14:paraId="7037C771" w14:textId="77777777" w:rsidR="00EC7A70" w:rsidRDefault="00EC7A70" w:rsidP="00D420CD">
            <w:r>
              <w:rPr>
                <w:color w:val="000000"/>
                <w:sz w:val="18"/>
              </w:rPr>
              <w:t>Command Example</w:t>
            </w:r>
          </w:p>
        </w:tc>
        <w:tc>
          <w:tcPr>
            <w:tcW w:w="3600" w:type="dxa"/>
            <w:vMerge/>
          </w:tcPr>
          <w:p w14:paraId="26EB2187" w14:textId="77777777" w:rsidR="00EC7A70" w:rsidRDefault="00EC7A70" w:rsidP="00D420CD"/>
        </w:tc>
      </w:tr>
      <w:tr w:rsidR="00EC7A70" w14:paraId="0365B534" w14:textId="77777777" w:rsidTr="00D420CD">
        <w:trPr>
          <w:jc w:val="center"/>
        </w:trPr>
        <w:tc>
          <w:tcPr>
            <w:tcW w:w="5760" w:type="dxa"/>
            <w:shd w:val="clear" w:color="auto" w:fill="000000"/>
            <w:tcMar>
              <w:top w:w="0" w:type="dxa"/>
              <w:left w:w="80" w:type="dxa"/>
              <w:bottom w:w="80" w:type="dxa"/>
              <w:right w:w="80" w:type="dxa"/>
            </w:tcMar>
          </w:tcPr>
          <w:p w14:paraId="2344A6DD" w14:textId="77777777" w:rsidR="00EC7A70" w:rsidRDefault="00EC7A70" w:rsidP="00D420CD">
            <w:r>
              <w:rPr>
                <w:rFonts w:ascii="Roboto Mono" w:hAnsi="Roboto Mono"/>
                <w:b/>
                <w:color w:val="FFFFFF"/>
                <w:sz w:val="16"/>
              </w:rPr>
              <w:t>GET USB_HOST</w:t>
            </w:r>
          </w:p>
        </w:tc>
        <w:tc>
          <w:tcPr>
            <w:tcW w:w="3600" w:type="dxa"/>
            <w:vMerge/>
          </w:tcPr>
          <w:p w14:paraId="1BC22DDA" w14:textId="77777777" w:rsidR="00EC7A70" w:rsidRDefault="00EC7A70" w:rsidP="00D420CD"/>
        </w:tc>
      </w:tr>
      <w:tr w:rsidR="00EC7A70" w14:paraId="6495DB44" w14:textId="77777777" w:rsidTr="00D420CD">
        <w:trPr>
          <w:jc w:val="center"/>
        </w:trPr>
        <w:tc>
          <w:tcPr>
            <w:tcW w:w="5760" w:type="dxa"/>
            <w:tcMar>
              <w:top w:w="80" w:type="dxa"/>
              <w:left w:w="80" w:type="dxa"/>
              <w:bottom w:w="0" w:type="dxa"/>
              <w:right w:w="80" w:type="dxa"/>
            </w:tcMar>
          </w:tcPr>
          <w:p w14:paraId="6FE5376C" w14:textId="77777777" w:rsidR="00EC7A70" w:rsidRDefault="00EC7A70" w:rsidP="00D420CD">
            <w:r>
              <w:rPr>
                <w:color w:val="000000"/>
                <w:sz w:val="18"/>
              </w:rPr>
              <w:t>Response Example</w:t>
            </w:r>
          </w:p>
        </w:tc>
        <w:tc>
          <w:tcPr>
            <w:tcW w:w="3600" w:type="dxa"/>
            <w:vMerge/>
          </w:tcPr>
          <w:p w14:paraId="478C1887" w14:textId="77777777" w:rsidR="00EC7A70" w:rsidRDefault="00EC7A70" w:rsidP="00D420CD"/>
        </w:tc>
      </w:tr>
      <w:tr w:rsidR="00EC7A70" w14:paraId="44ACF2F2" w14:textId="77777777" w:rsidTr="00D420CD">
        <w:trPr>
          <w:jc w:val="center"/>
        </w:trPr>
        <w:tc>
          <w:tcPr>
            <w:tcW w:w="5760" w:type="dxa"/>
            <w:shd w:val="clear" w:color="auto" w:fill="000000"/>
            <w:tcMar>
              <w:top w:w="0" w:type="dxa"/>
              <w:left w:w="80" w:type="dxa"/>
              <w:bottom w:w="80" w:type="dxa"/>
              <w:right w:w="80" w:type="dxa"/>
            </w:tcMar>
          </w:tcPr>
          <w:p w14:paraId="6409B2F1" w14:textId="77777777" w:rsidR="00EC7A70" w:rsidRDefault="00EC7A70" w:rsidP="00D420CD">
            <w:r>
              <w:rPr>
                <w:rFonts w:ascii="Roboto Mono" w:hAnsi="Roboto Mono"/>
                <w:b/>
                <w:color w:val="FFFFFF"/>
                <w:sz w:val="16"/>
              </w:rPr>
              <w:t>USB_HOST USBHOST1</w:t>
            </w:r>
          </w:p>
        </w:tc>
        <w:tc>
          <w:tcPr>
            <w:tcW w:w="3600" w:type="dxa"/>
            <w:vMerge/>
          </w:tcPr>
          <w:p w14:paraId="6322AF53" w14:textId="77777777" w:rsidR="00EC7A70" w:rsidRDefault="00EC7A70" w:rsidP="00D420CD"/>
        </w:tc>
      </w:tr>
      <w:tr w:rsidR="00EC7A70" w14:paraId="6ECEC844" w14:textId="77777777" w:rsidTr="00D420CD">
        <w:trPr>
          <w:jc w:val="center"/>
        </w:trPr>
        <w:tc>
          <w:tcPr>
            <w:tcW w:w="9360" w:type="dxa"/>
            <w:gridSpan w:val="2"/>
            <w:shd w:val="clear" w:color="auto" w:fill="E0F6EC"/>
            <w:tcMar>
              <w:top w:w="80" w:type="dxa"/>
              <w:left w:w="80" w:type="dxa"/>
              <w:bottom w:w="80" w:type="dxa"/>
              <w:right w:w="80" w:type="dxa"/>
            </w:tcMar>
          </w:tcPr>
          <w:p w14:paraId="39F1080E" w14:textId="77777777" w:rsidR="00EC7A70" w:rsidRDefault="00EC7A70" w:rsidP="00D420CD">
            <w:r>
              <w:rPr>
                <w:color w:val="000000"/>
                <w:sz w:val="16"/>
              </w:rPr>
              <w:t xml:space="preserve">Additional Notes: </w:t>
            </w:r>
          </w:p>
        </w:tc>
      </w:tr>
    </w:tbl>
    <w:p w14:paraId="66F51D79" w14:textId="3BF94293" w:rsidR="00EC7A70" w:rsidRPr="000B05FA" w:rsidRDefault="00EC7A70" w:rsidP="00EC7A70">
      <w:pPr>
        <w:pStyle w:val="Heading1"/>
        <w:rPr>
          <w:rFonts w:ascii="Roboto" w:hAnsi="Roboto"/>
          <w:color w:val="000000"/>
          <w:sz w:val="32"/>
        </w:rPr>
      </w:pPr>
      <w:bookmarkStart w:id="67" w:name="_Toc218512828"/>
      <w:r>
        <w:rPr>
          <w:rFonts w:ascii="Roboto" w:hAnsi="Roboto"/>
          <w:color w:val="000000"/>
          <w:sz w:val="32"/>
        </w:rPr>
        <w:lastRenderedPageBreak/>
        <w:t>5</w:t>
      </w:r>
      <w:r w:rsidRPr="000B05FA">
        <w:rPr>
          <w:rFonts w:ascii="Roboto" w:hAnsi="Roboto"/>
          <w:color w:val="000000"/>
          <w:sz w:val="32"/>
        </w:rPr>
        <w:t xml:space="preserve">. </w:t>
      </w:r>
      <w:r>
        <w:rPr>
          <w:rFonts w:ascii="Roboto" w:hAnsi="Roboto"/>
          <w:color w:val="000000"/>
          <w:sz w:val="32"/>
          <w:lang w:val="en"/>
        </w:rPr>
        <w:t>Sleep/Standby and Peripheral Control</w:t>
      </w:r>
      <w:bookmarkEnd w:id="67"/>
    </w:p>
    <w:p w14:paraId="43356B41" w14:textId="77777777" w:rsidR="00EC7A70" w:rsidRDefault="00EC7A70" w:rsidP="00EC7A70">
      <w:pPr>
        <w:pStyle w:val="Heading2"/>
      </w:pPr>
      <w:bookmarkStart w:id="68" w:name="_Toc218512829"/>
      <w:r>
        <w:rPr>
          <w:rFonts w:ascii="Roboto" w:hAnsi="Roboto"/>
          <w:color w:val="000000"/>
          <w:sz w:val="28"/>
        </w:rPr>
        <w:t>5.1 Set Automatic Standby</w:t>
      </w:r>
      <w:bookmarkEnd w:id="68"/>
    </w:p>
    <w:p w14:paraId="7360879C" w14:textId="77777777" w:rsidR="00EC7A70" w:rsidRDefault="00EC7A70" w:rsidP="00EC7A70">
      <w:r>
        <w:rPr>
          <w:rFonts w:ascii="Roboto" w:hAnsi="Roboto"/>
          <w:sz w:val="18"/>
        </w:rPr>
        <w:br/>
        <w:t>Configure the device's automatic standby feature.</w:t>
      </w:r>
      <w:r>
        <w:rPr>
          <w:rFonts w:ascii="Roboto" w:hAnsi="Roboto"/>
          <w:sz w:val="18"/>
        </w:rPr>
        <w:br/>
        <w:t>When automatic standby is enabled, if the device continuously displays the Guide screen for a certain period (determined by the standby timeout value), it will send a power-off command to all connected displays and disable HDMI +5V and TMDS signals.</w:t>
      </w:r>
    </w:p>
    <w:tbl>
      <w:tblPr>
        <w:tblStyle w:val="luka"/>
        <w:tblW w:w="0" w:type="auto"/>
        <w:jc w:val="center"/>
        <w:tblLook w:val="04A0" w:firstRow="1" w:lastRow="0" w:firstColumn="1" w:lastColumn="0" w:noHBand="0" w:noVBand="1"/>
      </w:tblPr>
      <w:tblGrid>
        <w:gridCol w:w="5760"/>
        <w:gridCol w:w="3600"/>
      </w:tblGrid>
      <w:tr w:rsidR="00EC7A70" w14:paraId="787CCA2B" w14:textId="77777777" w:rsidTr="00D420CD">
        <w:trPr>
          <w:jc w:val="center"/>
        </w:trPr>
        <w:tc>
          <w:tcPr>
            <w:tcW w:w="5760" w:type="dxa"/>
            <w:tcMar>
              <w:top w:w="80" w:type="dxa"/>
              <w:left w:w="80" w:type="dxa"/>
              <w:bottom w:w="80" w:type="dxa"/>
              <w:right w:w="80" w:type="dxa"/>
            </w:tcMar>
          </w:tcPr>
          <w:p w14:paraId="593F5432" w14:textId="77777777" w:rsidR="00EC7A70" w:rsidRDefault="00EC7A70" w:rsidP="00D420CD">
            <w:r>
              <w:rPr>
                <w:color w:val="000000"/>
                <w:sz w:val="18"/>
              </w:rPr>
              <w:t>Command Structure</w:t>
            </w:r>
            <w:r>
              <w:rPr>
                <w:rFonts w:ascii="Roboto Mono" w:hAnsi="Roboto Mono"/>
                <w:b/>
                <w:color w:val="000000"/>
                <w:sz w:val="16"/>
              </w:rPr>
              <w:br/>
              <w:t>SET AUTO_STANDBY_FN &lt; ON | OFF &gt;</w:t>
            </w:r>
          </w:p>
        </w:tc>
        <w:tc>
          <w:tcPr>
            <w:tcW w:w="3600" w:type="dxa"/>
            <w:vMerge w:val="restart"/>
            <w:shd w:val="clear" w:color="auto" w:fill="F2F2F2"/>
            <w:tcMar>
              <w:top w:w="80" w:type="dxa"/>
              <w:left w:w="80" w:type="dxa"/>
              <w:bottom w:w="80" w:type="dxa"/>
              <w:right w:w="80" w:type="dxa"/>
            </w:tcMar>
          </w:tcPr>
          <w:p w14:paraId="6D8DEAFC" w14:textId="77777777" w:rsidR="00EC7A70" w:rsidRDefault="00EC7A70" w:rsidP="00D420CD">
            <w:r>
              <w:rPr>
                <w:color w:val="000000"/>
                <w:sz w:val="16"/>
              </w:rPr>
              <w:t>Parameters:</w:t>
            </w:r>
            <w:r>
              <w:rPr>
                <w:color w:val="000000"/>
                <w:sz w:val="16"/>
              </w:rPr>
              <w:br/>
              <w:t>ON = Enable automatic standby</w:t>
            </w:r>
          </w:p>
        </w:tc>
      </w:tr>
      <w:tr w:rsidR="00EC7A70" w14:paraId="478147F7" w14:textId="77777777" w:rsidTr="00D420CD">
        <w:trPr>
          <w:jc w:val="center"/>
        </w:trPr>
        <w:tc>
          <w:tcPr>
            <w:tcW w:w="5760" w:type="dxa"/>
            <w:tcMar>
              <w:top w:w="80" w:type="dxa"/>
              <w:left w:w="80" w:type="dxa"/>
              <w:bottom w:w="80" w:type="dxa"/>
              <w:right w:w="80" w:type="dxa"/>
            </w:tcMar>
          </w:tcPr>
          <w:p w14:paraId="6664C0F1" w14:textId="77777777" w:rsidR="00EC7A70" w:rsidRDefault="00EC7A70" w:rsidP="00D420CD">
            <w:r>
              <w:rPr>
                <w:color w:val="000000"/>
                <w:sz w:val="18"/>
              </w:rPr>
              <w:t>Response Structure</w:t>
            </w:r>
            <w:r>
              <w:rPr>
                <w:rFonts w:ascii="Roboto Mono" w:hAnsi="Roboto Mono"/>
                <w:b/>
                <w:color w:val="000000"/>
                <w:sz w:val="16"/>
              </w:rPr>
              <w:br/>
              <w:t>AUTO_STANDBY_FN &lt; ON | OFF &gt;</w:t>
            </w:r>
          </w:p>
        </w:tc>
        <w:tc>
          <w:tcPr>
            <w:tcW w:w="3600" w:type="dxa"/>
            <w:vMerge/>
          </w:tcPr>
          <w:p w14:paraId="424AB7FD" w14:textId="77777777" w:rsidR="00EC7A70" w:rsidRDefault="00EC7A70" w:rsidP="00D420CD"/>
        </w:tc>
      </w:tr>
      <w:tr w:rsidR="00EC7A70" w14:paraId="02A3FE4B" w14:textId="77777777" w:rsidTr="00D420CD">
        <w:trPr>
          <w:jc w:val="center"/>
        </w:trPr>
        <w:tc>
          <w:tcPr>
            <w:tcW w:w="5760" w:type="dxa"/>
            <w:tcMar>
              <w:top w:w="80" w:type="dxa"/>
              <w:left w:w="80" w:type="dxa"/>
              <w:bottom w:w="0" w:type="dxa"/>
              <w:right w:w="80" w:type="dxa"/>
            </w:tcMar>
          </w:tcPr>
          <w:p w14:paraId="45B2AD84" w14:textId="77777777" w:rsidR="00EC7A70" w:rsidRDefault="00EC7A70" w:rsidP="00D420CD">
            <w:r>
              <w:rPr>
                <w:color w:val="000000"/>
                <w:sz w:val="18"/>
              </w:rPr>
              <w:t>Command Example</w:t>
            </w:r>
          </w:p>
        </w:tc>
        <w:tc>
          <w:tcPr>
            <w:tcW w:w="3600" w:type="dxa"/>
            <w:vMerge/>
          </w:tcPr>
          <w:p w14:paraId="72B7722C" w14:textId="77777777" w:rsidR="00EC7A70" w:rsidRDefault="00EC7A70" w:rsidP="00D420CD"/>
        </w:tc>
      </w:tr>
      <w:tr w:rsidR="00EC7A70" w14:paraId="556CFCE3" w14:textId="77777777" w:rsidTr="00D420CD">
        <w:trPr>
          <w:jc w:val="center"/>
        </w:trPr>
        <w:tc>
          <w:tcPr>
            <w:tcW w:w="5760" w:type="dxa"/>
            <w:shd w:val="clear" w:color="auto" w:fill="000000"/>
            <w:tcMar>
              <w:top w:w="0" w:type="dxa"/>
              <w:left w:w="80" w:type="dxa"/>
              <w:bottom w:w="80" w:type="dxa"/>
              <w:right w:w="80" w:type="dxa"/>
            </w:tcMar>
          </w:tcPr>
          <w:p w14:paraId="685F43E8" w14:textId="77777777" w:rsidR="00EC7A70" w:rsidRDefault="00EC7A70" w:rsidP="00D420CD">
            <w:r>
              <w:rPr>
                <w:rFonts w:ascii="Roboto Mono" w:hAnsi="Roboto Mono"/>
                <w:b/>
                <w:color w:val="FFFFFF"/>
                <w:sz w:val="16"/>
              </w:rPr>
              <w:t>SET AUTO_STANDBY_FN OFF</w:t>
            </w:r>
          </w:p>
        </w:tc>
        <w:tc>
          <w:tcPr>
            <w:tcW w:w="3600" w:type="dxa"/>
            <w:vMerge/>
          </w:tcPr>
          <w:p w14:paraId="29BD121F" w14:textId="77777777" w:rsidR="00EC7A70" w:rsidRDefault="00EC7A70" w:rsidP="00D420CD"/>
        </w:tc>
      </w:tr>
      <w:tr w:rsidR="00EC7A70" w14:paraId="4F41A80E" w14:textId="77777777" w:rsidTr="00D420CD">
        <w:trPr>
          <w:jc w:val="center"/>
        </w:trPr>
        <w:tc>
          <w:tcPr>
            <w:tcW w:w="5760" w:type="dxa"/>
            <w:tcMar>
              <w:top w:w="80" w:type="dxa"/>
              <w:left w:w="80" w:type="dxa"/>
              <w:bottom w:w="0" w:type="dxa"/>
              <w:right w:w="80" w:type="dxa"/>
            </w:tcMar>
          </w:tcPr>
          <w:p w14:paraId="512E7132" w14:textId="77777777" w:rsidR="00EC7A70" w:rsidRDefault="00EC7A70" w:rsidP="00D420CD">
            <w:r>
              <w:rPr>
                <w:color w:val="000000"/>
                <w:sz w:val="18"/>
              </w:rPr>
              <w:t>Response Example</w:t>
            </w:r>
          </w:p>
        </w:tc>
        <w:tc>
          <w:tcPr>
            <w:tcW w:w="3600" w:type="dxa"/>
            <w:vMerge/>
          </w:tcPr>
          <w:p w14:paraId="7DB9781B" w14:textId="77777777" w:rsidR="00EC7A70" w:rsidRDefault="00EC7A70" w:rsidP="00D420CD"/>
        </w:tc>
      </w:tr>
      <w:tr w:rsidR="00EC7A70" w14:paraId="1D701C80" w14:textId="77777777" w:rsidTr="00D420CD">
        <w:trPr>
          <w:jc w:val="center"/>
        </w:trPr>
        <w:tc>
          <w:tcPr>
            <w:tcW w:w="5760" w:type="dxa"/>
            <w:shd w:val="clear" w:color="auto" w:fill="000000"/>
            <w:tcMar>
              <w:top w:w="0" w:type="dxa"/>
              <w:left w:w="80" w:type="dxa"/>
              <w:bottom w:w="80" w:type="dxa"/>
              <w:right w:w="80" w:type="dxa"/>
            </w:tcMar>
          </w:tcPr>
          <w:p w14:paraId="24D911DB" w14:textId="77777777" w:rsidR="00EC7A70" w:rsidRDefault="00EC7A70" w:rsidP="00D420CD">
            <w:r>
              <w:rPr>
                <w:rFonts w:ascii="Roboto Mono" w:hAnsi="Roboto Mono"/>
                <w:b/>
                <w:color w:val="FFFFFF"/>
                <w:sz w:val="16"/>
              </w:rPr>
              <w:t>AUTO_STANDBY_FN OFF</w:t>
            </w:r>
          </w:p>
        </w:tc>
        <w:tc>
          <w:tcPr>
            <w:tcW w:w="3600" w:type="dxa"/>
            <w:vMerge/>
          </w:tcPr>
          <w:p w14:paraId="368EC032" w14:textId="77777777" w:rsidR="00EC7A70" w:rsidRDefault="00EC7A70" w:rsidP="00D420CD"/>
        </w:tc>
      </w:tr>
      <w:tr w:rsidR="00EC7A70" w14:paraId="7ACFF418" w14:textId="77777777" w:rsidTr="00D420CD">
        <w:trPr>
          <w:jc w:val="center"/>
        </w:trPr>
        <w:tc>
          <w:tcPr>
            <w:tcW w:w="9360" w:type="dxa"/>
            <w:gridSpan w:val="2"/>
            <w:shd w:val="clear" w:color="auto" w:fill="E0F6EC"/>
            <w:tcMar>
              <w:top w:w="80" w:type="dxa"/>
              <w:left w:w="80" w:type="dxa"/>
              <w:bottom w:w="80" w:type="dxa"/>
              <w:right w:w="80" w:type="dxa"/>
            </w:tcMar>
          </w:tcPr>
          <w:p w14:paraId="71022846" w14:textId="77777777" w:rsidR="00EC7A70" w:rsidRDefault="00EC7A70" w:rsidP="00D420CD">
            <w:r>
              <w:rPr>
                <w:color w:val="000000"/>
                <w:sz w:val="16"/>
              </w:rPr>
              <w:t>Additional Notes: Default: ON</w:t>
            </w:r>
          </w:p>
        </w:tc>
      </w:tr>
    </w:tbl>
    <w:p w14:paraId="16D447DD" w14:textId="77777777" w:rsidR="00EC7A70" w:rsidRDefault="00EC7A70" w:rsidP="00EC7A70"/>
    <w:p w14:paraId="68D5A899" w14:textId="77777777" w:rsidR="00EC7A70" w:rsidRDefault="00EC7A70" w:rsidP="00EC7A70">
      <w:pPr>
        <w:pStyle w:val="Heading2"/>
      </w:pPr>
      <w:bookmarkStart w:id="69" w:name="_Toc218512830"/>
      <w:r>
        <w:rPr>
          <w:rFonts w:ascii="Roboto" w:hAnsi="Roboto"/>
          <w:color w:val="000000"/>
          <w:sz w:val="28"/>
        </w:rPr>
        <w:t>5.2 Get Automatic Standby</w:t>
      </w:r>
      <w:bookmarkEnd w:id="69"/>
    </w:p>
    <w:p w14:paraId="67B1E213" w14:textId="77777777" w:rsidR="00EC7A70" w:rsidRDefault="00EC7A70" w:rsidP="00EC7A70">
      <w:r>
        <w:rPr>
          <w:rFonts w:ascii="Roboto" w:hAnsi="Roboto"/>
          <w:sz w:val="18"/>
        </w:rPr>
        <w:br/>
        <w:t>Retrieve the device's automatic standby switch status.</w:t>
      </w:r>
    </w:p>
    <w:tbl>
      <w:tblPr>
        <w:tblStyle w:val="luka"/>
        <w:tblW w:w="0" w:type="auto"/>
        <w:jc w:val="center"/>
        <w:tblLook w:val="04A0" w:firstRow="1" w:lastRow="0" w:firstColumn="1" w:lastColumn="0" w:noHBand="0" w:noVBand="1"/>
      </w:tblPr>
      <w:tblGrid>
        <w:gridCol w:w="5760"/>
        <w:gridCol w:w="3600"/>
      </w:tblGrid>
      <w:tr w:rsidR="00EC7A70" w14:paraId="01F0AB34" w14:textId="77777777" w:rsidTr="00D420CD">
        <w:trPr>
          <w:jc w:val="center"/>
        </w:trPr>
        <w:tc>
          <w:tcPr>
            <w:tcW w:w="5760" w:type="dxa"/>
            <w:tcMar>
              <w:top w:w="80" w:type="dxa"/>
              <w:left w:w="80" w:type="dxa"/>
              <w:bottom w:w="80" w:type="dxa"/>
              <w:right w:w="80" w:type="dxa"/>
            </w:tcMar>
          </w:tcPr>
          <w:p w14:paraId="2E3AF3B5" w14:textId="77777777" w:rsidR="00EC7A70" w:rsidRDefault="00EC7A70" w:rsidP="00D420CD">
            <w:r>
              <w:rPr>
                <w:color w:val="000000"/>
                <w:sz w:val="18"/>
              </w:rPr>
              <w:t>Command Structure</w:t>
            </w:r>
            <w:r>
              <w:rPr>
                <w:rFonts w:ascii="Roboto Mono" w:hAnsi="Roboto Mono"/>
                <w:b/>
                <w:color w:val="000000"/>
                <w:sz w:val="16"/>
              </w:rPr>
              <w:br/>
              <w:t>GET AUTO_STANDBY_FN</w:t>
            </w:r>
          </w:p>
        </w:tc>
        <w:tc>
          <w:tcPr>
            <w:tcW w:w="3600" w:type="dxa"/>
            <w:vMerge w:val="restart"/>
            <w:shd w:val="clear" w:color="auto" w:fill="F2F2F2"/>
            <w:tcMar>
              <w:top w:w="80" w:type="dxa"/>
              <w:left w:w="80" w:type="dxa"/>
              <w:bottom w:w="80" w:type="dxa"/>
              <w:right w:w="80" w:type="dxa"/>
            </w:tcMar>
          </w:tcPr>
          <w:p w14:paraId="26A42373" w14:textId="77777777" w:rsidR="00EC7A70" w:rsidRDefault="00EC7A70" w:rsidP="00D420CD">
            <w:r>
              <w:rPr>
                <w:color w:val="000000"/>
                <w:sz w:val="16"/>
              </w:rPr>
              <w:t>Parameters:</w:t>
            </w:r>
            <w:r>
              <w:rPr>
                <w:color w:val="000000"/>
                <w:sz w:val="16"/>
              </w:rPr>
              <w:br/>
            </w:r>
          </w:p>
        </w:tc>
      </w:tr>
      <w:tr w:rsidR="00EC7A70" w14:paraId="4F03073F" w14:textId="77777777" w:rsidTr="00D420CD">
        <w:trPr>
          <w:jc w:val="center"/>
        </w:trPr>
        <w:tc>
          <w:tcPr>
            <w:tcW w:w="5760" w:type="dxa"/>
            <w:tcMar>
              <w:top w:w="80" w:type="dxa"/>
              <w:left w:w="80" w:type="dxa"/>
              <w:bottom w:w="80" w:type="dxa"/>
              <w:right w:w="80" w:type="dxa"/>
            </w:tcMar>
          </w:tcPr>
          <w:p w14:paraId="08E494C1" w14:textId="77777777" w:rsidR="00EC7A70" w:rsidRDefault="00EC7A70" w:rsidP="00D420CD">
            <w:r>
              <w:rPr>
                <w:color w:val="000000"/>
                <w:sz w:val="18"/>
              </w:rPr>
              <w:t>Response Structure</w:t>
            </w:r>
            <w:r>
              <w:rPr>
                <w:rFonts w:ascii="Roboto Mono" w:hAnsi="Roboto Mono"/>
                <w:b/>
                <w:color w:val="000000"/>
                <w:sz w:val="16"/>
              </w:rPr>
              <w:br/>
              <w:t>AUTO_STANDBY_FN &lt; ON | OFF &gt;</w:t>
            </w:r>
          </w:p>
        </w:tc>
        <w:tc>
          <w:tcPr>
            <w:tcW w:w="3600" w:type="dxa"/>
            <w:vMerge/>
          </w:tcPr>
          <w:p w14:paraId="442B5FB2" w14:textId="77777777" w:rsidR="00EC7A70" w:rsidRDefault="00EC7A70" w:rsidP="00D420CD"/>
        </w:tc>
      </w:tr>
      <w:tr w:rsidR="00EC7A70" w14:paraId="4546DB4D" w14:textId="77777777" w:rsidTr="00D420CD">
        <w:trPr>
          <w:jc w:val="center"/>
        </w:trPr>
        <w:tc>
          <w:tcPr>
            <w:tcW w:w="5760" w:type="dxa"/>
            <w:tcMar>
              <w:top w:w="80" w:type="dxa"/>
              <w:left w:w="80" w:type="dxa"/>
              <w:bottom w:w="0" w:type="dxa"/>
              <w:right w:w="80" w:type="dxa"/>
            </w:tcMar>
          </w:tcPr>
          <w:p w14:paraId="4239D367" w14:textId="77777777" w:rsidR="00EC7A70" w:rsidRDefault="00EC7A70" w:rsidP="00D420CD">
            <w:r>
              <w:rPr>
                <w:color w:val="000000"/>
                <w:sz w:val="18"/>
              </w:rPr>
              <w:t>Command Example</w:t>
            </w:r>
          </w:p>
        </w:tc>
        <w:tc>
          <w:tcPr>
            <w:tcW w:w="3600" w:type="dxa"/>
            <w:vMerge/>
          </w:tcPr>
          <w:p w14:paraId="3F6FF640" w14:textId="77777777" w:rsidR="00EC7A70" w:rsidRDefault="00EC7A70" w:rsidP="00D420CD"/>
        </w:tc>
      </w:tr>
      <w:tr w:rsidR="00EC7A70" w14:paraId="5FE55019" w14:textId="77777777" w:rsidTr="00D420CD">
        <w:trPr>
          <w:jc w:val="center"/>
        </w:trPr>
        <w:tc>
          <w:tcPr>
            <w:tcW w:w="5760" w:type="dxa"/>
            <w:shd w:val="clear" w:color="auto" w:fill="000000"/>
            <w:tcMar>
              <w:top w:w="0" w:type="dxa"/>
              <w:left w:w="80" w:type="dxa"/>
              <w:bottom w:w="80" w:type="dxa"/>
              <w:right w:w="80" w:type="dxa"/>
            </w:tcMar>
          </w:tcPr>
          <w:p w14:paraId="4A5801F2" w14:textId="77777777" w:rsidR="00EC7A70" w:rsidRDefault="00EC7A70" w:rsidP="00D420CD">
            <w:r>
              <w:rPr>
                <w:rFonts w:ascii="Roboto Mono" w:hAnsi="Roboto Mono"/>
                <w:b/>
                <w:color w:val="FFFFFF"/>
                <w:sz w:val="16"/>
              </w:rPr>
              <w:t>GET AUTO_STANDBY_FN</w:t>
            </w:r>
          </w:p>
        </w:tc>
        <w:tc>
          <w:tcPr>
            <w:tcW w:w="3600" w:type="dxa"/>
            <w:vMerge/>
          </w:tcPr>
          <w:p w14:paraId="2D4F8D1D" w14:textId="77777777" w:rsidR="00EC7A70" w:rsidRDefault="00EC7A70" w:rsidP="00D420CD"/>
        </w:tc>
      </w:tr>
      <w:tr w:rsidR="00EC7A70" w14:paraId="41294ABE" w14:textId="77777777" w:rsidTr="00D420CD">
        <w:trPr>
          <w:jc w:val="center"/>
        </w:trPr>
        <w:tc>
          <w:tcPr>
            <w:tcW w:w="5760" w:type="dxa"/>
            <w:tcMar>
              <w:top w:w="80" w:type="dxa"/>
              <w:left w:w="80" w:type="dxa"/>
              <w:bottom w:w="0" w:type="dxa"/>
              <w:right w:w="80" w:type="dxa"/>
            </w:tcMar>
          </w:tcPr>
          <w:p w14:paraId="7B3EC29E" w14:textId="77777777" w:rsidR="00EC7A70" w:rsidRDefault="00EC7A70" w:rsidP="00D420CD">
            <w:r>
              <w:rPr>
                <w:color w:val="000000"/>
                <w:sz w:val="18"/>
              </w:rPr>
              <w:t>Response Example</w:t>
            </w:r>
          </w:p>
        </w:tc>
        <w:tc>
          <w:tcPr>
            <w:tcW w:w="3600" w:type="dxa"/>
            <w:vMerge/>
          </w:tcPr>
          <w:p w14:paraId="31BD2B0C" w14:textId="77777777" w:rsidR="00EC7A70" w:rsidRDefault="00EC7A70" w:rsidP="00D420CD"/>
        </w:tc>
      </w:tr>
      <w:tr w:rsidR="00EC7A70" w14:paraId="3B239C9A" w14:textId="77777777" w:rsidTr="00D420CD">
        <w:trPr>
          <w:jc w:val="center"/>
        </w:trPr>
        <w:tc>
          <w:tcPr>
            <w:tcW w:w="5760" w:type="dxa"/>
            <w:shd w:val="clear" w:color="auto" w:fill="000000"/>
            <w:tcMar>
              <w:top w:w="0" w:type="dxa"/>
              <w:left w:w="80" w:type="dxa"/>
              <w:bottom w:w="80" w:type="dxa"/>
              <w:right w:w="80" w:type="dxa"/>
            </w:tcMar>
          </w:tcPr>
          <w:p w14:paraId="68253DA0" w14:textId="77777777" w:rsidR="00EC7A70" w:rsidRDefault="00EC7A70" w:rsidP="00D420CD">
            <w:r>
              <w:rPr>
                <w:rFonts w:ascii="Roboto Mono" w:hAnsi="Roboto Mono"/>
                <w:b/>
                <w:color w:val="FFFFFF"/>
                <w:sz w:val="16"/>
              </w:rPr>
              <w:t>AUTO_STANDBY_FN OFF</w:t>
            </w:r>
          </w:p>
        </w:tc>
        <w:tc>
          <w:tcPr>
            <w:tcW w:w="3600" w:type="dxa"/>
            <w:vMerge/>
          </w:tcPr>
          <w:p w14:paraId="77BA24D3" w14:textId="77777777" w:rsidR="00EC7A70" w:rsidRDefault="00EC7A70" w:rsidP="00D420CD"/>
        </w:tc>
      </w:tr>
      <w:tr w:rsidR="00EC7A70" w14:paraId="68A19009" w14:textId="77777777" w:rsidTr="00D420CD">
        <w:trPr>
          <w:jc w:val="center"/>
        </w:trPr>
        <w:tc>
          <w:tcPr>
            <w:tcW w:w="9360" w:type="dxa"/>
            <w:gridSpan w:val="2"/>
            <w:shd w:val="clear" w:color="auto" w:fill="E0F6EC"/>
            <w:tcMar>
              <w:top w:w="80" w:type="dxa"/>
              <w:left w:w="80" w:type="dxa"/>
              <w:bottom w:w="80" w:type="dxa"/>
              <w:right w:w="80" w:type="dxa"/>
            </w:tcMar>
          </w:tcPr>
          <w:p w14:paraId="603B93CA" w14:textId="77777777" w:rsidR="00EC7A70" w:rsidRDefault="00EC7A70" w:rsidP="00D420CD">
            <w:r>
              <w:rPr>
                <w:color w:val="000000"/>
                <w:sz w:val="16"/>
              </w:rPr>
              <w:t xml:space="preserve">Additional Notes: </w:t>
            </w:r>
          </w:p>
        </w:tc>
      </w:tr>
    </w:tbl>
    <w:p w14:paraId="191F9971" w14:textId="7E210ED3" w:rsidR="00EC7A70" w:rsidRDefault="00EC7A70" w:rsidP="00EC7A70"/>
    <w:p w14:paraId="5542A2CC" w14:textId="77777777" w:rsidR="00EC7A70" w:rsidRDefault="00EC7A70">
      <w:r>
        <w:br w:type="page"/>
      </w:r>
    </w:p>
    <w:p w14:paraId="6C4E344D" w14:textId="77777777" w:rsidR="00EC7A70" w:rsidRDefault="00EC7A70" w:rsidP="00EC7A70">
      <w:pPr>
        <w:pStyle w:val="Heading2"/>
      </w:pPr>
      <w:bookmarkStart w:id="70" w:name="_Toc218512831"/>
      <w:r>
        <w:rPr>
          <w:rFonts w:ascii="Roboto" w:hAnsi="Roboto"/>
          <w:color w:val="000000"/>
          <w:sz w:val="28"/>
        </w:rPr>
        <w:lastRenderedPageBreak/>
        <w:t>5.3 Set Automatic Standby Timeout</w:t>
      </w:r>
      <w:bookmarkEnd w:id="70"/>
    </w:p>
    <w:p w14:paraId="0F396D47" w14:textId="77777777" w:rsidR="00EC7A70" w:rsidRDefault="00EC7A70" w:rsidP="00EC7A70">
      <w:r>
        <w:rPr>
          <w:rFonts w:ascii="Roboto" w:hAnsi="Roboto"/>
          <w:sz w:val="18"/>
        </w:rPr>
        <w:br/>
        <w:t>Set the automatic standby timeout value.</w:t>
      </w:r>
    </w:p>
    <w:tbl>
      <w:tblPr>
        <w:tblStyle w:val="luka"/>
        <w:tblW w:w="0" w:type="auto"/>
        <w:jc w:val="center"/>
        <w:tblLook w:val="04A0" w:firstRow="1" w:lastRow="0" w:firstColumn="1" w:lastColumn="0" w:noHBand="0" w:noVBand="1"/>
      </w:tblPr>
      <w:tblGrid>
        <w:gridCol w:w="5760"/>
        <w:gridCol w:w="3600"/>
      </w:tblGrid>
      <w:tr w:rsidR="00EC7A70" w14:paraId="322931F0" w14:textId="77777777" w:rsidTr="00D420CD">
        <w:trPr>
          <w:jc w:val="center"/>
        </w:trPr>
        <w:tc>
          <w:tcPr>
            <w:tcW w:w="5760" w:type="dxa"/>
            <w:tcMar>
              <w:top w:w="80" w:type="dxa"/>
              <w:left w:w="80" w:type="dxa"/>
              <w:bottom w:w="80" w:type="dxa"/>
              <w:right w:w="80" w:type="dxa"/>
            </w:tcMar>
          </w:tcPr>
          <w:p w14:paraId="292207A6" w14:textId="77777777" w:rsidR="00EC7A70" w:rsidRDefault="00EC7A70" w:rsidP="00D420CD">
            <w:r>
              <w:rPr>
                <w:color w:val="000000"/>
                <w:sz w:val="18"/>
              </w:rPr>
              <w:t>Command Structure</w:t>
            </w:r>
            <w:r>
              <w:rPr>
                <w:rFonts w:ascii="Roboto Mono" w:hAnsi="Roboto Mono"/>
                <w:b/>
                <w:color w:val="000000"/>
                <w:sz w:val="16"/>
              </w:rPr>
              <w:br/>
              <w:t xml:space="preserve">SET AUTO_STANDBY_D &lt; </w:t>
            </w:r>
            <w:proofErr w:type="spellStart"/>
            <w:r>
              <w:rPr>
                <w:rFonts w:ascii="Roboto Mono" w:hAnsi="Roboto Mono"/>
                <w:b/>
                <w:color w:val="000000"/>
                <w:sz w:val="16"/>
              </w:rPr>
              <w:t>TimeOut</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198C3064" w14:textId="77777777" w:rsidR="00EC7A70" w:rsidRDefault="00EC7A70" w:rsidP="00D420CD">
            <w:r>
              <w:rPr>
                <w:color w:val="000000"/>
                <w:sz w:val="16"/>
              </w:rPr>
              <w:t>Parameters:</w:t>
            </w:r>
            <w:r>
              <w:rPr>
                <w:color w:val="000000"/>
                <w:sz w:val="16"/>
              </w:rPr>
              <w:br/>
            </w:r>
            <w:proofErr w:type="spellStart"/>
            <w:r>
              <w:rPr>
                <w:color w:val="000000"/>
                <w:sz w:val="16"/>
              </w:rPr>
              <w:t>TimeOut</w:t>
            </w:r>
            <w:proofErr w:type="spellEnd"/>
            <w:r>
              <w:rPr>
                <w:color w:val="000000"/>
                <w:sz w:val="16"/>
              </w:rPr>
              <w:t xml:space="preserve"> — valid range: 0-3600 (seconds)</w:t>
            </w:r>
          </w:p>
        </w:tc>
      </w:tr>
      <w:tr w:rsidR="00EC7A70" w14:paraId="6EC19BC4" w14:textId="77777777" w:rsidTr="00D420CD">
        <w:trPr>
          <w:jc w:val="center"/>
        </w:trPr>
        <w:tc>
          <w:tcPr>
            <w:tcW w:w="5760" w:type="dxa"/>
            <w:tcMar>
              <w:top w:w="80" w:type="dxa"/>
              <w:left w:w="80" w:type="dxa"/>
              <w:bottom w:w="80" w:type="dxa"/>
              <w:right w:w="80" w:type="dxa"/>
            </w:tcMar>
          </w:tcPr>
          <w:p w14:paraId="716D9435" w14:textId="77777777" w:rsidR="00EC7A70" w:rsidRDefault="00EC7A70" w:rsidP="00D420CD">
            <w:r>
              <w:rPr>
                <w:color w:val="000000"/>
                <w:sz w:val="18"/>
              </w:rPr>
              <w:t>Response Structure</w:t>
            </w:r>
            <w:r>
              <w:rPr>
                <w:rFonts w:ascii="Roboto Mono" w:hAnsi="Roboto Mono"/>
                <w:b/>
                <w:color w:val="000000"/>
                <w:sz w:val="16"/>
              </w:rPr>
              <w:br/>
              <w:t xml:space="preserve">AUTO_STANDBY_D &lt; </w:t>
            </w:r>
            <w:proofErr w:type="spellStart"/>
            <w:r>
              <w:rPr>
                <w:rFonts w:ascii="Roboto Mono" w:hAnsi="Roboto Mono"/>
                <w:b/>
                <w:color w:val="000000"/>
                <w:sz w:val="16"/>
              </w:rPr>
              <w:t>TimeOut</w:t>
            </w:r>
            <w:proofErr w:type="spellEnd"/>
            <w:r>
              <w:rPr>
                <w:rFonts w:ascii="Roboto Mono" w:hAnsi="Roboto Mono"/>
                <w:b/>
                <w:color w:val="000000"/>
                <w:sz w:val="16"/>
              </w:rPr>
              <w:t xml:space="preserve"> &gt;</w:t>
            </w:r>
          </w:p>
        </w:tc>
        <w:tc>
          <w:tcPr>
            <w:tcW w:w="3600" w:type="dxa"/>
            <w:vMerge/>
          </w:tcPr>
          <w:p w14:paraId="13DBB529" w14:textId="77777777" w:rsidR="00EC7A70" w:rsidRDefault="00EC7A70" w:rsidP="00D420CD"/>
        </w:tc>
      </w:tr>
      <w:tr w:rsidR="00EC7A70" w14:paraId="06A438B0" w14:textId="77777777" w:rsidTr="00D420CD">
        <w:trPr>
          <w:jc w:val="center"/>
        </w:trPr>
        <w:tc>
          <w:tcPr>
            <w:tcW w:w="5760" w:type="dxa"/>
            <w:tcMar>
              <w:top w:w="80" w:type="dxa"/>
              <w:left w:w="80" w:type="dxa"/>
              <w:bottom w:w="0" w:type="dxa"/>
              <w:right w:w="80" w:type="dxa"/>
            </w:tcMar>
          </w:tcPr>
          <w:p w14:paraId="14819F0C" w14:textId="77777777" w:rsidR="00EC7A70" w:rsidRDefault="00EC7A70" w:rsidP="00D420CD">
            <w:r>
              <w:rPr>
                <w:color w:val="000000"/>
                <w:sz w:val="18"/>
              </w:rPr>
              <w:t>Command Example</w:t>
            </w:r>
          </w:p>
        </w:tc>
        <w:tc>
          <w:tcPr>
            <w:tcW w:w="3600" w:type="dxa"/>
            <w:vMerge/>
          </w:tcPr>
          <w:p w14:paraId="4BBF581D" w14:textId="77777777" w:rsidR="00EC7A70" w:rsidRDefault="00EC7A70" w:rsidP="00D420CD"/>
        </w:tc>
      </w:tr>
      <w:tr w:rsidR="00EC7A70" w14:paraId="1B8CE635" w14:textId="77777777" w:rsidTr="00D420CD">
        <w:trPr>
          <w:jc w:val="center"/>
        </w:trPr>
        <w:tc>
          <w:tcPr>
            <w:tcW w:w="5760" w:type="dxa"/>
            <w:shd w:val="clear" w:color="auto" w:fill="000000"/>
            <w:tcMar>
              <w:top w:w="0" w:type="dxa"/>
              <w:left w:w="80" w:type="dxa"/>
              <w:bottom w:w="80" w:type="dxa"/>
              <w:right w:w="80" w:type="dxa"/>
            </w:tcMar>
          </w:tcPr>
          <w:p w14:paraId="651F7DD8" w14:textId="77777777" w:rsidR="00EC7A70" w:rsidRDefault="00EC7A70" w:rsidP="00D420CD">
            <w:r>
              <w:rPr>
                <w:rFonts w:ascii="Roboto Mono" w:hAnsi="Roboto Mono"/>
                <w:b/>
                <w:color w:val="FFFFFF"/>
                <w:sz w:val="16"/>
              </w:rPr>
              <w:t>SET AUTO_STANDBY_D</w:t>
            </w:r>
          </w:p>
        </w:tc>
        <w:tc>
          <w:tcPr>
            <w:tcW w:w="3600" w:type="dxa"/>
            <w:vMerge/>
          </w:tcPr>
          <w:p w14:paraId="042BB35F" w14:textId="77777777" w:rsidR="00EC7A70" w:rsidRDefault="00EC7A70" w:rsidP="00D420CD"/>
        </w:tc>
      </w:tr>
      <w:tr w:rsidR="00EC7A70" w14:paraId="0CA48920" w14:textId="77777777" w:rsidTr="00D420CD">
        <w:trPr>
          <w:jc w:val="center"/>
        </w:trPr>
        <w:tc>
          <w:tcPr>
            <w:tcW w:w="5760" w:type="dxa"/>
            <w:tcMar>
              <w:top w:w="80" w:type="dxa"/>
              <w:left w:w="80" w:type="dxa"/>
              <w:bottom w:w="0" w:type="dxa"/>
              <w:right w:w="80" w:type="dxa"/>
            </w:tcMar>
          </w:tcPr>
          <w:p w14:paraId="0768368E" w14:textId="77777777" w:rsidR="00EC7A70" w:rsidRDefault="00EC7A70" w:rsidP="00D420CD">
            <w:r>
              <w:rPr>
                <w:color w:val="000000"/>
                <w:sz w:val="18"/>
              </w:rPr>
              <w:t>Response Example</w:t>
            </w:r>
          </w:p>
        </w:tc>
        <w:tc>
          <w:tcPr>
            <w:tcW w:w="3600" w:type="dxa"/>
            <w:vMerge/>
          </w:tcPr>
          <w:p w14:paraId="44019B03" w14:textId="77777777" w:rsidR="00EC7A70" w:rsidRDefault="00EC7A70" w:rsidP="00D420CD"/>
        </w:tc>
      </w:tr>
      <w:tr w:rsidR="00EC7A70" w14:paraId="208D945B" w14:textId="77777777" w:rsidTr="00D420CD">
        <w:trPr>
          <w:jc w:val="center"/>
        </w:trPr>
        <w:tc>
          <w:tcPr>
            <w:tcW w:w="5760" w:type="dxa"/>
            <w:shd w:val="clear" w:color="auto" w:fill="000000"/>
            <w:tcMar>
              <w:top w:w="0" w:type="dxa"/>
              <w:left w:w="80" w:type="dxa"/>
              <w:bottom w:w="80" w:type="dxa"/>
              <w:right w:w="80" w:type="dxa"/>
            </w:tcMar>
          </w:tcPr>
          <w:p w14:paraId="1F2D4B99" w14:textId="77777777" w:rsidR="00EC7A70" w:rsidRDefault="00EC7A70" w:rsidP="00D420CD">
            <w:r>
              <w:rPr>
                <w:rFonts w:ascii="Roboto Mono" w:hAnsi="Roboto Mono"/>
                <w:b/>
                <w:color w:val="FFFFFF"/>
                <w:sz w:val="16"/>
              </w:rPr>
              <w:t>AUTO_STANDBY_D 100</w:t>
            </w:r>
          </w:p>
        </w:tc>
        <w:tc>
          <w:tcPr>
            <w:tcW w:w="3600" w:type="dxa"/>
            <w:vMerge/>
          </w:tcPr>
          <w:p w14:paraId="27B9DE30" w14:textId="77777777" w:rsidR="00EC7A70" w:rsidRDefault="00EC7A70" w:rsidP="00D420CD"/>
        </w:tc>
      </w:tr>
      <w:tr w:rsidR="00EC7A70" w14:paraId="61C37ED2" w14:textId="77777777" w:rsidTr="00D420CD">
        <w:trPr>
          <w:jc w:val="center"/>
        </w:trPr>
        <w:tc>
          <w:tcPr>
            <w:tcW w:w="9360" w:type="dxa"/>
            <w:gridSpan w:val="2"/>
            <w:shd w:val="clear" w:color="auto" w:fill="E0F6EC"/>
            <w:tcMar>
              <w:top w:w="80" w:type="dxa"/>
              <w:left w:w="80" w:type="dxa"/>
              <w:bottom w:w="80" w:type="dxa"/>
              <w:right w:w="80" w:type="dxa"/>
            </w:tcMar>
          </w:tcPr>
          <w:p w14:paraId="72813462" w14:textId="77777777" w:rsidR="00EC7A70" w:rsidRDefault="00EC7A70" w:rsidP="00D420CD">
            <w:r>
              <w:rPr>
                <w:color w:val="000000"/>
                <w:sz w:val="16"/>
              </w:rPr>
              <w:t>Additional Notes: Default value: 120 (seconds)</w:t>
            </w:r>
          </w:p>
        </w:tc>
      </w:tr>
    </w:tbl>
    <w:p w14:paraId="23E53BCC" w14:textId="77777777" w:rsidR="00EC7A70" w:rsidRDefault="00EC7A70" w:rsidP="00EC7A70"/>
    <w:p w14:paraId="2C33BE1A" w14:textId="77777777" w:rsidR="00EC7A70" w:rsidRDefault="00EC7A70" w:rsidP="00EC7A70">
      <w:pPr>
        <w:pStyle w:val="Heading2"/>
      </w:pPr>
      <w:bookmarkStart w:id="71" w:name="_Toc218512832"/>
      <w:r>
        <w:rPr>
          <w:rFonts w:ascii="Roboto" w:hAnsi="Roboto"/>
          <w:color w:val="000000"/>
          <w:sz w:val="28"/>
        </w:rPr>
        <w:t>5.4 Get Auto-Standby Timeout</w:t>
      </w:r>
      <w:bookmarkEnd w:id="71"/>
    </w:p>
    <w:p w14:paraId="5810BFBD" w14:textId="77777777" w:rsidR="00EC7A70" w:rsidRDefault="00EC7A70" w:rsidP="00EC7A70">
      <w:r>
        <w:rPr>
          <w:rFonts w:ascii="Roboto" w:hAnsi="Roboto"/>
          <w:sz w:val="18"/>
        </w:rPr>
        <w:br/>
        <w:t>Retrieve the auto-standby timeout value.</w:t>
      </w:r>
    </w:p>
    <w:tbl>
      <w:tblPr>
        <w:tblStyle w:val="luka"/>
        <w:tblW w:w="0" w:type="auto"/>
        <w:jc w:val="center"/>
        <w:tblLook w:val="04A0" w:firstRow="1" w:lastRow="0" w:firstColumn="1" w:lastColumn="0" w:noHBand="0" w:noVBand="1"/>
      </w:tblPr>
      <w:tblGrid>
        <w:gridCol w:w="5760"/>
        <w:gridCol w:w="3600"/>
      </w:tblGrid>
      <w:tr w:rsidR="00EC7A70" w14:paraId="3BBDEF06" w14:textId="77777777" w:rsidTr="00D420CD">
        <w:trPr>
          <w:jc w:val="center"/>
        </w:trPr>
        <w:tc>
          <w:tcPr>
            <w:tcW w:w="5760" w:type="dxa"/>
            <w:tcMar>
              <w:top w:w="80" w:type="dxa"/>
              <w:left w:w="80" w:type="dxa"/>
              <w:bottom w:w="80" w:type="dxa"/>
              <w:right w:w="80" w:type="dxa"/>
            </w:tcMar>
          </w:tcPr>
          <w:p w14:paraId="15989CC4" w14:textId="77777777" w:rsidR="00EC7A70" w:rsidRDefault="00EC7A70" w:rsidP="00D420CD">
            <w:r>
              <w:rPr>
                <w:color w:val="000000"/>
                <w:sz w:val="18"/>
              </w:rPr>
              <w:t>Command Structure</w:t>
            </w:r>
            <w:r>
              <w:rPr>
                <w:rFonts w:ascii="Roboto Mono" w:hAnsi="Roboto Mono"/>
                <w:b/>
                <w:color w:val="000000"/>
                <w:sz w:val="16"/>
              </w:rPr>
              <w:br/>
              <w:t>GET AUTO_STANDBY_D</w:t>
            </w:r>
          </w:p>
        </w:tc>
        <w:tc>
          <w:tcPr>
            <w:tcW w:w="3600" w:type="dxa"/>
            <w:vMerge w:val="restart"/>
            <w:shd w:val="clear" w:color="auto" w:fill="F2F2F2"/>
            <w:tcMar>
              <w:top w:w="80" w:type="dxa"/>
              <w:left w:w="80" w:type="dxa"/>
              <w:bottom w:w="80" w:type="dxa"/>
              <w:right w:w="80" w:type="dxa"/>
            </w:tcMar>
          </w:tcPr>
          <w:p w14:paraId="1AC2BC49" w14:textId="77777777" w:rsidR="00EC7A70" w:rsidRDefault="00EC7A70" w:rsidP="00D420CD">
            <w:r>
              <w:rPr>
                <w:color w:val="000000"/>
                <w:sz w:val="16"/>
              </w:rPr>
              <w:t>Parameters:</w:t>
            </w:r>
            <w:r>
              <w:rPr>
                <w:color w:val="000000"/>
                <w:sz w:val="16"/>
              </w:rPr>
              <w:br/>
            </w:r>
          </w:p>
        </w:tc>
      </w:tr>
      <w:tr w:rsidR="00EC7A70" w14:paraId="7CAF10F1" w14:textId="77777777" w:rsidTr="00D420CD">
        <w:trPr>
          <w:jc w:val="center"/>
        </w:trPr>
        <w:tc>
          <w:tcPr>
            <w:tcW w:w="5760" w:type="dxa"/>
            <w:tcMar>
              <w:top w:w="80" w:type="dxa"/>
              <w:left w:w="80" w:type="dxa"/>
              <w:bottom w:w="80" w:type="dxa"/>
              <w:right w:w="80" w:type="dxa"/>
            </w:tcMar>
          </w:tcPr>
          <w:p w14:paraId="00877CFE" w14:textId="77777777" w:rsidR="00EC7A70" w:rsidRDefault="00EC7A70" w:rsidP="00D420CD">
            <w:r>
              <w:rPr>
                <w:color w:val="000000"/>
                <w:sz w:val="18"/>
              </w:rPr>
              <w:t>Response Structure</w:t>
            </w:r>
            <w:r>
              <w:rPr>
                <w:rFonts w:ascii="Roboto Mono" w:hAnsi="Roboto Mono"/>
                <w:b/>
                <w:color w:val="000000"/>
                <w:sz w:val="16"/>
              </w:rPr>
              <w:br/>
              <w:t xml:space="preserve">AUTO_STANDBY_D &lt; </w:t>
            </w:r>
            <w:proofErr w:type="spellStart"/>
            <w:r>
              <w:rPr>
                <w:rFonts w:ascii="Roboto Mono" w:hAnsi="Roboto Mono"/>
                <w:b/>
                <w:color w:val="000000"/>
                <w:sz w:val="16"/>
              </w:rPr>
              <w:t>TimeOut</w:t>
            </w:r>
            <w:proofErr w:type="spellEnd"/>
            <w:r>
              <w:rPr>
                <w:rFonts w:ascii="Roboto Mono" w:hAnsi="Roboto Mono"/>
                <w:b/>
                <w:color w:val="000000"/>
                <w:sz w:val="16"/>
              </w:rPr>
              <w:t xml:space="preserve"> &gt;</w:t>
            </w:r>
          </w:p>
        </w:tc>
        <w:tc>
          <w:tcPr>
            <w:tcW w:w="3600" w:type="dxa"/>
            <w:vMerge/>
          </w:tcPr>
          <w:p w14:paraId="68D2DE82" w14:textId="77777777" w:rsidR="00EC7A70" w:rsidRDefault="00EC7A70" w:rsidP="00D420CD"/>
        </w:tc>
      </w:tr>
      <w:tr w:rsidR="00EC7A70" w14:paraId="5FE40F48" w14:textId="77777777" w:rsidTr="00D420CD">
        <w:trPr>
          <w:jc w:val="center"/>
        </w:trPr>
        <w:tc>
          <w:tcPr>
            <w:tcW w:w="5760" w:type="dxa"/>
            <w:tcMar>
              <w:top w:w="80" w:type="dxa"/>
              <w:left w:w="80" w:type="dxa"/>
              <w:bottom w:w="0" w:type="dxa"/>
              <w:right w:w="80" w:type="dxa"/>
            </w:tcMar>
          </w:tcPr>
          <w:p w14:paraId="6329F28C" w14:textId="77777777" w:rsidR="00EC7A70" w:rsidRDefault="00EC7A70" w:rsidP="00D420CD">
            <w:r>
              <w:rPr>
                <w:color w:val="000000"/>
                <w:sz w:val="18"/>
              </w:rPr>
              <w:t>Command Example</w:t>
            </w:r>
          </w:p>
        </w:tc>
        <w:tc>
          <w:tcPr>
            <w:tcW w:w="3600" w:type="dxa"/>
            <w:vMerge/>
          </w:tcPr>
          <w:p w14:paraId="5B4ACE95" w14:textId="77777777" w:rsidR="00EC7A70" w:rsidRDefault="00EC7A70" w:rsidP="00D420CD"/>
        </w:tc>
      </w:tr>
      <w:tr w:rsidR="00EC7A70" w14:paraId="30265E10" w14:textId="77777777" w:rsidTr="00D420CD">
        <w:trPr>
          <w:jc w:val="center"/>
        </w:trPr>
        <w:tc>
          <w:tcPr>
            <w:tcW w:w="5760" w:type="dxa"/>
            <w:shd w:val="clear" w:color="auto" w:fill="000000"/>
            <w:tcMar>
              <w:top w:w="0" w:type="dxa"/>
              <w:left w:w="80" w:type="dxa"/>
              <w:bottom w:w="80" w:type="dxa"/>
              <w:right w:w="80" w:type="dxa"/>
            </w:tcMar>
          </w:tcPr>
          <w:p w14:paraId="4B2B1F3D" w14:textId="77777777" w:rsidR="00EC7A70" w:rsidRDefault="00EC7A70" w:rsidP="00D420CD">
            <w:r>
              <w:rPr>
                <w:rFonts w:ascii="Roboto Mono" w:hAnsi="Roboto Mono"/>
                <w:b/>
                <w:color w:val="FFFFFF"/>
                <w:sz w:val="16"/>
              </w:rPr>
              <w:t>GET AUTO_STANDBY_D</w:t>
            </w:r>
          </w:p>
        </w:tc>
        <w:tc>
          <w:tcPr>
            <w:tcW w:w="3600" w:type="dxa"/>
            <w:vMerge/>
          </w:tcPr>
          <w:p w14:paraId="505A3815" w14:textId="77777777" w:rsidR="00EC7A70" w:rsidRDefault="00EC7A70" w:rsidP="00D420CD"/>
        </w:tc>
      </w:tr>
      <w:tr w:rsidR="00EC7A70" w14:paraId="156642CA" w14:textId="77777777" w:rsidTr="00D420CD">
        <w:trPr>
          <w:jc w:val="center"/>
        </w:trPr>
        <w:tc>
          <w:tcPr>
            <w:tcW w:w="5760" w:type="dxa"/>
            <w:tcMar>
              <w:top w:w="80" w:type="dxa"/>
              <w:left w:w="80" w:type="dxa"/>
              <w:bottom w:w="0" w:type="dxa"/>
              <w:right w:w="80" w:type="dxa"/>
            </w:tcMar>
          </w:tcPr>
          <w:p w14:paraId="4AF35CE2" w14:textId="77777777" w:rsidR="00EC7A70" w:rsidRDefault="00EC7A70" w:rsidP="00D420CD">
            <w:r>
              <w:rPr>
                <w:color w:val="000000"/>
                <w:sz w:val="18"/>
              </w:rPr>
              <w:t>Response Example</w:t>
            </w:r>
          </w:p>
        </w:tc>
        <w:tc>
          <w:tcPr>
            <w:tcW w:w="3600" w:type="dxa"/>
            <w:vMerge/>
          </w:tcPr>
          <w:p w14:paraId="753F3878" w14:textId="77777777" w:rsidR="00EC7A70" w:rsidRDefault="00EC7A70" w:rsidP="00D420CD"/>
        </w:tc>
      </w:tr>
      <w:tr w:rsidR="00EC7A70" w14:paraId="671D208E" w14:textId="77777777" w:rsidTr="00D420CD">
        <w:trPr>
          <w:jc w:val="center"/>
        </w:trPr>
        <w:tc>
          <w:tcPr>
            <w:tcW w:w="5760" w:type="dxa"/>
            <w:shd w:val="clear" w:color="auto" w:fill="000000"/>
            <w:tcMar>
              <w:top w:w="0" w:type="dxa"/>
              <w:left w:w="80" w:type="dxa"/>
              <w:bottom w:w="80" w:type="dxa"/>
              <w:right w:w="80" w:type="dxa"/>
            </w:tcMar>
          </w:tcPr>
          <w:p w14:paraId="0F1D0824" w14:textId="77777777" w:rsidR="00EC7A70" w:rsidRDefault="00EC7A70" w:rsidP="00D420CD">
            <w:r>
              <w:rPr>
                <w:rFonts w:ascii="Roboto Mono" w:hAnsi="Roboto Mono"/>
                <w:b/>
                <w:color w:val="FFFFFF"/>
                <w:sz w:val="16"/>
              </w:rPr>
              <w:t>AUTO_STANDBY_D 100</w:t>
            </w:r>
          </w:p>
        </w:tc>
        <w:tc>
          <w:tcPr>
            <w:tcW w:w="3600" w:type="dxa"/>
            <w:vMerge/>
          </w:tcPr>
          <w:p w14:paraId="67CE0EDD" w14:textId="77777777" w:rsidR="00EC7A70" w:rsidRDefault="00EC7A70" w:rsidP="00D420CD"/>
        </w:tc>
      </w:tr>
      <w:tr w:rsidR="00EC7A70" w14:paraId="609C051A" w14:textId="77777777" w:rsidTr="00D420CD">
        <w:trPr>
          <w:jc w:val="center"/>
        </w:trPr>
        <w:tc>
          <w:tcPr>
            <w:tcW w:w="9360" w:type="dxa"/>
            <w:gridSpan w:val="2"/>
            <w:shd w:val="clear" w:color="auto" w:fill="E0F6EC"/>
            <w:tcMar>
              <w:top w:w="80" w:type="dxa"/>
              <w:left w:w="80" w:type="dxa"/>
              <w:bottom w:w="80" w:type="dxa"/>
              <w:right w:w="80" w:type="dxa"/>
            </w:tcMar>
          </w:tcPr>
          <w:p w14:paraId="6376D37B" w14:textId="77777777" w:rsidR="00EC7A70" w:rsidRDefault="00EC7A70" w:rsidP="00D420CD">
            <w:r>
              <w:rPr>
                <w:color w:val="000000"/>
                <w:sz w:val="16"/>
              </w:rPr>
              <w:t xml:space="preserve">Additional Notes: </w:t>
            </w:r>
          </w:p>
        </w:tc>
      </w:tr>
    </w:tbl>
    <w:p w14:paraId="5C7C941B" w14:textId="77777777" w:rsidR="00EC7A70" w:rsidRDefault="00EC7A70" w:rsidP="00EC7A70"/>
    <w:p w14:paraId="324AAB99" w14:textId="77777777" w:rsidR="00EC7A70" w:rsidRDefault="00EC7A70" w:rsidP="00EC7A70">
      <w:pPr>
        <w:pStyle w:val="Heading2"/>
      </w:pPr>
      <w:bookmarkStart w:id="72" w:name="_Toc218512833"/>
      <w:r>
        <w:rPr>
          <w:rFonts w:ascii="Roboto" w:hAnsi="Roboto"/>
          <w:color w:val="000000"/>
          <w:sz w:val="28"/>
        </w:rPr>
        <w:t xml:space="preserve">5.5 Set Device Power </w:t>
      </w:r>
      <w:proofErr w:type="gramStart"/>
      <w:r>
        <w:rPr>
          <w:rFonts w:ascii="Roboto" w:hAnsi="Roboto"/>
          <w:color w:val="000000"/>
          <w:sz w:val="28"/>
        </w:rPr>
        <w:t>On</w:t>
      </w:r>
      <w:proofErr w:type="gramEnd"/>
      <w:r>
        <w:rPr>
          <w:rFonts w:ascii="Roboto" w:hAnsi="Roboto"/>
          <w:color w:val="000000"/>
          <w:sz w:val="28"/>
        </w:rPr>
        <w:t xml:space="preserve"> or Standby</w:t>
      </w:r>
      <w:bookmarkEnd w:id="72"/>
    </w:p>
    <w:p w14:paraId="75A5D39C" w14:textId="77777777" w:rsidR="00EC7A70" w:rsidRDefault="00EC7A70" w:rsidP="00EC7A70">
      <w:r>
        <w:rPr>
          <w:rFonts w:ascii="Roboto" w:hAnsi="Roboto"/>
          <w:sz w:val="18"/>
        </w:rPr>
        <w:br/>
        <w:t>Manually control the device to power on or enter standby.</w:t>
      </w:r>
    </w:p>
    <w:tbl>
      <w:tblPr>
        <w:tblStyle w:val="luka"/>
        <w:tblW w:w="0" w:type="auto"/>
        <w:jc w:val="center"/>
        <w:tblLook w:val="04A0" w:firstRow="1" w:lastRow="0" w:firstColumn="1" w:lastColumn="0" w:noHBand="0" w:noVBand="1"/>
      </w:tblPr>
      <w:tblGrid>
        <w:gridCol w:w="5760"/>
        <w:gridCol w:w="3600"/>
      </w:tblGrid>
      <w:tr w:rsidR="00EC7A70" w14:paraId="7DA358C2" w14:textId="77777777" w:rsidTr="00D420CD">
        <w:trPr>
          <w:jc w:val="center"/>
        </w:trPr>
        <w:tc>
          <w:tcPr>
            <w:tcW w:w="5760" w:type="dxa"/>
            <w:tcMar>
              <w:top w:w="80" w:type="dxa"/>
              <w:left w:w="80" w:type="dxa"/>
              <w:bottom w:w="80" w:type="dxa"/>
              <w:right w:w="80" w:type="dxa"/>
            </w:tcMar>
          </w:tcPr>
          <w:p w14:paraId="75B40F5D" w14:textId="77777777" w:rsidR="00EC7A70" w:rsidRDefault="00EC7A70" w:rsidP="00D420CD">
            <w:r>
              <w:rPr>
                <w:color w:val="000000"/>
                <w:sz w:val="18"/>
              </w:rPr>
              <w:t>Command Structure</w:t>
            </w:r>
            <w:r>
              <w:rPr>
                <w:rFonts w:ascii="Roboto Mono" w:hAnsi="Roboto Mono"/>
                <w:b/>
                <w:color w:val="000000"/>
                <w:sz w:val="16"/>
              </w:rPr>
              <w:br/>
              <w:t>SET STANDBY &lt; ON | OFF &gt;</w:t>
            </w:r>
          </w:p>
        </w:tc>
        <w:tc>
          <w:tcPr>
            <w:tcW w:w="3600" w:type="dxa"/>
            <w:vMerge w:val="restart"/>
            <w:shd w:val="clear" w:color="auto" w:fill="F2F2F2"/>
            <w:tcMar>
              <w:top w:w="80" w:type="dxa"/>
              <w:left w:w="80" w:type="dxa"/>
              <w:bottom w:w="80" w:type="dxa"/>
              <w:right w:w="80" w:type="dxa"/>
            </w:tcMar>
          </w:tcPr>
          <w:p w14:paraId="17BE6131" w14:textId="77777777" w:rsidR="00EC7A70" w:rsidRDefault="00EC7A70" w:rsidP="00D420CD">
            <w:r>
              <w:rPr>
                <w:color w:val="000000"/>
                <w:sz w:val="16"/>
              </w:rPr>
              <w:t>Parameters:</w:t>
            </w:r>
            <w:r>
              <w:rPr>
                <w:color w:val="000000"/>
                <w:sz w:val="16"/>
              </w:rPr>
              <w:br/>
              <w:t>ON = Power on</w:t>
            </w:r>
            <w:r>
              <w:rPr>
                <w:color w:val="000000"/>
                <w:sz w:val="16"/>
              </w:rPr>
              <w:br/>
              <w:t>OFF = Standby</w:t>
            </w:r>
          </w:p>
        </w:tc>
      </w:tr>
      <w:tr w:rsidR="00EC7A70" w14:paraId="16F4C96A" w14:textId="77777777" w:rsidTr="00D420CD">
        <w:trPr>
          <w:jc w:val="center"/>
        </w:trPr>
        <w:tc>
          <w:tcPr>
            <w:tcW w:w="5760" w:type="dxa"/>
            <w:tcMar>
              <w:top w:w="80" w:type="dxa"/>
              <w:left w:w="80" w:type="dxa"/>
              <w:bottom w:w="80" w:type="dxa"/>
              <w:right w:w="80" w:type="dxa"/>
            </w:tcMar>
          </w:tcPr>
          <w:p w14:paraId="7E910102" w14:textId="77777777" w:rsidR="00EC7A70" w:rsidRDefault="00EC7A70" w:rsidP="00D420CD">
            <w:r>
              <w:rPr>
                <w:color w:val="000000"/>
                <w:sz w:val="18"/>
              </w:rPr>
              <w:t>Response Structure</w:t>
            </w:r>
            <w:r>
              <w:rPr>
                <w:rFonts w:ascii="Roboto Mono" w:hAnsi="Roboto Mono"/>
                <w:b/>
                <w:color w:val="000000"/>
                <w:sz w:val="16"/>
              </w:rPr>
              <w:br/>
              <w:t>STANDBY &lt; ON | OFF &gt;</w:t>
            </w:r>
          </w:p>
        </w:tc>
        <w:tc>
          <w:tcPr>
            <w:tcW w:w="3600" w:type="dxa"/>
            <w:vMerge/>
          </w:tcPr>
          <w:p w14:paraId="1BE0B7B8" w14:textId="77777777" w:rsidR="00EC7A70" w:rsidRDefault="00EC7A70" w:rsidP="00D420CD"/>
        </w:tc>
      </w:tr>
      <w:tr w:rsidR="00EC7A70" w14:paraId="12C4E81B" w14:textId="77777777" w:rsidTr="00D420CD">
        <w:trPr>
          <w:jc w:val="center"/>
        </w:trPr>
        <w:tc>
          <w:tcPr>
            <w:tcW w:w="5760" w:type="dxa"/>
            <w:tcMar>
              <w:top w:w="80" w:type="dxa"/>
              <w:left w:w="80" w:type="dxa"/>
              <w:bottom w:w="0" w:type="dxa"/>
              <w:right w:w="80" w:type="dxa"/>
            </w:tcMar>
          </w:tcPr>
          <w:p w14:paraId="47DFAA7E" w14:textId="77777777" w:rsidR="00EC7A70" w:rsidRDefault="00EC7A70" w:rsidP="00D420CD">
            <w:r>
              <w:rPr>
                <w:color w:val="000000"/>
                <w:sz w:val="18"/>
              </w:rPr>
              <w:t>Command Example</w:t>
            </w:r>
          </w:p>
        </w:tc>
        <w:tc>
          <w:tcPr>
            <w:tcW w:w="3600" w:type="dxa"/>
            <w:vMerge/>
          </w:tcPr>
          <w:p w14:paraId="6A9C8C72" w14:textId="77777777" w:rsidR="00EC7A70" w:rsidRDefault="00EC7A70" w:rsidP="00D420CD"/>
        </w:tc>
      </w:tr>
      <w:tr w:rsidR="00EC7A70" w14:paraId="7B2799EE" w14:textId="77777777" w:rsidTr="00D420CD">
        <w:trPr>
          <w:jc w:val="center"/>
        </w:trPr>
        <w:tc>
          <w:tcPr>
            <w:tcW w:w="5760" w:type="dxa"/>
            <w:shd w:val="clear" w:color="auto" w:fill="000000"/>
            <w:tcMar>
              <w:top w:w="0" w:type="dxa"/>
              <w:left w:w="80" w:type="dxa"/>
              <w:bottom w:w="80" w:type="dxa"/>
              <w:right w:w="80" w:type="dxa"/>
            </w:tcMar>
          </w:tcPr>
          <w:p w14:paraId="2708FC7F" w14:textId="77777777" w:rsidR="00EC7A70" w:rsidRDefault="00EC7A70" w:rsidP="00D420CD">
            <w:r>
              <w:rPr>
                <w:rFonts w:ascii="Roboto Mono" w:hAnsi="Roboto Mono"/>
                <w:b/>
                <w:color w:val="FFFFFF"/>
                <w:sz w:val="16"/>
              </w:rPr>
              <w:t>SET STANDBY ON</w:t>
            </w:r>
          </w:p>
        </w:tc>
        <w:tc>
          <w:tcPr>
            <w:tcW w:w="3600" w:type="dxa"/>
            <w:vMerge/>
          </w:tcPr>
          <w:p w14:paraId="1ECB5FD1" w14:textId="77777777" w:rsidR="00EC7A70" w:rsidRDefault="00EC7A70" w:rsidP="00D420CD"/>
        </w:tc>
      </w:tr>
      <w:tr w:rsidR="00EC7A70" w14:paraId="6529AD0F" w14:textId="77777777" w:rsidTr="00D420CD">
        <w:trPr>
          <w:jc w:val="center"/>
        </w:trPr>
        <w:tc>
          <w:tcPr>
            <w:tcW w:w="5760" w:type="dxa"/>
            <w:tcMar>
              <w:top w:w="80" w:type="dxa"/>
              <w:left w:w="80" w:type="dxa"/>
              <w:bottom w:w="0" w:type="dxa"/>
              <w:right w:w="80" w:type="dxa"/>
            </w:tcMar>
          </w:tcPr>
          <w:p w14:paraId="39494AD4" w14:textId="77777777" w:rsidR="00EC7A70" w:rsidRDefault="00EC7A70" w:rsidP="00D420CD">
            <w:r>
              <w:rPr>
                <w:color w:val="000000"/>
                <w:sz w:val="18"/>
              </w:rPr>
              <w:t>Response Example</w:t>
            </w:r>
          </w:p>
        </w:tc>
        <w:tc>
          <w:tcPr>
            <w:tcW w:w="3600" w:type="dxa"/>
            <w:vMerge/>
          </w:tcPr>
          <w:p w14:paraId="4BC87B29" w14:textId="77777777" w:rsidR="00EC7A70" w:rsidRDefault="00EC7A70" w:rsidP="00D420CD"/>
        </w:tc>
      </w:tr>
      <w:tr w:rsidR="00EC7A70" w14:paraId="43FDAE72" w14:textId="77777777" w:rsidTr="00D420CD">
        <w:trPr>
          <w:jc w:val="center"/>
        </w:trPr>
        <w:tc>
          <w:tcPr>
            <w:tcW w:w="5760" w:type="dxa"/>
            <w:shd w:val="clear" w:color="auto" w:fill="000000"/>
            <w:tcMar>
              <w:top w:w="0" w:type="dxa"/>
              <w:left w:w="80" w:type="dxa"/>
              <w:bottom w:w="80" w:type="dxa"/>
              <w:right w:w="80" w:type="dxa"/>
            </w:tcMar>
          </w:tcPr>
          <w:p w14:paraId="0AE0F823" w14:textId="77777777" w:rsidR="00EC7A70" w:rsidRDefault="00EC7A70" w:rsidP="00D420CD">
            <w:r>
              <w:rPr>
                <w:rFonts w:ascii="Roboto Mono" w:hAnsi="Roboto Mono"/>
                <w:b/>
                <w:color w:val="FFFFFF"/>
                <w:sz w:val="16"/>
              </w:rPr>
              <w:t>STANDBY ON</w:t>
            </w:r>
          </w:p>
        </w:tc>
        <w:tc>
          <w:tcPr>
            <w:tcW w:w="3600" w:type="dxa"/>
            <w:vMerge/>
          </w:tcPr>
          <w:p w14:paraId="739C0877" w14:textId="77777777" w:rsidR="00EC7A70" w:rsidRDefault="00EC7A70" w:rsidP="00D420CD"/>
        </w:tc>
      </w:tr>
      <w:tr w:rsidR="00EC7A70" w14:paraId="66BA61C3" w14:textId="77777777" w:rsidTr="00D420CD">
        <w:trPr>
          <w:jc w:val="center"/>
        </w:trPr>
        <w:tc>
          <w:tcPr>
            <w:tcW w:w="9360" w:type="dxa"/>
            <w:gridSpan w:val="2"/>
            <w:shd w:val="clear" w:color="auto" w:fill="E0F6EC"/>
            <w:tcMar>
              <w:top w:w="80" w:type="dxa"/>
              <w:left w:w="80" w:type="dxa"/>
              <w:bottom w:w="80" w:type="dxa"/>
              <w:right w:w="80" w:type="dxa"/>
            </w:tcMar>
          </w:tcPr>
          <w:p w14:paraId="761A36EF" w14:textId="77777777" w:rsidR="00EC7A70" w:rsidRDefault="00EC7A70" w:rsidP="00D420CD">
            <w:r>
              <w:rPr>
                <w:color w:val="000000"/>
                <w:sz w:val="16"/>
              </w:rPr>
              <w:t xml:space="preserve">Additional Notes: </w:t>
            </w:r>
          </w:p>
        </w:tc>
      </w:tr>
    </w:tbl>
    <w:p w14:paraId="17456842" w14:textId="77777777" w:rsidR="00EC7A70" w:rsidRDefault="00EC7A70" w:rsidP="00EC7A70"/>
    <w:p w14:paraId="5CBD6D76" w14:textId="77777777" w:rsidR="00EC7A70" w:rsidRDefault="00EC7A70" w:rsidP="00EC7A70">
      <w:pPr>
        <w:pStyle w:val="Heading2"/>
      </w:pPr>
      <w:bookmarkStart w:id="73" w:name="_Toc218512834"/>
      <w:r>
        <w:rPr>
          <w:rFonts w:ascii="Roboto" w:hAnsi="Roboto"/>
          <w:color w:val="000000"/>
          <w:sz w:val="28"/>
        </w:rPr>
        <w:lastRenderedPageBreak/>
        <w:t>5.6 Get Device Standby</w:t>
      </w:r>
      <w:bookmarkEnd w:id="73"/>
    </w:p>
    <w:p w14:paraId="6A1D3EA0" w14:textId="77777777" w:rsidR="00EC7A70" w:rsidRDefault="00EC7A70" w:rsidP="00EC7A70">
      <w:r>
        <w:rPr>
          <w:rFonts w:ascii="Roboto" w:hAnsi="Roboto"/>
          <w:sz w:val="18"/>
        </w:rPr>
        <w:br/>
        <w:t>Retrieve whether the device is powered on.</w:t>
      </w:r>
    </w:p>
    <w:tbl>
      <w:tblPr>
        <w:tblStyle w:val="luka"/>
        <w:tblW w:w="0" w:type="auto"/>
        <w:jc w:val="center"/>
        <w:tblLook w:val="04A0" w:firstRow="1" w:lastRow="0" w:firstColumn="1" w:lastColumn="0" w:noHBand="0" w:noVBand="1"/>
      </w:tblPr>
      <w:tblGrid>
        <w:gridCol w:w="5760"/>
        <w:gridCol w:w="3600"/>
      </w:tblGrid>
      <w:tr w:rsidR="00EC7A70" w14:paraId="68543A7A" w14:textId="77777777" w:rsidTr="00D420CD">
        <w:trPr>
          <w:jc w:val="center"/>
        </w:trPr>
        <w:tc>
          <w:tcPr>
            <w:tcW w:w="5760" w:type="dxa"/>
            <w:tcMar>
              <w:top w:w="80" w:type="dxa"/>
              <w:left w:w="80" w:type="dxa"/>
              <w:bottom w:w="80" w:type="dxa"/>
              <w:right w:w="80" w:type="dxa"/>
            </w:tcMar>
          </w:tcPr>
          <w:p w14:paraId="7EF87C81" w14:textId="77777777" w:rsidR="00EC7A70" w:rsidRDefault="00EC7A70" w:rsidP="00D420CD">
            <w:r>
              <w:rPr>
                <w:color w:val="000000"/>
                <w:sz w:val="18"/>
              </w:rPr>
              <w:t>Command Structure</w:t>
            </w:r>
            <w:r>
              <w:rPr>
                <w:rFonts w:ascii="Roboto Mono" w:hAnsi="Roboto Mono"/>
                <w:b/>
                <w:color w:val="000000"/>
                <w:sz w:val="16"/>
              </w:rPr>
              <w:br/>
              <w:t>GET STANDBY</w:t>
            </w:r>
          </w:p>
        </w:tc>
        <w:tc>
          <w:tcPr>
            <w:tcW w:w="3600" w:type="dxa"/>
            <w:vMerge w:val="restart"/>
            <w:shd w:val="clear" w:color="auto" w:fill="F2F2F2"/>
            <w:tcMar>
              <w:top w:w="80" w:type="dxa"/>
              <w:left w:w="80" w:type="dxa"/>
              <w:bottom w:w="80" w:type="dxa"/>
              <w:right w:w="80" w:type="dxa"/>
            </w:tcMar>
          </w:tcPr>
          <w:p w14:paraId="1DCD4EC9" w14:textId="77777777" w:rsidR="00EC7A70" w:rsidRDefault="00EC7A70" w:rsidP="00D420CD">
            <w:r>
              <w:rPr>
                <w:color w:val="000000"/>
                <w:sz w:val="16"/>
              </w:rPr>
              <w:t>Parameters:</w:t>
            </w:r>
            <w:r>
              <w:rPr>
                <w:color w:val="000000"/>
                <w:sz w:val="16"/>
              </w:rPr>
              <w:br/>
            </w:r>
          </w:p>
        </w:tc>
      </w:tr>
      <w:tr w:rsidR="00EC7A70" w14:paraId="0BAD6EC0" w14:textId="77777777" w:rsidTr="00D420CD">
        <w:trPr>
          <w:jc w:val="center"/>
        </w:trPr>
        <w:tc>
          <w:tcPr>
            <w:tcW w:w="5760" w:type="dxa"/>
            <w:tcMar>
              <w:top w:w="80" w:type="dxa"/>
              <w:left w:w="80" w:type="dxa"/>
              <w:bottom w:w="80" w:type="dxa"/>
              <w:right w:w="80" w:type="dxa"/>
            </w:tcMar>
          </w:tcPr>
          <w:p w14:paraId="025442C6" w14:textId="77777777" w:rsidR="00EC7A70" w:rsidRDefault="00EC7A70" w:rsidP="00D420CD">
            <w:r>
              <w:rPr>
                <w:color w:val="000000"/>
                <w:sz w:val="18"/>
              </w:rPr>
              <w:t>Response Structure</w:t>
            </w:r>
            <w:r>
              <w:rPr>
                <w:rFonts w:ascii="Roboto Mono" w:hAnsi="Roboto Mono"/>
                <w:b/>
                <w:color w:val="000000"/>
                <w:sz w:val="16"/>
              </w:rPr>
              <w:br/>
              <w:t>STANDBY &lt; ON | OFF &gt;</w:t>
            </w:r>
          </w:p>
        </w:tc>
        <w:tc>
          <w:tcPr>
            <w:tcW w:w="3600" w:type="dxa"/>
            <w:vMerge/>
          </w:tcPr>
          <w:p w14:paraId="75926158" w14:textId="77777777" w:rsidR="00EC7A70" w:rsidRDefault="00EC7A70" w:rsidP="00D420CD"/>
        </w:tc>
      </w:tr>
      <w:tr w:rsidR="00EC7A70" w14:paraId="0B18B80C" w14:textId="77777777" w:rsidTr="00D420CD">
        <w:trPr>
          <w:jc w:val="center"/>
        </w:trPr>
        <w:tc>
          <w:tcPr>
            <w:tcW w:w="5760" w:type="dxa"/>
            <w:tcMar>
              <w:top w:w="80" w:type="dxa"/>
              <w:left w:w="80" w:type="dxa"/>
              <w:bottom w:w="0" w:type="dxa"/>
              <w:right w:w="80" w:type="dxa"/>
            </w:tcMar>
          </w:tcPr>
          <w:p w14:paraId="177E7705" w14:textId="77777777" w:rsidR="00EC7A70" w:rsidRDefault="00EC7A70" w:rsidP="00D420CD">
            <w:r>
              <w:rPr>
                <w:color w:val="000000"/>
                <w:sz w:val="18"/>
              </w:rPr>
              <w:t>Command Example</w:t>
            </w:r>
          </w:p>
        </w:tc>
        <w:tc>
          <w:tcPr>
            <w:tcW w:w="3600" w:type="dxa"/>
            <w:vMerge/>
          </w:tcPr>
          <w:p w14:paraId="69A8C84A" w14:textId="77777777" w:rsidR="00EC7A70" w:rsidRDefault="00EC7A70" w:rsidP="00D420CD"/>
        </w:tc>
      </w:tr>
      <w:tr w:rsidR="00EC7A70" w14:paraId="340EB3F9" w14:textId="77777777" w:rsidTr="00D420CD">
        <w:trPr>
          <w:jc w:val="center"/>
        </w:trPr>
        <w:tc>
          <w:tcPr>
            <w:tcW w:w="5760" w:type="dxa"/>
            <w:shd w:val="clear" w:color="auto" w:fill="000000"/>
            <w:tcMar>
              <w:top w:w="0" w:type="dxa"/>
              <w:left w:w="80" w:type="dxa"/>
              <w:bottom w:w="80" w:type="dxa"/>
              <w:right w:w="80" w:type="dxa"/>
            </w:tcMar>
          </w:tcPr>
          <w:p w14:paraId="4E594CD2" w14:textId="77777777" w:rsidR="00EC7A70" w:rsidRDefault="00EC7A70" w:rsidP="00D420CD">
            <w:r>
              <w:rPr>
                <w:rFonts w:ascii="Roboto Mono" w:hAnsi="Roboto Mono"/>
                <w:b/>
                <w:color w:val="FFFFFF"/>
                <w:sz w:val="16"/>
              </w:rPr>
              <w:t>GET STANDBY</w:t>
            </w:r>
          </w:p>
        </w:tc>
        <w:tc>
          <w:tcPr>
            <w:tcW w:w="3600" w:type="dxa"/>
            <w:vMerge/>
          </w:tcPr>
          <w:p w14:paraId="52E4F16D" w14:textId="77777777" w:rsidR="00EC7A70" w:rsidRDefault="00EC7A70" w:rsidP="00D420CD"/>
        </w:tc>
      </w:tr>
      <w:tr w:rsidR="00EC7A70" w14:paraId="794F02DF" w14:textId="77777777" w:rsidTr="00D420CD">
        <w:trPr>
          <w:jc w:val="center"/>
        </w:trPr>
        <w:tc>
          <w:tcPr>
            <w:tcW w:w="5760" w:type="dxa"/>
            <w:tcMar>
              <w:top w:w="80" w:type="dxa"/>
              <w:left w:w="80" w:type="dxa"/>
              <w:bottom w:w="0" w:type="dxa"/>
              <w:right w:w="80" w:type="dxa"/>
            </w:tcMar>
          </w:tcPr>
          <w:p w14:paraId="331B14F9" w14:textId="77777777" w:rsidR="00EC7A70" w:rsidRDefault="00EC7A70" w:rsidP="00D420CD">
            <w:r>
              <w:rPr>
                <w:color w:val="000000"/>
                <w:sz w:val="18"/>
              </w:rPr>
              <w:t>Response Example</w:t>
            </w:r>
          </w:p>
        </w:tc>
        <w:tc>
          <w:tcPr>
            <w:tcW w:w="3600" w:type="dxa"/>
            <w:vMerge/>
          </w:tcPr>
          <w:p w14:paraId="3100732B" w14:textId="77777777" w:rsidR="00EC7A70" w:rsidRDefault="00EC7A70" w:rsidP="00D420CD"/>
        </w:tc>
      </w:tr>
      <w:tr w:rsidR="00EC7A70" w14:paraId="0C6B5D79" w14:textId="77777777" w:rsidTr="00D420CD">
        <w:trPr>
          <w:jc w:val="center"/>
        </w:trPr>
        <w:tc>
          <w:tcPr>
            <w:tcW w:w="5760" w:type="dxa"/>
            <w:shd w:val="clear" w:color="auto" w:fill="000000"/>
            <w:tcMar>
              <w:top w:w="0" w:type="dxa"/>
              <w:left w:w="80" w:type="dxa"/>
              <w:bottom w:w="80" w:type="dxa"/>
              <w:right w:w="80" w:type="dxa"/>
            </w:tcMar>
          </w:tcPr>
          <w:p w14:paraId="672E2570" w14:textId="77777777" w:rsidR="00EC7A70" w:rsidRDefault="00EC7A70" w:rsidP="00D420CD">
            <w:r>
              <w:rPr>
                <w:rFonts w:ascii="Roboto Mono" w:hAnsi="Roboto Mono"/>
                <w:b/>
                <w:color w:val="FFFFFF"/>
                <w:sz w:val="16"/>
              </w:rPr>
              <w:t>STANDBY ON</w:t>
            </w:r>
          </w:p>
        </w:tc>
        <w:tc>
          <w:tcPr>
            <w:tcW w:w="3600" w:type="dxa"/>
            <w:vMerge/>
          </w:tcPr>
          <w:p w14:paraId="705F2069" w14:textId="77777777" w:rsidR="00EC7A70" w:rsidRDefault="00EC7A70" w:rsidP="00D420CD"/>
        </w:tc>
      </w:tr>
      <w:tr w:rsidR="00EC7A70" w14:paraId="72DAB7DA" w14:textId="77777777" w:rsidTr="00D420CD">
        <w:trPr>
          <w:jc w:val="center"/>
        </w:trPr>
        <w:tc>
          <w:tcPr>
            <w:tcW w:w="9360" w:type="dxa"/>
            <w:gridSpan w:val="2"/>
            <w:shd w:val="clear" w:color="auto" w:fill="E0F6EC"/>
            <w:tcMar>
              <w:top w:w="80" w:type="dxa"/>
              <w:left w:w="80" w:type="dxa"/>
              <w:bottom w:w="80" w:type="dxa"/>
              <w:right w:w="80" w:type="dxa"/>
            </w:tcMar>
          </w:tcPr>
          <w:p w14:paraId="0DEDB238" w14:textId="77777777" w:rsidR="00EC7A70" w:rsidRDefault="00EC7A70" w:rsidP="00D420CD">
            <w:r>
              <w:rPr>
                <w:color w:val="000000"/>
                <w:sz w:val="16"/>
              </w:rPr>
              <w:t xml:space="preserve">Additional Notes: </w:t>
            </w:r>
          </w:p>
        </w:tc>
      </w:tr>
    </w:tbl>
    <w:p w14:paraId="4BCC1829" w14:textId="77777777" w:rsidR="00EC7A70" w:rsidRDefault="00EC7A70" w:rsidP="00EC7A70"/>
    <w:p w14:paraId="6FC7C15F" w14:textId="77777777" w:rsidR="00EC7A70" w:rsidRDefault="00EC7A70" w:rsidP="00EC7A70">
      <w:pPr>
        <w:pStyle w:val="Heading2"/>
      </w:pPr>
      <w:bookmarkStart w:id="74" w:name="_Toc218512835"/>
      <w:r>
        <w:rPr>
          <w:rFonts w:ascii="Roboto" w:hAnsi="Roboto"/>
          <w:color w:val="000000"/>
          <w:sz w:val="28"/>
        </w:rPr>
        <w:t>5.7 Send CEC Power On/Off Command</w:t>
      </w:r>
      <w:bookmarkEnd w:id="74"/>
    </w:p>
    <w:p w14:paraId="5D52499A" w14:textId="77777777" w:rsidR="00EC7A70" w:rsidRDefault="00EC7A70" w:rsidP="00EC7A70">
      <w:r>
        <w:rPr>
          <w:rFonts w:ascii="Roboto" w:hAnsi="Roboto"/>
          <w:sz w:val="18"/>
        </w:rPr>
        <w:br/>
        <w:t>Send a CEC power-on or power-off command to the specified output interface.</w:t>
      </w:r>
    </w:p>
    <w:tbl>
      <w:tblPr>
        <w:tblStyle w:val="luka"/>
        <w:tblW w:w="0" w:type="auto"/>
        <w:jc w:val="center"/>
        <w:tblLook w:val="04A0" w:firstRow="1" w:lastRow="0" w:firstColumn="1" w:lastColumn="0" w:noHBand="0" w:noVBand="1"/>
      </w:tblPr>
      <w:tblGrid>
        <w:gridCol w:w="5760"/>
        <w:gridCol w:w="3600"/>
      </w:tblGrid>
      <w:tr w:rsidR="00EC7A70" w14:paraId="3F9D9894" w14:textId="77777777" w:rsidTr="00D420CD">
        <w:trPr>
          <w:jc w:val="center"/>
        </w:trPr>
        <w:tc>
          <w:tcPr>
            <w:tcW w:w="5760" w:type="dxa"/>
            <w:tcMar>
              <w:top w:w="80" w:type="dxa"/>
              <w:left w:w="80" w:type="dxa"/>
              <w:bottom w:w="80" w:type="dxa"/>
              <w:right w:w="80" w:type="dxa"/>
            </w:tcMar>
          </w:tcPr>
          <w:p w14:paraId="38DE8EF5" w14:textId="77777777" w:rsidR="00EC7A70" w:rsidRDefault="00EC7A70" w:rsidP="00D420CD">
            <w:r>
              <w:rPr>
                <w:color w:val="000000"/>
                <w:sz w:val="18"/>
              </w:rPr>
              <w:t>Command Structure</w:t>
            </w:r>
            <w:r>
              <w:rPr>
                <w:rFonts w:ascii="Roboto Mono" w:hAnsi="Roboto Mono"/>
                <w:b/>
                <w:color w:val="000000"/>
                <w:sz w:val="16"/>
              </w:rPr>
              <w:br/>
              <w:t>SET CEC_PWR &lt; OUT1 | OUT2 &gt; &lt; ON | OFF &gt;</w:t>
            </w:r>
          </w:p>
        </w:tc>
        <w:tc>
          <w:tcPr>
            <w:tcW w:w="3600" w:type="dxa"/>
            <w:vMerge w:val="restart"/>
            <w:shd w:val="clear" w:color="auto" w:fill="F2F2F2"/>
            <w:tcMar>
              <w:top w:w="80" w:type="dxa"/>
              <w:left w:w="80" w:type="dxa"/>
              <w:bottom w:w="80" w:type="dxa"/>
              <w:right w:w="80" w:type="dxa"/>
            </w:tcMar>
          </w:tcPr>
          <w:p w14:paraId="4D1F2A10" w14:textId="77777777" w:rsidR="00EC7A70" w:rsidRDefault="00EC7A70" w:rsidP="00D420CD">
            <w:r>
              <w:rPr>
                <w:color w:val="000000"/>
                <w:sz w:val="16"/>
              </w:rPr>
              <w:t>Parameters:</w:t>
            </w:r>
            <w:r>
              <w:rPr>
                <w:color w:val="000000"/>
                <w:sz w:val="16"/>
              </w:rPr>
              <w:br/>
            </w:r>
          </w:p>
        </w:tc>
      </w:tr>
      <w:tr w:rsidR="00EC7A70" w14:paraId="436819E9" w14:textId="77777777" w:rsidTr="00D420CD">
        <w:trPr>
          <w:jc w:val="center"/>
        </w:trPr>
        <w:tc>
          <w:tcPr>
            <w:tcW w:w="5760" w:type="dxa"/>
            <w:tcMar>
              <w:top w:w="80" w:type="dxa"/>
              <w:left w:w="80" w:type="dxa"/>
              <w:bottom w:w="80" w:type="dxa"/>
              <w:right w:w="80" w:type="dxa"/>
            </w:tcMar>
          </w:tcPr>
          <w:p w14:paraId="1BF34DC5" w14:textId="77777777" w:rsidR="00EC7A70" w:rsidRDefault="00EC7A70" w:rsidP="00D420CD">
            <w:r>
              <w:rPr>
                <w:color w:val="000000"/>
                <w:sz w:val="18"/>
              </w:rPr>
              <w:t>Response Structure</w:t>
            </w:r>
            <w:r>
              <w:rPr>
                <w:rFonts w:ascii="Roboto Mono" w:hAnsi="Roboto Mono"/>
                <w:b/>
                <w:color w:val="000000"/>
                <w:sz w:val="16"/>
              </w:rPr>
              <w:br/>
              <w:t>CEC_PWR &lt; OUT1 | OUT2 &gt; &lt; ON | OFF &gt;</w:t>
            </w:r>
          </w:p>
        </w:tc>
        <w:tc>
          <w:tcPr>
            <w:tcW w:w="3600" w:type="dxa"/>
            <w:vMerge/>
          </w:tcPr>
          <w:p w14:paraId="5FFB3689" w14:textId="77777777" w:rsidR="00EC7A70" w:rsidRDefault="00EC7A70" w:rsidP="00D420CD"/>
        </w:tc>
      </w:tr>
      <w:tr w:rsidR="00EC7A70" w14:paraId="6A1D10D1" w14:textId="77777777" w:rsidTr="00D420CD">
        <w:trPr>
          <w:jc w:val="center"/>
        </w:trPr>
        <w:tc>
          <w:tcPr>
            <w:tcW w:w="5760" w:type="dxa"/>
            <w:tcMar>
              <w:top w:w="80" w:type="dxa"/>
              <w:left w:w="80" w:type="dxa"/>
              <w:bottom w:w="0" w:type="dxa"/>
              <w:right w:w="80" w:type="dxa"/>
            </w:tcMar>
          </w:tcPr>
          <w:p w14:paraId="0BB6C7F4" w14:textId="77777777" w:rsidR="00EC7A70" w:rsidRDefault="00EC7A70" w:rsidP="00D420CD">
            <w:r>
              <w:rPr>
                <w:color w:val="000000"/>
                <w:sz w:val="18"/>
              </w:rPr>
              <w:t>Command Example</w:t>
            </w:r>
          </w:p>
        </w:tc>
        <w:tc>
          <w:tcPr>
            <w:tcW w:w="3600" w:type="dxa"/>
            <w:vMerge/>
          </w:tcPr>
          <w:p w14:paraId="7E2199FA" w14:textId="77777777" w:rsidR="00EC7A70" w:rsidRDefault="00EC7A70" w:rsidP="00D420CD"/>
        </w:tc>
      </w:tr>
      <w:tr w:rsidR="00EC7A70" w14:paraId="0C6F9EBD" w14:textId="77777777" w:rsidTr="00D420CD">
        <w:trPr>
          <w:jc w:val="center"/>
        </w:trPr>
        <w:tc>
          <w:tcPr>
            <w:tcW w:w="5760" w:type="dxa"/>
            <w:shd w:val="clear" w:color="auto" w:fill="000000"/>
            <w:tcMar>
              <w:top w:w="0" w:type="dxa"/>
              <w:left w:w="80" w:type="dxa"/>
              <w:bottom w:w="80" w:type="dxa"/>
              <w:right w:w="80" w:type="dxa"/>
            </w:tcMar>
          </w:tcPr>
          <w:p w14:paraId="781B0BA6" w14:textId="77777777" w:rsidR="00EC7A70" w:rsidRDefault="00EC7A70" w:rsidP="00D420CD">
            <w:r>
              <w:rPr>
                <w:rFonts w:ascii="Roboto Mono" w:hAnsi="Roboto Mono"/>
                <w:b/>
                <w:color w:val="FFFFFF"/>
                <w:sz w:val="16"/>
              </w:rPr>
              <w:t>SET CEC_PWR OUT1 ON</w:t>
            </w:r>
          </w:p>
        </w:tc>
        <w:tc>
          <w:tcPr>
            <w:tcW w:w="3600" w:type="dxa"/>
            <w:vMerge/>
          </w:tcPr>
          <w:p w14:paraId="409AC475" w14:textId="77777777" w:rsidR="00EC7A70" w:rsidRDefault="00EC7A70" w:rsidP="00D420CD"/>
        </w:tc>
      </w:tr>
      <w:tr w:rsidR="00EC7A70" w14:paraId="3DBB0207" w14:textId="77777777" w:rsidTr="00D420CD">
        <w:trPr>
          <w:jc w:val="center"/>
        </w:trPr>
        <w:tc>
          <w:tcPr>
            <w:tcW w:w="5760" w:type="dxa"/>
            <w:tcMar>
              <w:top w:w="80" w:type="dxa"/>
              <w:left w:w="80" w:type="dxa"/>
              <w:bottom w:w="0" w:type="dxa"/>
              <w:right w:w="80" w:type="dxa"/>
            </w:tcMar>
          </w:tcPr>
          <w:p w14:paraId="31297128" w14:textId="77777777" w:rsidR="00EC7A70" w:rsidRDefault="00EC7A70" w:rsidP="00D420CD">
            <w:r>
              <w:rPr>
                <w:color w:val="000000"/>
                <w:sz w:val="18"/>
              </w:rPr>
              <w:t>Response Example</w:t>
            </w:r>
          </w:p>
        </w:tc>
        <w:tc>
          <w:tcPr>
            <w:tcW w:w="3600" w:type="dxa"/>
            <w:vMerge/>
          </w:tcPr>
          <w:p w14:paraId="1DE6E3B9" w14:textId="77777777" w:rsidR="00EC7A70" w:rsidRDefault="00EC7A70" w:rsidP="00D420CD"/>
        </w:tc>
      </w:tr>
      <w:tr w:rsidR="00EC7A70" w14:paraId="21AC4824" w14:textId="77777777" w:rsidTr="00D420CD">
        <w:trPr>
          <w:jc w:val="center"/>
        </w:trPr>
        <w:tc>
          <w:tcPr>
            <w:tcW w:w="5760" w:type="dxa"/>
            <w:shd w:val="clear" w:color="auto" w:fill="000000"/>
            <w:tcMar>
              <w:top w:w="0" w:type="dxa"/>
              <w:left w:w="80" w:type="dxa"/>
              <w:bottom w:w="80" w:type="dxa"/>
              <w:right w:w="80" w:type="dxa"/>
            </w:tcMar>
          </w:tcPr>
          <w:p w14:paraId="4A49ADDE" w14:textId="77777777" w:rsidR="00EC7A70" w:rsidRDefault="00EC7A70" w:rsidP="00D420CD">
            <w:r>
              <w:rPr>
                <w:rFonts w:ascii="Roboto Mono" w:hAnsi="Roboto Mono"/>
                <w:b/>
                <w:color w:val="FFFFFF"/>
                <w:sz w:val="16"/>
              </w:rPr>
              <w:t>CEC_PWR OUT1 ON</w:t>
            </w:r>
          </w:p>
        </w:tc>
        <w:tc>
          <w:tcPr>
            <w:tcW w:w="3600" w:type="dxa"/>
            <w:vMerge/>
          </w:tcPr>
          <w:p w14:paraId="07A00A00" w14:textId="77777777" w:rsidR="00EC7A70" w:rsidRDefault="00EC7A70" w:rsidP="00D420CD"/>
        </w:tc>
      </w:tr>
      <w:tr w:rsidR="00EC7A70" w14:paraId="7C4F1B1F" w14:textId="77777777" w:rsidTr="00D420CD">
        <w:trPr>
          <w:jc w:val="center"/>
        </w:trPr>
        <w:tc>
          <w:tcPr>
            <w:tcW w:w="9360" w:type="dxa"/>
            <w:gridSpan w:val="2"/>
            <w:shd w:val="clear" w:color="auto" w:fill="E0F6EC"/>
            <w:tcMar>
              <w:top w:w="80" w:type="dxa"/>
              <w:left w:w="80" w:type="dxa"/>
              <w:bottom w:w="80" w:type="dxa"/>
              <w:right w:w="80" w:type="dxa"/>
            </w:tcMar>
          </w:tcPr>
          <w:p w14:paraId="69585203" w14:textId="77777777" w:rsidR="00EC7A70" w:rsidRDefault="00EC7A70" w:rsidP="00D420CD">
            <w:r>
              <w:rPr>
                <w:color w:val="000000"/>
                <w:sz w:val="16"/>
              </w:rPr>
              <w:t xml:space="preserve">Additional Notes: </w:t>
            </w:r>
          </w:p>
        </w:tc>
      </w:tr>
    </w:tbl>
    <w:p w14:paraId="01D072E5" w14:textId="33FC2EF1" w:rsidR="00EC7A70" w:rsidRDefault="00EC7A70" w:rsidP="00EC7A70"/>
    <w:p w14:paraId="6CA1B2C8" w14:textId="77777777" w:rsidR="00EC7A70" w:rsidRDefault="00EC7A70">
      <w:r>
        <w:br w:type="page"/>
      </w:r>
    </w:p>
    <w:p w14:paraId="34D46DC5" w14:textId="77777777" w:rsidR="00EC7A70" w:rsidRDefault="00EC7A70" w:rsidP="00EC7A70">
      <w:pPr>
        <w:pStyle w:val="Heading2"/>
      </w:pPr>
      <w:bookmarkStart w:id="75" w:name="_Toc218512836"/>
      <w:r>
        <w:rPr>
          <w:rFonts w:ascii="Roboto" w:hAnsi="Roboto"/>
          <w:color w:val="000000"/>
          <w:sz w:val="28"/>
        </w:rPr>
        <w:lastRenderedPageBreak/>
        <w:t>5.8 Set CEC Power On/Off Command</w:t>
      </w:r>
      <w:bookmarkEnd w:id="75"/>
    </w:p>
    <w:p w14:paraId="5483E959" w14:textId="77777777" w:rsidR="00EC7A70" w:rsidRDefault="00EC7A70" w:rsidP="00EC7A70">
      <w:r>
        <w:rPr>
          <w:rFonts w:ascii="Roboto" w:hAnsi="Roboto"/>
          <w:sz w:val="18"/>
        </w:rPr>
        <w:br/>
        <w:t>Set the CEC power-on or power-off command for the specified output interface.</w:t>
      </w:r>
    </w:p>
    <w:tbl>
      <w:tblPr>
        <w:tblStyle w:val="luka"/>
        <w:tblW w:w="0" w:type="auto"/>
        <w:jc w:val="center"/>
        <w:tblLook w:val="04A0" w:firstRow="1" w:lastRow="0" w:firstColumn="1" w:lastColumn="0" w:noHBand="0" w:noVBand="1"/>
      </w:tblPr>
      <w:tblGrid>
        <w:gridCol w:w="5760"/>
        <w:gridCol w:w="3600"/>
      </w:tblGrid>
      <w:tr w:rsidR="00EC7A70" w14:paraId="5C10594F" w14:textId="77777777" w:rsidTr="00D420CD">
        <w:trPr>
          <w:jc w:val="center"/>
        </w:trPr>
        <w:tc>
          <w:tcPr>
            <w:tcW w:w="5760" w:type="dxa"/>
            <w:tcMar>
              <w:top w:w="80" w:type="dxa"/>
              <w:left w:w="80" w:type="dxa"/>
              <w:bottom w:w="80" w:type="dxa"/>
              <w:right w:w="80" w:type="dxa"/>
            </w:tcMar>
          </w:tcPr>
          <w:p w14:paraId="639BD073" w14:textId="77777777" w:rsidR="00EC7A70" w:rsidRDefault="00EC7A70" w:rsidP="00D420CD">
            <w:r>
              <w:rPr>
                <w:color w:val="000000"/>
                <w:sz w:val="18"/>
              </w:rPr>
              <w:t>Command Structure</w:t>
            </w:r>
            <w:r>
              <w:rPr>
                <w:rFonts w:ascii="Roboto Mono" w:hAnsi="Roboto Mono"/>
                <w:b/>
                <w:color w:val="000000"/>
                <w:sz w:val="16"/>
              </w:rPr>
              <w:br/>
              <w:t>SET CECCMD_EDIT &lt; OUT1 | OUT2 &gt; &lt; ON | OFF &gt; &lt; CECCode &gt;</w:t>
            </w:r>
          </w:p>
        </w:tc>
        <w:tc>
          <w:tcPr>
            <w:tcW w:w="3600" w:type="dxa"/>
            <w:vMerge w:val="restart"/>
            <w:shd w:val="clear" w:color="auto" w:fill="F2F2F2"/>
            <w:tcMar>
              <w:top w:w="80" w:type="dxa"/>
              <w:left w:w="80" w:type="dxa"/>
              <w:bottom w:w="80" w:type="dxa"/>
              <w:right w:w="80" w:type="dxa"/>
            </w:tcMar>
          </w:tcPr>
          <w:p w14:paraId="6B98B2CD" w14:textId="77777777" w:rsidR="00EC7A70" w:rsidRDefault="00EC7A70" w:rsidP="00D420CD">
            <w:r>
              <w:rPr>
                <w:color w:val="000000"/>
                <w:sz w:val="16"/>
              </w:rPr>
              <w:t>Parameters:</w:t>
            </w:r>
            <w:r>
              <w:rPr>
                <w:color w:val="000000"/>
                <w:sz w:val="16"/>
              </w:rPr>
              <w:br/>
              <w:t>CECCode is the CEC message as a hexadecimal string with no spaces between adjacent bytes.</w:t>
            </w:r>
          </w:p>
        </w:tc>
      </w:tr>
      <w:tr w:rsidR="00EC7A70" w14:paraId="2076FB91" w14:textId="77777777" w:rsidTr="00D420CD">
        <w:trPr>
          <w:jc w:val="center"/>
        </w:trPr>
        <w:tc>
          <w:tcPr>
            <w:tcW w:w="5760" w:type="dxa"/>
            <w:tcMar>
              <w:top w:w="80" w:type="dxa"/>
              <w:left w:w="80" w:type="dxa"/>
              <w:bottom w:w="80" w:type="dxa"/>
              <w:right w:w="80" w:type="dxa"/>
            </w:tcMar>
          </w:tcPr>
          <w:p w14:paraId="7A3F08D5" w14:textId="77777777" w:rsidR="00EC7A70" w:rsidRDefault="00EC7A70" w:rsidP="00D420CD">
            <w:r>
              <w:rPr>
                <w:color w:val="000000"/>
                <w:sz w:val="18"/>
              </w:rPr>
              <w:t>Response Structure</w:t>
            </w:r>
            <w:r>
              <w:rPr>
                <w:rFonts w:ascii="Roboto Mono" w:hAnsi="Roboto Mono"/>
                <w:b/>
                <w:color w:val="000000"/>
                <w:sz w:val="16"/>
              </w:rPr>
              <w:br/>
              <w:t>CECCMD_EDIT &lt; OUT1 | OUT2 &gt; &lt; ON | OFF &gt; &lt; CECCode &gt;</w:t>
            </w:r>
          </w:p>
        </w:tc>
        <w:tc>
          <w:tcPr>
            <w:tcW w:w="3600" w:type="dxa"/>
            <w:vMerge/>
          </w:tcPr>
          <w:p w14:paraId="5F42CB1D" w14:textId="77777777" w:rsidR="00EC7A70" w:rsidRDefault="00EC7A70" w:rsidP="00D420CD"/>
        </w:tc>
      </w:tr>
      <w:tr w:rsidR="00EC7A70" w14:paraId="17BD8E0E" w14:textId="77777777" w:rsidTr="00D420CD">
        <w:trPr>
          <w:jc w:val="center"/>
        </w:trPr>
        <w:tc>
          <w:tcPr>
            <w:tcW w:w="5760" w:type="dxa"/>
            <w:tcMar>
              <w:top w:w="80" w:type="dxa"/>
              <w:left w:w="80" w:type="dxa"/>
              <w:bottom w:w="0" w:type="dxa"/>
              <w:right w:w="80" w:type="dxa"/>
            </w:tcMar>
          </w:tcPr>
          <w:p w14:paraId="0F9DAFF6" w14:textId="77777777" w:rsidR="00EC7A70" w:rsidRDefault="00EC7A70" w:rsidP="00D420CD">
            <w:r>
              <w:rPr>
                <w:color w:val="000000"/>
                <w:sz w:val="18"/>
              </w:rPr>
              <w:t>Command Example</w:t>
            </w:r>
          </w:p>
        </w:tc>
        <w:tc>
          <w:tcPr>
            <w:tcW w:w="3600" w:type="dxa"/>
            <w:vMerge/>
          </w:tcPr>
          <w:p w14:paraId="2F743261" w14:textId="77777777" w:rsidR="00EC7A70" w:rsidRDefault="00EC7A70" w:rsidP="00D420CD"/>
        </w:tc>
      </w:tr>
      <w:tr w:rsidR="00EC7A70" w14:paraId="4574AFA0" w14:textId="77777777" w:rsidTr="00D420CD">
        <w:trPr>
          <w:jc w:val="center"/>
        </w:trPr>
        <w:tc>
          <w:tcPr>
            <w:tcW w:w="5760" w:type="dxa"/>
            <w:shd w:val="clear" w:color="auto" w:fill="000000"/>
            <w:tcMar>
              <w:top w:w="0" w:type="dxa"/>
              <w:left w:w="80" w:type="dxa"/>
              <w:bottom w:w="80" w:type="dxa"/>
              <w:right w:w="80" w:type="dxa"/>
            </w:tcMar>
          </w:tcPr>
          <w:p w14:paraId="5DFF6841" w14:textId="77777777" w:rsidR="00EC7A70" w:rsidRDefault="00EC7A70" w:rsidP="00D420CD">
            <w:r>
              <w:rPr>
                <w:rFonts w:ascii="Roboto Mono" w:hAnsi="Roboto Mono"/>
                <w:b/>
                <w:color w:val="FFFFFF"/>
                <w:sz w:val="16"/>
              </w:rPr>
              <w:t>SET CECCMD_EDIT OUT1 ON 4004</w:t>
            </w:r>
          </w:p>
        </w:tc>
        <w:tc>
          <w:tcPr>
            <w:tcW w:w="3600" w:type="dxa"/>
            <w:vMerge/>
          </w:tcPr>
          <w:p w14:paraId="2A4F7628" w14:textId="77777777" w:rsidR="00EC7A70" w:rsidRDefault="00EC7A70" w:rsidP="00D420CD"/>
        </w:tc>
      </w:tr>
      <w:tr w:rsidR="00EC7A70" w14:paraId="7B67D134" w14:textId="77777777" w:rsidTr="00D420CD">
        <w:trPr>
          <w:jc w:val="center"/>
        </w:trPr>
        <w:tc>
          <w:tcPr>
            <w:tcW w:w="5760" w:type="dxa"/>
            <w:tcMar>
              <w:top w:w="80" w:type="dxa"/>
              <w:left w:w="80" w:type="dxa"/>
              <w:bottom w:w="0" w:type="dxa"/>
              <w:right w:w="80" w:type="dxa"/>
            </w:tcMar>
          </w:tcPr>
          <w:p w14:paraId="288277D3" w14:textId="77777777" w:rsidR="00EC7A70" w:rsidRDefault="00EC7A70" w:rsidP="00D420CD">
            <w:r>
              <w:rPr>
                <w:color w:val="000000"/>
                <w:sz w:val="18"/>
              </w:rPr>
              <w:t>Response Example</w:t>
            </w:r>
          </w:p>
        </w:tc>
        <w:tc>
          <w:tcPr>
            <w:tcW w:w="3600" w:type="dxa"/>
            <w:vMerge/>
          </w:tcPr>
          <w:p w14:paraId="303BA64E" w14:textId="77777777" w:rsidR="00EC7A70" w:rsidRDefault="00EC7A70" w:rsidP="00D420CD"/>
        </w:tc>
      </w:tr>
      <w:tr w:rsidR="00EC7A70" w14:paraId="7678597D" w14:textId="77777777" w:rsidTr="00D420CD">
        <w:trPr>
          <w:jc w:val="center"/>
        </w:trPr>
        <w:tc>
          <w:tcPr>
            <w:tcW w:w="5760" w:type="dxa"/>
            <w:shd w:val="clear" w:color="auto" w:fill="000000"/>
            <w:tcMar>
              <w:top w:w="0" w:type="dxa"/>
              <w:left w:w="80" w:type="dxa"/>
              <w:bottom w:w="80" w:type="dxa"/>
              <w:right w:w="80" w:type="dxa"/>
            </w:tcMar>
          </w:tcPr>
          <w:p w14:paraId="58D1B40C" w14:textId="77777777" w:rsidR="00EC7A70" w:rsidRDefault="00EC7A70" w:rsidP="00D420CD">
            <w:r>
              <w:rPr>
                <w:rFonts w:ascii="Roboto Mono" w:hAnsi="Roboto Mono"/>
                <w:b/>
                <w:color w:val="FFFFFF"/>
                <w:sz w:val="16"/>
              </w:rPr>
              <w:t>CECCMD_EDIT OUT1 ON 4004</w:t>
            </w:r>
          </w:p>
        </w:tc>
        <w:tc>
          <w:tcPr>
            <w:tcW w:w="3600" w:type="dxa"/>
            <w:vMerge/>
          </w:tcPr>
          <w:p w14:paraId="7FF50972" w14:textId="77777777" w:rsidR="00EC7A70" w:rsidRDefault="00EC7A70" w:rsidP="00D420CD"/>
        </w:tc>
      </w:tr>
      <w:tr w:rsidR="00EC7A70" w14:paraId="70FC24A4" w14:textId="77777777" w:rsidTr="00D420CD">
        <w:trPr>
          <w:jc w:val="center"/>
        </w:trPr>
        <w:tc>
          <w:tcPr>
            <w:tcW w:w="9360" w:type="dxa"/>
            <w:gridSpan w:val="2"/>
            <w:shd w:val="clear" w:color="auto" w:fill="E0F6EC"/>
            <w:tcMar>
              <w:top w:w="80" w:type="dxa"/>
              <w:left w:w="80" w:type="dxa"/>
              <w:bottom w:w="80" w:type="dxa"/>
              <w:right w:w="80" w:type="dxa"/>
            </w:tcMar>
          </w:tcPr>
          <w:p w14:paraId="020E1304" w14:textId="77777777" w:rsidR="00EC7A70" w:rsidRDefault="00EC7A70" w:rsidP="00D420CD">
            <w:r>
              <w:rPr>
                <w:color w:val="000000"/>
                <w:sz w:val="16"/>
              </w:rPr>
              <w:t>Additional Notes: Default values:</w:t>
            </w:r>
            <w:r>
              <w:rPr>
                <w:color w:val="000000"/>
                <w:sz w:val="16"/>
              </w:rPr>
              <w:br/>
              <w:t>Power on: 4004</w:t>
            </w:r>
            <w:r>
              <w:rPr>
                <w:color w:val="000000"/>
                <w:sz w:val="16"/>
              </w:rPr>
              <w:br/>
              <w:t>Power off: FF36</w:t>
            </w:r>
          </w:p>
        </w:tc>
      </w:tr>
    </w:tbl>
    <w:p w14:paraId="14169D85" w14:textId="77777777" w:rsidR="00EC7A70" w:rsidRDefault="00EC7A70" w:rsidP="00EC7A70"/>
    <w:p w14:paraId="42A5BE20" w14:textId="77777777" w:rsidR="00EC7A70" w:rsidRDefault="00EC7A70" w:rsidP="00EC7A70">
      <w:pPr>
        <w:pStyle w:val="Heading2"/>
      </w:pPr>
      <w:bookmarkStart w:id="76" w:name="_Toc218512837"/>
      <w:r>
        <w:rPr>
          <w:rFonts w:ascii="Roboto" w:hAnsi="Roboto"/>
          <w:color w:val="000000"/>
          <w:sz w:val="28"/>
        </w:rPr>
        <w:t>5.9 Get CEC Power On/Off Command</w:t>
      </w:r>
      <w:bookmarkEnd w:id="76"/>
    </w:p>
    <w:p w14:paraId="6B7B9E0D" w14:textId="77777777" w:rsidR="00EC7A70" w:rsidRDefault="00EC7A70" w:rsidP="00EC7A70">
      <w:r>
        <w:rPr>
          <w:rFonts w:ascii="Roboto" w:hAnsi="Roboto"/>
          <w:sz w:val="18"/>
        </w:rPr>
        <w:br/>
        <w:t>Retrieve the CEC power-on or power-off command for the specified output interface.</w:t>
      </w:r>
    </w:p>
    <w:tbl>
      <w:tblPr>
        <w:tblStyle w:val="luka"/>
        <w:tblW w:w="0" w:type="auto"/>
        <w:jc w:val="center"/>
        <w:tblLook w:val="04A0" w:firstRow="1" w:lastRow="0" w:firstColumn="1" w:lastColumn="0" w:noHBand="0" w:noVBand="1"/>
      </w:tblPr>
      <w:tblGrid>
        <w:gridCol w:w="5760"/>
        <w:gridCol w:w="3600"/>
      </w:tblGrid>
      <w:tr w:rsidR="00EC7A70" w14:paraId="26485881" w14:textId="77777777" w:rsidTr="00D420CD">
        <w:trPr>
          <w:jc w:val="center"/>
        </w:trPr>
        <w:tc>
          <w:tcPr>
            <w:tcW w:w="5760" w:type="dxa"/>
            <w:tcMar>
              <w:top w:w="80" w:type="dxa"/>
              <w:left w:w="80" w:type="dxa"/>
              <w:bottom w:w="80" w:type="dxa"/>
              <w:right w:w="80" w:type="dxa"/>
            </w:tcMar>
          </w:tcPr>
          <w:p w14:paraId="006B3D0E" w14:textId="77777777" w:rsidR="00EC7A70" w:rsidRDefault="00EC7A70" w:rsidP="00D420CD">
            <w:r>
              <w:rPr>
                <w:color w:val="000000"/>
                <w:sz w:val="18"/>
              </w:rPr>
              <w:t>Command Structure</w:t>
            </w:r>
            <w:r>
              <w:rPr>
                <w:rFonts w:ascii="Roboto Mono" w:hAnsi="Roboto Mono"/>
                <w:b/>
                <w:color w:val="000000"/>
                <w:sz w:val="16"/>
              </w:rPr>
              <w:br/>
              <w:t>GET CECCMD_EDIT &lt; OUT1 | OUT2 &gt; &lt; ON | OFF &gt;</w:t>
            </w:r>
          </w:p>
        </w:tc>
        <w:tc>
          <w:tcPr>
            <w:tcW w:w="3600" w:type="dxa"/>
            <w:vMerge w:val="restart"/>
            <w:shd w:val="clear" w:color="auto" w:fill="F2F2F2"/>
            <w:tcMar>
              <w:top w:w="80" w:type="dxa"/>
              <w:left w:w="80" w:type="dxa"/>
              <w:bottom w:w="80" w:type="dxa"/>
              <w:right w:w="80" w:type="dxa"/>
            </w:tcMar>
          </w:tcPr>
          <w:p w14:paraId="2D11FDF5" w14:textId="77777777" w:rsidR="00EC7A70" w:rsidRDefault="00EC7A70" w:rsidP="00D420CD">
            <w:r>
              <w:rPr>
                <w:color w:val="000000"/>
                <w:sz w:val="16"/>
              </w:rPr>
              <w:t>Parameters:</w:t>
            </w:r>
            <w:r>
              <w:rPr>
                <w:color w:val="000000"/>
                <w:sz w:val="16"/>
              </w:rPr>
              <w:br/>
            </w:r>
          </w:p>
        </w:tc>
      </w:tr>
      <w:tr w:rsidR="00EC7A70" w14:paraId="256170C5" w14:textId="77777777" w:rsidTr="00D420CD">
        <w:trPr>
          <w:jc w:val="center"/>
        </w:trPr>
        <w:tc>
          <w:tcPr>
            <w:tcW w:w="5760" w:type="dxa"/>
            <w:tcMar>
              <w:top w:w="80" w:type="dxa"/>
              <w:left w:w="80" w:type="dxa"/>
              <w:bottom w:w="80" w:type="dxa"/>
              <w:right w:w="80" w:type="dxa"/>
            </w:tcMar>
          </w:tcPr>
          <w:p w14:paraId="40780A31" w14:textId="77777777" w:rsidR="00EC7A70" w:rsidRDefault="00EC7A70" w:rsidP="00D420CD">
            <w:r>
              <w:rPr>
                <w:color w:val="000000"/>
                <w:sz w:val="18"/>
              </w:rPr>
              <w:t>Response Structure</w:t>
            </w:r>
            <w:r>
              <w:rPr>
                <w:rFonts w:ascii="Roboto Mono" w:hAnsi="Roboto Mono"/>
                <w:b/>
                <w:color w:val="000000"/>
                <w:sz w:val="16"/>
              </w:rPr>
              <w:br/>
              <w:t>CECCMD_EDIT &lt; OUT1 | OUT2 &gt; &lt; ON | OFF &gt; &lt; CECCode &gt;</w:t>
            </w:r>
          </w:p>
        </w:tc>
        <w:tc>
          <w:tcPr>
            <w:tcW w:w="3600" w:type="dxa"/>
            <w:vMerge/>
          </w:tcPr>
          <w:p w14:paraId="582BDA45" w14:textId="77777777" w:rsidR="00EC7A70" w:rsidRDefault="00EC7A70" w:rsidP="00D420CD"/>
        </w:tc>
      </w:tr>
      <w:tr w:rsidR="00EC7A70" w14:paraId="6DB75FA4" w14:textId="77777777" w:rsidTr="00D420CD">
        <w:trPr>
          <w:jc w:val="center"/>
        </w:trPr>
        <w:tc>
          <w:tcPr>
            <w:tcW w:w="5760" w:type="dxa"/>
            <w:tcMar>
              <w:top w:w="80" w:type="dxa"/>
              <w:left w:w="80" w:type="dxa"/>
              <w:bottom w:w="0" w:type="dxa"/>
              <w:right w:w="80" w:type="dxa"/>
            </w:tcMar>
          </w:tcPr>
          <w:p w14:paraId="262FF808" w14:textId="77777777" w:rsidR="00EC7A70" w:rsidRDefault="00EC7A70" w:rsidP="00D420CD">
            <w:r>
              <w:rPr>
                <w:color w:val="000000"/>
                <w:sz w:val="18"/>
              </w:rPr>
              <w:t>Command Example</w:t>
            </w:r>
          </w:p>
        </w:tc>
        <w:tc>
          <w:tcPr>
            <w:tcW w:w="3600" w:type="dxa"/>
            <w:vMerge/>
          </w:tcPr>
          <w:p w14:paraId="194B02CE" w14:textId="77777777" w:rsidR="00EC7A70" w:rsidRDefault="00EC7A70" w:rsidP="00D420CD"/>
        </w:tc>
      </w:tr>
      <w:tr w:rsidR="00EC7A70" w14:paraId="27390D7A" w14:textId="77777777" w:rsidTr="00D420CD">
        <w:trPr>
          <w:jc w:val="center"/>
        </w:trPr>
        <w:tc>
          <w:tcPr>
            <w:tcW w:w="5760" w:type="dxa"/>
            <w:shd w:val="clear" w:color="auto" w:fill="000000"/>
            <w:tcMar>
              <w:top w:w="0" w:type="dxa"/>
              <w:left w:w="80" w:type="dxa"/>
              <w:bottom w:w="80" w:type="dxa"/>
              <w:right w:w="80" w:type="dxa"/>
            </w:tcMar>
          </w:tcPr>
          <w:p w14:paraId="2EDD095F" w14:textId="77777777" w:rsidR="00EC7A70" w:rsidRDefault="00EC7A70" w:rsidP="00D420CD">
            <w:r>
              <w:rPr>
                <w:rFonts w:ascii="Roboto Mono" w:hAnsi="Roboto Mono"/>
                <w:b/>
                <w:color w:val="FFFFFF"/>
                <w:sz w:val="16"/>
              </w:rPr>
              <w:t>GET CECCMD_EDIT OUT1 ON</w:t>
            </w:r>
          </w:p>
        </w:tc>
        <w:tc>
          <w:tcPr>
            <w:tcW w:w="3600" w:type="dxa"/>
            <w:vMerge/>
          </w:tcPr>
          <w:p w14:paraId="70BD3F7A" w14:textId="77777777" w:rsidR="00EC7A70" w:rsidRDefault="00EC7A70" w:rsidP="00D420CD"/>
        </w:tc>
      </w:tr>
      <w:tr w:rsidR="00EC7A70" w14:paraId="1DC0F7B1" w14:textId="77777777" w:rsidTr="00D420CD">
        <w:trPr>
          <w:jc w:val="center"/>
        </w:trPr>
        <w:tc>
          <w:tcPr>
            <w:tcW w:w="5760" w:type="dxa"/>
            <w:tcMar>
              <w:top w:w="80" w:type="dxa"/>
              <w:left w:w="80" w:type="dxa"/>
              <w:bottom w:w="0" w:type="dxa"/>
              <w:right w:w="80" w:type="dxa"/>
            </w:tcMar>
          </w:tcPr>
          <w:p w14:paraId="52C6D95C" w14:textId="77777777" w:rsidR="00EC7A70" w:rsidRDefault="00EC7A70" w:rsidP="00D420CD">
            <w:r>
              <w:rPr>
                <w:color w:val="000000"/>
                <w:sz w:val="18"/>
              </w:rPr>
              <w:t>Response Example</w:t>
            </w:r>
          </w:p>
        </w:tc>
        <w:tc>
          <w:tcPr>
            <w:tcW w:w="3600" w:type="dxa"/>
            <w:vMerge/>
          </w:tcPr>
          <w:p w14:paraId="318D88AC" w14:textId="77777777" w:rsidR="00EC7A70" w:rsidRDefault="00EC7A70" w:rsidP="00D420CD"/>
        </w:tc>
      </w:tr>
      <w:tr w:rsidR="00EC7A70" w14:paraId="1DAEB036" w14:textId="77777777" w:rsidTr="00D420CD">
        <w:trPr>
          <w:jc w:val="center"/>
        </w:trPr>
        <w:tc>
          <w:tcPr>
            <w:tcW w:w="5760" w:type="dxa"/>
            <w:shd w:val="clear" w:color="auto" w:fill="000000"/>
            <w:tcMar>
              <w:top w:w="0" w:type="dxa"/>
              <w:left w:w="80" w:type="dxa"/>
              <w:bottom w:w="80" w:type="dxa"/>
              <w:right w:w="80" w:type="dxa"/>
            </w:tcMar>
          </w:tcPr>
          <w:p w14:paraId="0EEB068A" w14:textId="77777777" w:rsidR="00EC7A70" w:rsidRDefault="00EC7A70" w:rsidP="00D420CD">
            <w:r>
              <w:rPr>
                <w:rFonts w:ascii="Roboto Mono" w:hAnsi="Roboto Mono"/>
                <w:b/>
                <w:color w:val="FFFFFF"/>
                <w:sz w:val="16"/>
              </w:rPr>
              <w:t>CECCMD_EDIT OUT1 ON 4004</w:t>
            </w:r>
          </w:p>
        </w:tc>
        <w:tc>
          <w:tcPr>
            <w:tcW w:w="3600" w:type="dxa"/>
            <w:vMerge/>
          </w:tcPr>
          <w:p w14:paraId="69668950" w14:textId="77777777" w:rsidR="00EC7A70" w:rsidRDefault="00EC7A70" w:rsidP="00D420CD"/>
        </w:tc>
      </w:tr>
      <w:tr w:rsidR="00EC7A70" w14:paraId="1DE9989E" w14:textId="77777777" w:rsidTr="00D420CD">
        <w:trPr>
          <w:jc w:val="center"/>
        </w:trPr>
        <w:tc>
          <w:tcPr>
            <w:tcW w:w="9360" w:type="dxa"/>
            <w:gridSpan w:val="2"/>
            <w:shd w:val="clear" w:color="auto" w:fill="E0F6EC"/>
            <w:tcMar>
              <w:top w:w="80" w:type="dxa"/>
              <w:left w:w="80" w:type="dxa"/>
              <w:bottom w:w="80" w:type="dxa"/>
              <w:right w:w="80" w:type="dxa"/>
            </w:tcMar>
          </w:tcPr>
          <w:p w14:paraId="51AABB8B" w14:textId="77777777" w:rsidR="00EC7A70" w:rsidRDefault="00EC7A70" w:rsidP="00D420CD">
            <w:r>
              <w:rPr>
                <w:color w:val="000000"/>
                <w:sz w:val="16"/>
              </w:rPr>
              <w:t xml:space="preserve">Additional Notes: </w:t>
            </w:r>
          </w:p>
        </w:tc>
      </w:tr>
    </w:tbl>
    <w:p w14:paraId="2590A610" w14:textId="4BB40CE5" w:rsidR="00EC7A70" w:rsidRDefault="00EC7A70" w:rsidP="00EC7A70"/>
    <w:p w14:paraId="555F7FB0" w14:textId="77777777" w:rsidR="00EC7A70" w:rsidRDefault="00EC7A70">
      <w:r>
        <w:br w:type="page"/>
      </w:r>
    </w:p>
    <w:p w14:paraId="393F8449" w14:textId="77777777" w:rsidR="00EC7A70" w:rsidRDefault="00EC7A70" w:rsidP="00EC7A70">
      <w:pPr>
        <w:pStyle w:val="Heading2"/>
      </w:pPr>
      <w:bookmarkStart w:id="77" w:name="_Toc218512838"/>
      <w:r>
        <w:rPr>
          <w:rFonts w:ascii="Roboto" w:hAnsi="Roboto"/>
          <w:color w:val="000000"/>
          <w:sz w:val="28"/>
        </w:rPr>
        <w:lastRenderedPageBreak/>
        <w:t>5.10 Get CEC Commands</w:t>
      </w:r>
      <w:bookmarkEnd w:id="77"/>
    </w:p>
    <w:p w14:paraId="54C2C181" w14:textId="77777777" w:rsidR="00EC7A70" w:rsidRDefault="00EC7A70" w:rsidP="00EC7A70">
      <w:r>
        <w:rPr>
          <w:rFonts w:ascii="Roboto" w:hAnsi="Roboto"/>
          <w:sz w:val="18"/>
        </w:rPr>
        <w:br/>
        <w:t>Retrieve the CEC power-on and power-off commands for the specified output interface.</w:t>
      </w:r>
    </w:p>
    <w:tbl>
      <w:tblPr>
        <w:tblStyle w:val="luka"/>
        <w:tblW w:w="0" w:type="auto"/>
        <w:jc w:val="center"/>
        <w:tblLook w:val="04A0" w:firstRow="1" w:lastRow="0" w:firstColumn="1" w:lastColumn="0" w:noHBand="0" w:noVBand="1"/>
      </w:tblPr>
      <w:tblGrid>
        <w:gridCol w:w="5760"/>
        <w:gridCol w:w="3600"/>
      </w:tblGrid>
      <w:tr w:rsidR="00EC7A70" w14:paraId="630BFBE9" w14:textId="77777777" w:rsidTr="00D420CD">
        <w:trPr>
          <w:jc w:val="center"/>
        </w:trPr>
        <w:tc>
          <w:tcPr>
            <w:tcW w:w="5760" w:type="dxa"/>
            <w:tcMar>
              <w:top w:w="80" w:type="dxa"/>
              <w:left w:w="80" w:type="dxa"/>
              <w:bottom w:w="80" w:type="dxa"/>
              <w:right w:w="80" w:type="dxa"/>
            </w:tcMar>
          </w:tcPr>
          <w:p w14:paraId="4E865BA9" w14:textId="77777777" w:rsidR="00EC7A70" w:rsidRDefault="00EC7A70" w:rsidP="00D420CD">
            <w:r>
              <w:rPr>
                <w:color w:val="000000"/>
                <w:sz w:val="18"/>
              </w:rPr>
              <w:t>Command Structure</w:t>
            </w:r>
            <w:r>
              <w:rPr>
                <w:rFonts w:ascii="Roboto Mono" w:hAnsi="Roboto Mono"/>
                <w:b/>
                <w:color w:val="000000"/>
                <w:sz w:val="16"/>
              </w:rPr>
              <w:br/>
              <w:t>GET CECCMD_EDIT &lt; OUT1 | OUT2 &gt;</w:t>
            </w:r>
          </w:p>
        </w:tc>
        <w:tc>
          <w:tcPr>
            <w:tcW w:w="3600" w:type="dxa"/>
            <w:vMerge w:val="restart"/>
            <w:shd w:val="clear" w:color="auto" w:fill="F2F2F2"/>
            <w:tcMar>
              <w:top w:w="80" w:type="dxa"/>
              <w:left w:w="80" w:type="dxa"/>
              <w:bottom w:w="80" w:type="dxa"/>
              <w:right w:w="80" w:type="dxa"/>
            </w:tcMar>
          </w:tcPr>
          <w:p w14:paraId="13774E85" w14:textId="77777777" w:rsidR="00EC7A70" w:rsidRDefault="00EC7A70" w:rsidP="00D420CD">
            <w:r>
              <w:rPr>
                <w:color w:val="000000"/>
                <w:sz w:val="16"/>
              </w:rPr>
              <w:t>Parameters:</w:t>
            </w:r>
            <w:r>
              <w:rPr>
                <w:color w:val="000000"/>
                <w:sz w:val="16"/>
              </w:rPr>
              <w:br/>
            </w:r>
          </w:p>
        </w:tc>
      </w:tr>
      <w:tr w:rsidR="00EC7A70" w14:paraId="14B5E5B8" w14:textId="77777777" w:rsidTr="00D420CD">
        <w:trPr>
          <w:jc w:val="center"/>
        </w:trPr>
        <w:tc>
          <w:tcPr>
            <w:tcW w:w="5760" w:type="dxa"/>
            <w:tcMar>
              <w:top w:w="80" w:type="dxa"/>
              <w:left w:w="80" w:type="dxa"/>
              <w:bottom w:w="80" w:type="dxa"/>
              <w:right w:w="80" w:type="dxa"/>
            </w:tcMar>
          </w:tcPr>
          <w:p w14:paraId="5DCC114E" w14:textId="77777777" w:rsidR="00EC7A70" w:rsidRDefault="00EC7A70" w:rsidP="00D420CD">
            <w:r>
              <w:rPr>
                <w:color w:val="000000"/>
                <w:sz w:val="18"/>
              </w:rPr>
              <w:t>Response Structure</w:t>
            </w:r>
            <w:r>
              <w:rPr>
                <w:rFonts w:ascii="Roboto Mono" w:hAnsi="Roboto Mono"/>
                <w:b/>
                <w:color w:val="000000"/>
                <w:sz w:val="16"/>
              </w:rPr>
              <w:br/>
              <w:t>CECCMD_EDIT &lt; OUT1 | OUT2 &gt; ON &lt; CECCode &gt;</w:t>
            </w:r>
            <w:r>
              <w:rPr>
                <w:rFonts w:ascii="Roboto Mono" w:hAnsi="Roboto Mono"/>
                <w:b/>
                <w:color w:val="000000"/>
                <w:sz w:val="16"/>
              </w:rPr>
              <w:br/>
              <w:t>CECCMD_EDIT &lt; OUT1 | OUT2 &gt; OFF &lt; CECCode &gt;</w:t>
            </w:r>
          </w:p>
        </w:tc>
        <w:tc>
          <w:tcPr>
            <w:tcW w:w="3600" w:type="dxa"/>
            <w:vMerge/>
          </w:tcPr>
          <w:p w14:paraId="78C0BA3E" w14:textId="77777777" w:rsidR="00EC7A70" w:rsidRDefault="00EC7A70" w:rsidP="00D420CD"/>
        </w:tc>
      </w:tr>
      <w:tr w:rsidR="00EC7A70" w14:paraId="7185DD74" w14:textId="77777777" w:rsidTr="00D420CD">
        <w:trPr>
          <w:jc w:val="center"/>
        </w:trPr>
        <w:tc>
          <w:tcPr>
            <w:tcW w:w="5760" w:type="dxa"/>
            <w:tcMar>
              <w:top w:w="80" w:type="dxa"/>
              <w:left w:w="80" w:type="dxa"/>
              <w:bottom w:w="0" w:type="dxa"/>
              <w:right w:w="80" w:type="dxa"/>
            </w:tcMar>
          </w:tcPr>
          <w:p w14:paraId="213A8DCD" w14:textId="77777777" w:rsidR="00EC7A70" w:rsidRDefault="00EC7A70" w:rsidP="00D420CD">
            <w:r>
              <w:rPr>
                <w:color w:val="000000"/>
                <w:sz w:val="18"/>
              </w:rPr>
              <w:t>Command Example</w:t>
            </w:r>
          </w:p>
        </w:tc>
        <w:tc>
          <w:tcPr>
            <w:tcW w:w="3600" w:type="dxa"/>
            <w:vMerge/>
          </w:tcPr>
          <w:p w14:paraId="5E5EAFA9" w14:textId="77777777" w:rsidR="00EC7A70" w:rsidRDefault="00EC7A70" w:rsidP="00D420CD"/>
        </w:tc>
      </w:tr>
      <w:tr w:rsidR="00EC7A70" w14:paraId="53AF0BDA" w14:textId="77777777" w:rsidTr="00D420CD">
        <w:trPr>
          <w:jc w:val="center"/>
        </w:trPr>
        <w:tc>
          <w:tcPr>
            <w:tcW w:w="5760" w:type="dxa"/>
            <w:shd w:val="clear" w:color="auto" w:fill="000000"/>
            <w:tcMar>
              <w:top w:w="0" w:type="dxa"/>
              <w:left w:w="80" w:type="dxa"/>
              <w:bottom w:w="80" w:type="dxa"/>
              <w:right w:w="80" w:type="dxa"/>
            </w:tcMar>
          </w:tcPr>
          <w:p w14:paraId="378D9D08" w14:textId="77777777" w:rsidR="00EC7A70" w:rsidRDefault="00EC7A70" w:rsidP="00D420CD">
            <w:r>
              <w:rPr>
                <w:rFonts w:ascii="Roboto Mono" w:hAnsi="Roboto Mono"/>
                <w:b/>
                <w:color w:val="FFFFFF"/>
                <w:sz w:val="16"/>
              </w:rPr>
              <w:t>GET CECCMD_EDIT OUT1</w:t>
            </w:r>
          </w:p>
        </w:tc>
        <w:tc>
          <w:tcPr>
            <w:tcW w:w="3600" w:type="dxa"/>
            <w:vMerge/>
          </w:tcPr>
          <w:p w14:paraId="4ECE1957" w14:textId="77777777" w:rsidR="00EC7A70" w:rsidRDefault="00EC7A70" w:rsidP="00D420CD"/>
        </w:tc>
      </w:tr>
      <w:tr w:rsidR="00EC7A70" w14:paraId="1EDC4A58" w14:textId="77777777" w:rsidTr="00D420CD">
        <w:trPr>
          <w:jc w:val="center"/>
        </w:trPr>
        <w:tc>
          <w:tcPr>
            <w:tcW w:w="5760" w:type="dxa"/>
            <w:tcMar>
              <w:top w:w="80" w:type="dxa"/>
              <w:left w:w="80" w:type="dxa"/>
              <w:bottom w:w="0" w:type="dxa"/>
              <w:right w:w="80" w:type="dxa"/>
            </w:tcMar>
          </w:tcPr>
          <w:p w14:paraId="7D667D96" w14:textId="77777777" w:rsidR="00EC7A70" w:rsidRDefault="00EC7A70" w:rsidP="00D420CD">
            <w:r>
              <w:rPr>
                <w:color w:val="000000"/>
                <w:sz w:val="18"/>
              </w:rPr>
              <w:t>Response Example</w:t>
            </w:r>
          </w:p>
        </w:tc>
        <w:tc>
          <w:tcPr>
            <w:tcW w:w="3600" w:type="dxa"/>
            <w:vMerge/>
          </w:tcPr>
          <w:p w14:paraId="5FECEA10" w14:textId="77777777" w:rsidR="00EC7A70" w:rsidRDefault="00EC7A70" w:rsidP="00D420CD"/>
        </w:tc>
      </w:tr>
      <w:tr w:rsidR="00EC7A70" w14:paraId="72FE5361" w14:textId="77777777" w:rsidTr="00D420CD">
        <w:trPr>
          <w:jc w:val="center"/>
        </w:trPr>
        <w:tc>
          <w:tcPr>
            <w:tcW w:w="5760" w:type="dxa"/>
            <w:shd w:val="clear" w:color="auto" w:fill="000000"/>
            <w:tcMar>
              <w:top w:w="0" w:type="dxa"/>
              <w:left w:w="80" w:type="dxa"/>
              <w:bottom w:w="80" w:type="dxa"/>
              <w:right w:w="80" w:type="dxa"/>
            </w:tcMar>
          </w:tcPr>
          <w:p w14:paraId="041CE658" w14:textId="77777777" w:rsidR="00EC7A70" w:rsidRDefault="00EC7A70" w:rsidP="00D420CD">
            <w:r>
              <w:rPr>
                <w:rFonts w:ascii="Roboto Mono" w:hAnsi="Roboto Mono"/>
                <w:b/>
                <w:color w:val="FFFFFF"/>
                <w:sz w:val="16"/>
              </w:rPr>
              <w:t>CECCMD_EDIT OUT1 ON 4004</w:t>
            </w:r>
            <w:r>
              <w:rPr>
                <w:rFonts w:ascii="Roboto Mono" w:hAnsi="Roboto Mono"/>
                <w:b/>
                <w:color w:val="FFFFFF"/>
                <w:sz w:val="16"/>
              </w:rPr>
              <w:br/>
              <w:t>CECCMD_EDIT OUT1 OFF FF36</w:t>
            </w:r>
          </w:p>
        </w:tc>
        <w:tc>
          <w:tcPr>
            <w:tcW w:w="3600" w:type="dxa"/>
            <w:vMerge/>
          </w:tcPr>
          <w:p w14:paraId="63BD5F4F" w14:textId="77777777" w:rsidR="00EC7A70" w:rsidRDefault="00EC7A70" w:rsidP="00D420CD"/>
        </w:tc>
      </w:tr>
      <w:tr w:rsidR="00EC7A70" w14:paraId="0453B1D6" w14:textId="77777777" w:rsidTr="00D420CD">
        <w:trPr>
          <w:jc w:val="center"/>
        </w:trPr>
        <w:tc>
          <w:tcPr>
            <w:tcW w:w="9360" w:type="dxa"/>
            <w:gridSpan w:val="2"/>
            <w:shd w:val="clear" w:color="auto" w:fill="E0F6EC"/>
            <w:tcMar>
              <w:top w:w="80" w:type="dxa"/>
              <w:left w:w="80" w:type="dxa"/>
              <w:bottom w:w="80" w:type="dxa"/>
              <w:right w:w="80" w:type="dxa"/>
            </w:tcMar>
          </w:tcPr>
          <w:p w14:paraId="21D1AFD8" w14:textId="77777777" w:rsidR="00EC7A70" w:rsidRDefault="00EC7A70" w:rsidP="00D420CD">
            <w:r>
              <w:rPr>
                <w:color w:val="000000"/>
                <w:sz w:val="16"/>
              </w:rPr>
              <w:t xml:space="preserve">Additional Notes: </w:t>
            </w:r>
          </w:p>
        </w:tc>
      </w:tr>
    </w:tbl>
    <w:p w14:paraId="19DA1358" w14:textId="77777777" w:rsidR="00EC7A70" w:rsidRDefault="00EC7A70" w:rsidP="00EC7A70"/>
    <w:p w14:paraId="5E24DE13" w14:textId="77777777" w:rsidR="00EC7A70" w:rsidRDefault="00EC7A70" w:rsidP="00EC7A70">
      <w:pPr>
        <w:pStyle w:val="Heading2"/>
      </w:pPr>
      <w:bookmarkStart w:id="78" w:name="_Toc218512839"/>
      <w:r>
        <w:rPr>
          <w:rFonts w:ascii="Roboto" w:hAnsi="Roboto"/>
          <w:color w:val="000000"/>
          <w:sz w:val="28"/>
        </w:rPr>
        <w:t>5.11 Get All CEC Commands</w:t>
      </w:r>
      <w:bookmarkEnd w:id="78"/>
    </w:p>
    <w:p w14:paraId="47686734" w14:textId="77777777" w:rsidR="00EC7A70" w:rsidRDefault="00EC7A70" w:rsidP="00EC7A70">
      <w:r>
        <w:rPr>
          <w:rFonts w:ascii="Roboto" w:hAnsi="Roboto"/>
          <w:sz w:val="18"/>
        </w:rPr>
        <w:br/>
        <w:t>Get the CEC power-on and power-off commands for all output interfaces.</w:t>
      </w:r>
    </w:p>
    <w:tbl>
      <w:tblPr>
        <w:tblStyle w:val="luka"/>
        <w:tblW w:w="0" w:type="auto"/>
        <w:jc w:val="center"/>
        <w:tblLook w:val="04A0" w:firstRow="1" w:lastRow="0" w:firstColumn="1" w:lastColumn="0" w:noHBand="0" w:noVBand="1"/>
      </w:tblPr>
      <w:tblGrid>
        <w:gridCol w:w="5760"/>
        <w:gridCol w:w="3600"/>
      </w:tblGrid>
      <w:tr w:rsidR="00EC7A70" w14:paraId="49ADDE72" w14:textId="77777777" w:rsidTr="00D420CD">
        <w:trPr>
          <w:jc w:val="center"/>
        </w:trPr>
        <w:tc>
          <w:tcPr>
            <w:tcW w:w="5760" w:type="dxa"/>
            <w:tcMar>
              <w:top w:w="80" w:type="dxa"/>
              <w:left w:w="80" w:type="dxa"/>
              <w:bottom w:w="80" w:type="dxa"/>
              <w:right w:w="80" w:type="dxa"/>
            </w:tcMar>
          </w:tcPr>
          <w:p w14:paraId="0B4C09BD" w14:textId="77777777" w:rsidR="00EC7A70" w:rsidRDefault="00EC7A70" w:rsidP="00D420CD">
            <w:r>
              <w:rPr>
                <w:color w:val="000000"/>
                <w:sz w:val="18"/>
              </w:rPr>
              <w:t>Command Structure</w:t>
            </w:r>
            <w:r>
              <w:rPr>
                <w:rFonts w:ascii="Roboto Mono" w:hAnsi="Roboto Mono"/>
                <w:b/>
                <w:color w:val="000000"/>
                <w:sz w:val="16"/>
              </w:rPr>
              <w:br/>
              <w:t>GET CECCMD_EDIT ALL</w:t>
            </w:r>
          </w:p>
        </w:tc>
        <w:tc>
          <w:tcPr>
            <w:tcW w:w="3600" w:type="dxa"/>
            <w:vMerge w:val="restart"/>
            <w:shd w:val="clear" w:color="auto" w:fill="F2F2F2"/>
            <w:tcMar>
              <w:top w:w="80" w:type="dxa"/>
              <w:left w:w="80" w:type="dxa"/>
              <w:bottom w:w="80" w:type="dxa"/>
              <w:right w:w="80" w:type="dxa"/>
            </w:tcMar>
          </w:tcPr>
          <w:p w14:paraId="7F1E54F3" w14:textId="77777777" w:rsidR="00EC7A70" w:rsidRDefault="00EC7A70" w:rsidP="00D420CD">
            <w:r>
              <w:rPr>
                <w:color w:val="000000"/>
                <w:sz w:val="16"/>
              </w:rPr>
              <w:t>Parameters:</w:t>
            </w:r>
            <w:r>
              <w:rPr>
                <w:color w:val="000000"/>
                <w:sz w:val="16"/>
              </w:rPr>
              <w:br/>
            </w:r>
          </w:p>
        </w:tc>
      </w:tr>
      <w:tr w:rsidR="00EC7A70" w14:paraId="28BF5A81" w14:textId="77777777" w:rsidTr="00D420CD">
        <w:trPr>
          <w:jc w:val="center"/>
        </w:trPr>
        <w:tc>
          <w:tcPr>
            <w:tcW w:w="5760" w:type="dxa"/>
            <w:tcMar>
              <w:top w:w="80" w:type="dxa"/>
              <w:left w:w="80" w:type="dxa"/>
              <w:bottom w:w="80" w:type="dxa"/>
              <w:right w:w="80" w:type="dxa"/>
            </w:tcMar>
          </w:tcPr>
          <w:p w14:paraId="2E3B921C" w14:textId="77777777" w:rsidR="00EC7A70" w:rsidRDefault="00EC7A70" w:rsidP="00D420CD">
            <w:r>
              <w:rPr>
                <w:color w:val="000000"/>
                <w:sz w:val="18"/>
              </w:rPr>
              <w:t>Response Structure</w:t>
            </w:r>
            <w:r>
              <w:rPr>
                <w:rFonts w:ascii="Roboto Mono" w:hAnsi="Roboto Mono"/>
                <w:b/>
                <w:color w:val="000000"/>
                <w:sz w:val="16"/>
              </w:rPr>
              <w:br/>
              <w:t>CECCMD_EDIT OUT1 ON &lt; CECCode &gt;</w:t>
            </w:r>
            <w:r>
              <w:rPr>
                <w:rFonts w:ascii="Roboto Mono" w:hAnsi="Roboto Mono"/>
                <w:b/>
                <w:color w:val="000000"/>
                <w:sz w:val="16"/>
              </w:rPr>
              <w:br/>
              <w:t>CECCMD_EDIT OUT1 OFF &lt; CECCode &gt;</w:t>
            </w:r>
            <w:r>
              <w:rPr>
                <w:rFonts w:ascii="Roboto Mono" w:hAnsi="Roboto Mono"/>
                <w:b/>
                <w:color w:val="000000"/>
                <w:sz w:val="16"/>
              </w:rPr>
              <w:br/>
              <w:t>CECCMD_EDIT OUT2 ON &lt; CECCode &gt;</w:t>
            </w:r>
            <w:r>
              <w:rPr>
                <w:rFonts w:ascii="Roboto Mono" w:hAnsi="Roboto Mono"/>
                <w:b/>
                <w:color w:val="000000"/>
                <w:sz w:val="16"/>
              </w:rPr>
              <w:br/>
              <w:t>CECCMD_EDIT OUT2 OFF &lt; CECCode &gt;</w:t>
            </w:r>
          </w:p>
        </w:tc>
        <w:tc>
          <w:tcPr>
            <w:tcW w:w="3600" w:type="dxa"/>
            <w:vMerge/>
          </w:tcPr>
          <w:p w14:paraId="3E60F5B8" w14:textId="77777777" w:rsidR="00EC7A70" w:rsidRDefault="00EC7A70" w:rsidP="00D420CD"/>
        </w:tc>
      </w:tr>
      <w:tr w:rsidR="00EC7A70" w14:paraId="7E87E41B" w14:textId="77777777" w:rsidTr="00D420CD">
        <w:trPr>
          <w:jc w:val="center"/>
        </w:trPr>
        <w:tc>
          <w:tcPr>
            <w:tcW w:w="5760" w:type="dxa"/>
            <w:tcMar>
              <w:top w:w="80" w:type="dxa"/>
              <w:left w:w="80" w:type="dxa"/>
              <w:bottom w:w="0" w:type="dxa"/>
              <w:right w:w="80" w:type="dxa"/>
            </w:tcMar>
          </w:tcPr>
          <w:p w14:paraId="4FFFC55A" w14:textId="77777777" w:rsidR="00EC7A70" w:rsidRDefault="00EC7A70" w:rsidP="00D420CD">
            <w:r>
              <w:rPr>
                <w:color w:val="000000"/>
                <w:sz w:val="18"/>
              </w:rPr>
              <w:t>Command Example</w:t>
            </w:r>
          </w:p>
        </w:tc>
        <w:tc>
          <w:tcPr>
            <w:tcW w:w="3600" w:type="dxa"/>
            <w:vMerge/>
          </w:tcPr>
          <w:p w14:paraId="2242FA45" w14:textId="77777777" w:rsidR="00EC7A70" w:rsidRDefault="00EC7A70" w:rsidP="00D420CD"/>
        </w:tc>
      </w:tr>
      <w:tr w:rsidR="00EC7A70" w14:paraId="0AD0A6AB" w14:textId="77777777" w:rsidTr="00D420CD">
        <w:trPr>
          <w:jc w:val="center"/>
        </w:trPr>
        <w:tc>
          <w:tcPr>
            <w:tcW w:w="5760" w:type="dxa"/>
            <w:shd w:val="clear" w:color="auto" w:fill="000000"/>
            <w:tcMar>
              <w:top w:w="0" w:type="dxa"/>
              <w:left w:w="80" w:type="dxa"/>
              <w:bottom w:w="80" w:type="dxa"/>
              <w:right w:w="80" w:type="dxa"/>
            </w:tcMar>
          </w:tcPr>
          <w:p w14:paraId="3E46E51B" w14:textId="77777777" w:rsidR="00EC7A70" w:rsidRDefault="00EC7A70" w:rsidP="00D420CD">
            <w:r>
              <w:rPr>
                <w:rFonts w:ascii="Roboto Mono" w:hAnsi="Roboto Mono"/>
                <w:b/>
                <w:color w:val="FFFFFF"/>
                <w:sz w:val="16"/>
              </w:rPr>
              <w:t>GET CECCMD_EDIT ALL</w:t>
            </w:r>
          </w:p>
        </w:tc>
        <w:tc>
          <w:tcPr>
            <w:tcW w:w="3600" w:type="dxa"/>
            <w:vMerge/>
          </w:tcPr>
          <w:p w14:paraId="40D01C0B" w14:textId="77777777" w:rsidR="00EC7A70" w:rsidRDefault="00EC7A70" w:rsidP="00D420CD"/>
        </w:tc>
      </w:tr>
      <w:tr w:rsidR="00EC7A70" w14:paraId="585028CA" w14:textId="77777777" w:rsidTr="00D420CD">
        <w:trPr>
          <w:jc w:val="center"/>
        </w:trPr>
        <w:tc>
          <w:tcPr>
            <w:tcW w:w="5760" w:type="dxa"/>
            <w:tcMar>
              <w:top w:w="80" w:type="dxa"/>
              <w:left w:w="80" w:type="dxa"/>
              <w:bottom w:w="0" w:type="dxa"/>
              <w:right w:w="80" w:type="dxa"/>
            </w:tcMar>
          </w:tcPr>
          <w:p w14:paraId="0196AB57" w14:textId="77777777" w:rsidR="00EC7A70" w:rsidRDefault="00EC7A70" w:rsidP="00D420CD">
            <w:r>
              <w:rPr>
                <w:color w:val="000000"/>
                <w:sz w:val="18"/>
              </w:rPr>
              <w:t>Response Example</w:t>
            </w:r>
          </w:p>
        </w:tc>
        <w:tc>
          <w:tcPr>
            <w:tcW w:w="3600" w:type="dxa"/>
            <w:vMerge/>
          </w:tcPr>
          <w:p w14:paraId="0C37EB72" w14:textId="77777777" w:rsidR="00EC7A70" w:rsidRDefault="00EC7A70" w:rsidP="00D420CD"/>
        </w:tc>
      </w:tr>
      <w:tr w:rsidR="00EC7A70" w14:paraId="069EF3C6" w14:textId="77777777" w:rsidTr="00D420CD">
        <w:trPr>
          <w:jc w:val="center"/>
        </w:trPr>
        <w:tc>
          <w:tcPr>
            <w:tcW w:w="5760" w:type="dxa"/>
            <w:shd w:val="clear" w:color="auto" w:fill="000000"/>
            <w:tcMar>
              <w:top w:w="0" w:type="dxa"/>
              <w:left w:w="80" w:type="dxa"/>
              <w:bottom w:w="80" w:type="dxa"/>
              <w:right w:w="80" w:type="dxa"/>
            </w:tcMar>
          </w:tcPr>
          <w:p w14:paraId="1639B174" w14:textId="77777777" w:rsidR="00EC7A70" w:rsidRDefault="00EC7A70" w:rsidP="00D420CD">
            <w:r>
              <w:rPr>
                <w:rFonts w:ascii="Roboto Mono" w:hAnsi="Roboto Mono"/>
                <w:b/>
                <w:color w:val="FFFFFF"/>
                <w:sz w:val="16"/>
              </w:rPr>
              <w:t>CECCMD_EDIT OUT1 ON 4004</w:t>
            </w:r>
            <w:r>
              <w:rPr>
                <w:rFonts w:ascii="Roboto Mono" w:hAnsi="Roboto Mono"/>
                <w:b/>
                <w:color w:val="FFFFFF"/>
                <w:sz w:val="16"/>
              </w:rPr>
              <w:br/>
              <w:t>CECCMD_EDIT OUT1 OFF FF36</w:t>
            </w:r>
            <w:r>
              <w:rPr>
                <w:rFonts w:ascii="Roboto Mono" w:hAnsi="Roboto Mono"/>
                <w:b/>
                <w:color w:val="FFFFFF"/>
                <w:sz w:val="16"/>
              </w:rPr>
              <w:br/>
              <w:t>CECCMD_EDIT OUT2 ON 4004</w:t>
            </w:r>
            <w:r>
              <w:rPr>
                <w:rFonts w:ascii="Roboto Mono" w:hAnsi="Roboto Mono"/>
                <w:b/>
                <w:color w:val="FFFFFF"/>
                <w:sz w:val="16"/>
              </w:rPr>
              <w:br/>
              <w:t>CECCMD_EDIT OUT2 OFF FF36</w:t>
            </w:r>
          </w:p>
        </w:tc>
        <w:tc>
          <w:tcPr>
            <w:tcW w:w="3600" w:type="dxa"/>
            <w:vMerge/>
          </w:tcPr>
          <w:p w14:paraId="3E5965B0" w14:textId="77777777" w:rsidR="00EC7A70" w:rsidRDefault="00EC7A70" w:rsidP="00D420CD"/>
        </w:tc>
      </w:tr>
      <w:tr w:rsidR="00EC7A70" w14:paraId="1A6A7101" w14:textId="77777777" w:rsidTr="00D420CD">
        <w:trPr>
          <w:jc w:val="center"/>
        </w:trPr>
        <w:tc>
          <w:tcPr>
            <w:tcW w:w="9360" w:type="dxa"/>
            <w:gridSpan w:val="2"/>
            <w:shd w:val="clear" w:color="auto" w:fill="E0F6EC"/>
            <w:tcMar>
              <w:top w:w="80" w:type="dxa"/>
              <w:left w:w="80" w:type="dxa"/>
              <w:bottom w:w="80" w:type="dxa"/>
              <w:right w:w="80" w:type="dxa"/>
            </w:tcMar>
          </w:tcPr>
          <w:p w14:paraId="1AFA9673" w14:textId="77777777" w:rsidR="00EC7A70" w:rsidRDefault="00EC7A70" w:rsidP="00D420CD">
            <w:r>
              <w:rPr>
                <w:color w:val="000000"/>
                <w:sz w:val="16"/>
              </w:rPr>
              <w:t xml:space="preserve">Additional Notes: </w:t>
            </w:r>
          </w:p>
        </w:tc>
      </w:tr>
    </w:tbl>
    <w:p w14:paraId="007DE1D3" w14:textId="0AEA6AE4" w:rsidR="00EC7A70" w:rsidRDefault="00EC7A70" w:rsidP="00EC7A70"/>
    <w:p w14:paraId="5E135211" w14:textId="77777777" w:rsidR="00EC7A70" w:rsidRDefault="00EC7A70">
      <w:r>
        <w:br w:type="page"/>
      </w:r>
    </w:p>
    <w:p w14:paraId="784D0070" w14:textId="77777777" w:rsidR="00EC7A70" w:rsidRDefault="00EC7A70" w:rsidP="00EC7A70">
      <w:pPr>
        <w:pStyle w:val="Heading2"/>
      </w:pPr>
      <w:bookmarkStart w:id="79" w:name="_Toc218512840"/>
      <w:r>
        <w:rPr>
          <w:rFonts w:ascii="Roboto" w:hAnsi="Roboto"/>
          <w:color w:val="000000"/>
          <w:sz w:val="28"/>
        </w:rPr>
        <w:lastRenderedPageBreak/>
        <w:t>5.12 Send CEC Command String</w:t>
      </w:r>
      <w:bookmarkEnd w:id="79"/>
    </w:p>
    <w:p w14:paraId="3D16D002" w14:textId="77777777" w:rsidR="00EC7A70" w:rsidRDefault="00EC7A70" w:rsidP="00EC7A70">
      <w:r>
        <w:rPr>
          <w:rFonts w:ascii="Roboto" w:hAnsi="Roboto"/>
          <w:sz w:val="18"/>
        </w:rPr>
        <w:br/>
        <w:t>Sends a CEC command string directly to a specified output interface.</w:t>
      </w:r>
    </w:p>
    <w:tbl>
      <w:tblPr>
        <w:tblStyle w:val="luka"/>
        <w:tblW w:w="0" w:type="auto"/>
        <w:jc w:val="center"/>
        <w:tblLook w:val="04A0" w:firstRow="1" w:lastRow="0" w:firstColumn="1" w:lastColumn="0" w:noHBand="0" w:noVBand="1"/>
      </w:tblPr>
      <w:tblGrid>
        <w:gridCol w:w="5760"/>
        <w:gridCol w:w="3600"/>
      </w:tblGrid>
      <w:tr w:rsidR="00EC7A70" w14:paraId="282ABE7B" w14:textId="77777777" w:rsidTr="00D420CD">
        <w:trPr>
          <w:jc w:val="center"/>
        </w:trPr>
        <w:tc>
          <w:tcPr>
            <w:tcW w:w="5760" w:type="dxa"/>
            <w:tcMar>
              <w:top w:w="80" w:type="dxa"/>
              <w:left w:w="80" w:type="dxa"/>
              <w:bottom w:w="80" w:type="dxa"/>
              <w:right w:w="80" w:type="dxa"/>
            </w:tcMar>
          </w:tcPr>
          <w:p w14:paraId="2F36C3C1" w14:textId="77777777" w:rsidR="00EC7A70" w:rsidRDefault="00EC7A70" w:rsidP="00D420CD">
            <w:r>
              <w:rPr>
                <w:color w:val="000000"/>
                <w:sz w:val="18"/>
              </w:rPr>
              <w:t>Command Structure</w:t>
            </w:r>
            <w:r>
              <w:rPr>
                <w:rFonts w:ascii="Roboto Mono" w:hAnsi="Roboto Mono"/>
                <w:b/>
                <w:color w:val="000000"/>
                <w:sz w:val="16"/>
              </w:rPr>
              <w:br/>
              <w:t>SET CEC_CMD &lt; OUT1 | OUT2 &gt; &lt; CECCode &gt;</w:t>
            </w:r>
          </w:p>
        </w:tc>
        <w:tc>
          <w:tcPr>
            <w:tcW w:w="3600" w:type="dxa"/>
            <w:vMerge w:val="restart"/>
            <w:shd w:val="clear" w:color="auto" w:fill="F2F2F2"/>
            <w:tcMar>
              <w:top w:w="80" w:type="dxa"/>
              <w:left w:w="80" w:type="dxa"/>
              <w:bottom w:w="80" w:type="dxa"/>
              <w:right w:w="80" w:type="dxa"/>
            </w:tcMar>
          </w:tcPr>
          <w:p w14:paraId="63009396" w14:textId="77777777" w:rsidR="00EC7A70" w:rsidRDefault="00EC7A70" w:rsidP="00D420CD">
            <w:r>
              <w:rPr>
                <w:color w:val="000000"/>
                <w:sz w:val="16"/>
              </w:rPr>
              <w:t>Parameters:</w:t>
            </w:r>
            <w:r>
              <w:rPr>
                <w:color w:val="000000"/>
                <w:sz w:val="16"/>
              </w:rPr>
              <w:br/>
            </w:r>
          </w:p>
        </w:tc>
      </w:tr>
      <w:tr w:rsidR="00EC7A70" w14:paraId="6EF174C6" w14:textId="77777777" w:rsidTr="00D420CD">
        <w:trPr>
          <w:jc w:val="center"/>
        </w:trPr>
        <w:tc>
          <w:tcPr>
            <w:tcW w:w="5760" w:type="dxa"/>
            <w:tcMar>
              <w:top w:w="80" w:type="dxa"/>
              <w:left w:w="80" w:type="dxa"/>
              <w:bottom w:w="80" w:type="dxa"/>
              <w:right w:w="80" w:type="dxa"/>
            </w:tcMar>
          </w:tcPr>
          <w:p w14:paraId="0ADA381F" w14:textId="77777777" w:rsidR="00EC7A70" w:rsidRDefault="00EC7A70" w:rsidP="00D420CD">
            <w:r>
              <w:rPr>
                <w:color w:val="000000"/>
                <w:sz w:val="18"/>
              </w:rPr>
              <w:t>Response Structure</w:t>
            </w:r>
            <w:r>
              <w:rPr>
                <w:rFonts w:ascii="Roboto Mono" w:hAnsi="Roboto Mono"/>
                <w:b/>
                <w:color w:val="000000"/>
                <w:sz w:val="16"/>
              </w:rPr>
              <w:br/>
              <w:t>CEC_CMD &lt; OUT1 | OUT2 &gt; &lt; CECCode &gt;</w:t>
            </w:r>
          </w:p>
        </w:tc>
        <w:tc>
          <w:tcPr>
            <w:tcW w:w="3600" w:type="dxa"/>
            <w:vMerge/>
          </w:tcPr>
          <w:p w14:paraId="70A7C304" w14:textId="77777777" w:rsidR="00EC7A70" w:rsidRDefault="00EC7A70" w:rsidP="00D420CD"/>
        </w:tc>
      </w:tr>
      <w:tr w:rsidR="00EC7A70" w14:paraId="6D549DAF" w14:textId="77777777" w:rsidTr="00D420CD">
        <w:trPr>
          <w:jc w:val="center"/>
        </w:trPr>
        <w:tc>
          <w:tcPr>
            <w:tcW w:w="5760" w:type="dxa"/>
            <w:tcMar>
              <w:top w:w="80" w:type="dxa"/>
              <w:left w:w="80" w:type="dxa"/>
              <w:bottom w:w="0" w:type="dxa"/>
              <w:right w:w="80" w:type="dxa"/>
            </w:tcMar>
          </w:tcPr>
          <w:p w14:paraId="4019C7BE" w14:textId="77777777" w:rsidR="00EC7A70" w:rsidRDefault="00EC7A70" w:rsidP="00D420CD">
            <w:r>
              <w:rPr>
                <w:color w:val="000000"/>
                <w:sz w:val="18"/>
              </w:rPr>
              <w:t>Command Example</w:t>
            </w:r>
          </w:p>
        </w:tc>
        <w:tc>
          <w:tcPr>
            <w:tcW w:w="3600" w:type="dxa"/>
            <w:vMerge/>
          </w:tcPr>
          <w:p w14:paraId="38108895" w14:textId="77777777" w:rsidR="00EC7A70" w:rsidRDefault="00EC7A70" w:rsidP="00D420CD"/>
        </w:tc>
      </w:tr>
      <w:tr w:rsidR="00EC7A70" w14:paraId="1D1D0E34" w14:textId="77777777" w:rsidTr="00D420CD">
        <w:trPr>
          <w:jc w:val="center"/>
        </w:trPr>
        <w:tc>
          <w:tcPr>
            <w:tcW w:w="5760" w:type="dxa"/>
            <w:shd w:val="clear" w:color="auto" w:fill="000000"/>
            <w:tcMar>
              <w:top w:w="0" w:type="dxa"/>
              <w:left w:w="80" w:type="dxa"/>
              <w:bottom w:w="80" w:type="dxa"/>
              <w:right w:w="80" w:type="dxa"/>
            </w:tcMar>
          </w:tcPr>
          <w:p w14:paraId="62322F71" w14:textId="77777777" w:rsidR="00EC7A70" w:rsidRDefault="00EC7A70" w:rsidP="00D420CD">
            <w:r>
              <w:rPr>
                <w:rFonts w:ascii="Roboto Mono" w:hAnsi="Roboto Mono"/>
                <w:b/>
                <w:color w:val="FFFFFF"/>
                <w:sz w:val="16"/>
              </w:rPr>
              <w:t>SET CEC_CMD OUT1 4004</w:t>
            </w:r>
          </w:p>
        </w:tc>
        <w:tc>
          <w:tcPr>
            <w:tcW w:w="3600" w:type="dxa"/>
            <w:vMerge/>
          </w:tcPr>
          <w:p w14:paraId="3A52FF68" w14:textId="77777777" w:rsidR="00EC7A70" w:rsidRDefault="00EC7A70" w:rsidP="00D420CD"/>
        </w:tc>
      </w:tr>
      <w:tr w:rsidR="00EC7A70" w14:paraId="28C154E5" w14:textId="77777777" w:rsidTr="00D420CD">
        <w:trPr>
          <w:jc w:val="center"/>
        </w:trPr>
        <w:tc>
          <w:tcPr>
            <w:tcW w:w="5760" w:type="dxa"/>
            <w:tcMar>
              <w:top w:w="80" w:type="dxa"/>
              <w:left w:w="80" w:type="dxa"/>
              <w:bottom w:w="0" w:type="dxa"/>
              <w:right w:w="80" w:type="dxa"/>
            </w:tcMar>
          </w:tcPr>
          <w:p w14:paraId="7EB6970F" w14:textId="77777777" w:rsidR="00EC7A70" w:rsidRDefault="00EC7A70" w:rsidP="00D420CD">
            <w:r>
              <w:rPr>
                <w:color w:val="000000"/>
                <w:sz w:val="18"/>
              </w:rPr>
              <w:t>Response Example</w:t>
            </w:r>
          </w:p>
        </w:tc>
        <w:tc>
          <w:tcPr>
            <w:tcW w:w="3600" w:type="dxa"/>
            <w:vMerge/>
          </w:tcPr>
          <w:p w14:paraId="3DCE272A" w14:textId="77777777" w:rsidR="00EC7A70" w:rsidRDefault="00EC7A70" w:rsidP="00D420CD"/>
        </w:tc>
      </w:tr>
      <w:tr w:rsidR="00EC7A70" w14:paraId="2C366111" w14:textId="77777777" w:rsidTr="00D420CD">
        <w:trPr>
          <w:jc w:val="center"/>
        </w:trPr>
        <w:tc>
          <w:tcPr>
            <w:tcW w:w="5760" w:type="dxa"/>
            <w:shd w:val="clear" w:color="auto" w:fill="000000"/>
            <w:tcMar>
              <w:top w:w="0" w:type="dxa"/>
              <w:left w:w="80" w:type="dxa"/>
              <w:bottom w:w="80" w:type="dxa"/>
              <w:right w:w="80" w:type="dxa"/>
            </w:tcMar>
          </w:tcPr>
          <w:p w14:paraId="1BE2987B" w14:textId="77777777" w:rsidR="00EC7A70" w:rsidRDefault="00EC7A70" w:rsidP="00D420CD">
            <w:r>
              <w:rPr>
                <w:rFonts w:ascii="Roboto Mono" w:hAnsi="Roboto Mono"/>
                <w:b/>
                <w:color w:val="FFFFFF"/>
                <w:sz w:val="16"/>
              </w:rPr>
              <w:t>CEC_CMD OUT1 4004</w:t>
            </w:r>
          </w:p>
        </w:tc>
        <w:tc>
          <w:tcPr>
            <w:tcW w:w="3600" w:type="dxa"/>
            <w:vMerge/>
          </w:tcPr>
          <w:p w14:paraId="5F005E81" w14:textId="77777777" w:rsidR="00EC7A70" w:rsidRDefault="00EC7A70" w:rsidP="00D420CD"/>
        </w:tc>
      </w:tr>
      <w:tr w:rsidR="00EC7A70" w14:paraId="72B43229" w14:textId="77777777" w:rsidTr="00D420CD">
        <w:trPr>
          <w:jc w:val="center"/>
        </w:trPr>
        <w:tc>
          <w:tcPr>
            <w:tcW w:w="9360" w:type="dxa"/>
            <w:gridSpan w:val="2"/>
            <w:shd w:val="clear" w:color="auto" w:fill="E0F6EC"/>
            <w:tcMar>
              <w:top w:w="80" w:type="dxa"/>
              <w:left w:w="80" w:type="dxa"/>
              <w:bottom w:w="80" w:type="dxa"/>
              <w:right w:w="80" w:type="dxa"/>
            </w:tcMar>
          </w:tcPr>
          <w:p w14:paraId="3D3699B9" w14:textId="77777777" w:rsidR="00EC7A70" w:rsidRDefault="00EC7A70" w:rsidP="00D420CD">
            <w:r>
              <w:rPr>
                <w:color w:val="000000"/>
                <w:sz w:val="16"/>
              </w:rPr>
              <w:t xml:space="preserve">Additional Notes: </w:t>
            </w:r>
          </w:p>
        </w:tc>
      </w:tr>
    </w:tbl>
    <w:p w14:paraId="05F53493" w14:textId="77777777" w:rsidR="00EC7A70" w:rsidRDefault="00EC7A70" w:rsidP="00EC7A70"/>
    <w:p w14:paraId="2AEEB19D" w14:textId="77777777" w:rsidR="00EC7A70" w:rsidRDefault="00EC7A70" w:rsidP="00EC7A70">
      <w:pPr>
        <w:pStyle w:val="Heading2"/>
      </w:pPr>
      <w:bookmarkStart w:id="80" w:name="_Toc218512841"/>
      <w:r>
        <w:rPr>
          <w:rFonts w:ascii="Roboto" w:hAnsi="Roboto"/>
          <w:color w:val="000000"/>
          <w:sz w:val="28"/>
        </w:rPr>
        <w:t>5.13 Set UART Parameters</w:t>
      </w:r>
      <w:bookmarkEnd w:id="80"/>
    </w:p>
    <w:p w14:paraId="22208F15" w14:textId="77777777" w:rsidR="00EC7A70" w:rsidRDefault="00EC7A70" w:rsidP="00EC7A70">
      <w:r>
        <w:rPr>
          <w:rFonts w:ascii="Roboto" w:hAnsi="Roboto"/>
          <w:sz w:val="18"/>
        </w:rPr>
        <w:br/>
        <w:t>Set the four UART parameters: baud rate, parity, data bits, and stop bits.</w:t>
      </w:r>
    </w:p>
    <w:tbl>
      <w:tblPr>
        <w:tblStyle w:val="luka"/>
        <w:tblW w:w="0" w:type="auto"/>
        <w:jc w:val="center"/>
        <w:tblLook w:val="04A0" w:firstRow="1" w:lastRow="0" w:firstColumn="1" w:lastColumn="0" w:noHBand="0" w:noVBand="1"/>
      </w:tblPr>
      <w:tblGrid>
        <w:gridCol w:w="5760"/>
        <w:gridCol w:w="3600"/>
      </w:tblGrid>
      <w:tr w:rsidR="00EC7A70" w14:paraId="0CC2DDA4" w14:textId="77777777" w:rsidTr="00D420CD">
        <w:trPr>
          <w:jc w:val="center"/>
        </w:trPr>
        <w:tc>
          <w:tcPr>
            <w:tcW w:w="5760" w:type="dxa"/>
            <w:tcMar>
              <w:top w:w="80" w:type="dxa"/>
              <w:left w:w="80" w:type="dxa"/>
              <w:bottom w:w="80" w:type="dxa"/>
              <w:right w:w="80" w:type="dxa"/>
            </w:tcMar>
          </w:tcPr>
          <w:p w14:paraId="561DD133" w14:textId="77777777" w:rsidR="00EC7A70" w:rsidRDefault="00EC7A70" w:rsidP="00D420CD">
            <w:r>
              <w:rPr>
                <w:color w:val="000000"/>
                <w:sz w:val="18"/>
              </w:rPr>
              <w:t>Command Structure</w:t>
            </w:r>
            <w:r>
              <w:rPr>
                <w:rFonts w:ascii="Roboto Mono" w:hAnsi="Roboto Mono"/>
                <w:b/>
                <w:color w:val="000000"/>
                <w:sz w:val="16"/>
              </w:rPr>
              <w:br/>
              <w:t xml:space="preserve">SET UART_CFG &lt; </w:t>
            </w:r>
            <w:proofErr w:type="spellStart"/>
            <w:r>
              <w:rPr>
                <w:rFonts w:ascii="Roboto Mono" w:hAnsi="Roboto Mono"/>
                <w:b/>
                <w:color w:val="000000"/>
                <w:sz w:val="16"/>
              </w:rPr>
              <w:t>BaudRate</w:t>
            </w:r>
            <w:proofErr w:type="spellEnd"/>
            <w:r>
              <w:rPr>
                <w:rFonts w:ascii="Roboto Mono" w:hAnsi="Roboto Mono"/>
                <w:b/>
                <w:color w:val="000000"/>
                <w:sz w:val="16"/>
              </w:rPr>
              <w:t xml:space="preserve"> &gt; &lt; Parity &gt; &lt; </w:t>
            </w:r>
            <w:proofErr w:type="spellStart"/>
            <w:r>
              <w:rPr>
                <w:rFonts w:ascii="Roboto Mono" w:hAnsi="Roboto Mono"/>
                <w:b/>
                <w:color w:val="000000"/>
                <w:sz w:val="16"/>
              </w:rPr>
              <w:t>DataBit</w:t>
            </w:r>
            <w:proofErr w:type="spellEnd"/>
            <w:r>
              <w:rPr>
                <w:rFonts w:ascii="Roboto Mono" w:hAnsi="Roboto Mono"/>
                <w:b/>
                <w:color w:val="000000"/>
                <w:sz w:val="16"/>
              </w:rPr>
              <w:t xml:space="preserve"> &gt; &lt; </w:t>
            </w:r>
            <w:proofErr w:type="spellStart"/>
            <w:r>
              <w:rPr>
                <w:rFonts w:ascii="Roboto Mono" w:hAnsi="Roboto Mono"/>
                <w:b/>
                <w:color w:val="000000"/>
                <w:sz w:val="16"/>
              </w:rPr>
              <w:t>StopBit</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50EF70B0" w14:textId="77777777" w:rsidR="00EC7A70" w:rsidRDefault="00EC7A70" w:rsidP="00D420CD">
            <w:r>
              <w:rPr>
                <w:color w:val="000000"/>
                <w:sz w:val="16"/>
              </w:rPr>
              <w:t>Parameters:</w:t>
            </w:r>
            <w:r>
              <w:rPr>
                <w:color w:val="000000"/>
                <w:sz w:val="16"/>
              </w:rPr>
              <w:br/>
            </w:r>
            <w:proofErr w:type="spellStart"/>
            <w:r>
              <w:rPr>
                <w:color w:val="000000"/>
                <w:sz w:val="16"/>
              </w:rPr>
              <w:t>BaudRate</w:t>
            </w:r>
            <w:proofErr w:type="spellEnd"/>
            <w:r>
              <w:rPr>
                <w:color w:val="000000"/>
                <w:sz w:val="16"/>
              </w:rPr>
              <w:t xml:space="preserve"> is the baud rate; valid values: 9600, 19200, 38400, 57600, 115200</w:t>
            </w:r>
            <w:r>
              <w:rPr>
                <w:color w:val="000000"/>
                <w:sz w:val="16"/>
              </w:rPr>
              <w:br/>
              <w:t>Parity indicates parity checking; valid values: NONE, ODD, EVEN</w:t>
            </w:r>
            <w:r>
              <w:rPr>
                <w:color w:val="000000"/>
                <w:sz w:val="16"/>
              </w:rPr>
              <w:br/>
            </w:r>
            <w:proofErr w:type="spellStart"/>
            <w:r>
              <w:rPr>
                <w:color w:val="000000"/>
                <w:sz w:val="16"/>
              </w:rPr>
              <w:t>DataBit</w:t>
            </w:r>
            <w:proofErr w:type="spellEnd"/>
            <w:r>
              <w:rPr>
                <w:color w:val="000000"/>
                <w:sz w:val="16"/>
              </w:rPr>
              <w:t xml:space="preserve"> is the number of data bits; valid values: 7, 8</w:t>
            </w:r>
            <w:r>
              <w:rPr>
                <w:color w:val="000000"/>
                <w:sz w:val="16"/>
              </w:rPr>
              <w:br/>
            </w:r>
            <w:proofErr w:type="spellStart"/>
            <w:r>
              <w:rPr>
                <w:color w:val="000000"/>
                <w:sz w:val="16"/>
              </w:rPr>
              <w:t>StopBit</w:t>
            </w:r>
            <w:proofErr w:type="spellEnd"/>
            <w:r>
              <w:rPr>
                <w:color w:val="000000"/>
                <w:sz w:val="16"/>
              </w:rPr>
              <w:t xml:space="preserve"> is the number of stop bits; valid values: 1, 2</w:t>
            </w:r>
          </w:p>
        </w:tc>
      </w:tr>
      <w:tr w:rsidR="00EC7A70" w14:paraId="495983A3" w14:textId="77777777" w:rsidTr="00D420CD">
        <w:trPr>
          <w:jc w:val="center"/>
        </w:trPr>
        <w:tc>
          <w:tcPr>
            <w:tcW w:w="5760" w:type="dxa"/>
            <w:tcMar>
              <w:top w:w="80" w:type="dxa"/>
              <w:left w:w="80" w:type="dxa"/>
              <w:bottom w:w="80" w:type="dxa"/>
              <w:right w:w="80" w:type="dxa"/>
            </w:tcMar>
          </w:tcPr>
          <w:p w14:paraId="2ABD9DEB" w14:textId="77777777" w:rsidR="00EC7A70" w:rsidRDefault="00EC7A70" w:rsidP="00D420CD">
            <w:r>
              <w:rPr>
                <w:color w:val="000000"/>
                <w:sz w:val="18"/>
              </w:rPr>
              <w:t>Response Structure</w:t>
            </w:r>
            <w:r>
              <w:rPr>
                <w:rFonts w:ascii="Roboto Mono" w:hAnsi="Roboto Mono"/>
                <w:b/>
                <w:color w:val="000000"/>
                <w:sz w:val="16"/>
              </w:rPr>
              <w:br/>
              <w:t xml:space="preserve">UART_CFG &lt; </w:t>
            </w:r>
            <w:proofErr w:type="spellStart"/>
            <w:r>
              <w:rPr>
                <w:rFonts w:ascii="Roboto Mono" w:hAnsi="Roboto Mono"/>
                <w:b/>
                <w:color w:val="000000"/>
                <w:sz w:val="16"/>
              </w:rPr>
              <w:t>BaudRate</w:t>
            </w:r>
            <w:proofErr w:type="spellEnd"/>
            <w:r>
              <w:rPr>
                <w:rFonts w:ascii="Roboto Mono" w:hAnsi="Roboto Mono"/>
                <w:b/>
                <w:color w:val="000000"/>
                <w:sz w:val="16"/>
              </w:rPr>
              <w:t xml:space="preserve"> &gt; &lt; Parity &gt; &lt; </w:t>
            </w:r>
            <w:proofErr w:type="spellStart"/>
            <w:r>
              <w:rPr>
                <w:rFonts w:ascii="Roboto Mono" w:hAnsi="Roboto Mono"/>
                <w:b/>
                <w:color w:val="000000"/>
                <w:sz w:val="16"/>
              </w:rPr>
              <w:t>DataBit</w:t>
            </w:r>
            <w:proofErr w:type="spellEnd"/>
            <w:r>
              <w:rPr>
                <w:rFonts w:ascii="Roboto Mono" w:hAnsi="Roboto Mono"/>
                <w:b/>
                <w:color w:val="000000"/>
                <w:sz w:val="16"/>
              </w:rPr>
              <w:t xml:space="preserve"> &gt; &lt; </w:t>
            </w:r>
            <w:proofErr w:type="spellStart"/>
            <w:r>
              <w:rPr>
                <w:rFonts w:ascii="Roboto Mono" w:hAnsi="Roboto Mono"/>
                <w:b/>
                <w:color w:val="000000"/>
                <w:sz w:val="16"/>
              </w:rPr>
              <w:t>StopBit</w:t>
            </w:r>
            <w:proofErr w:type="spellEnd"/>
            <w:r>
              <w:rPr>
                <w:rFonts w:ascii="Roboto Mono" w:hAnsi="Roboto Mono"/>
                <w:b/>
                <w:color w:val="000000"/>
                <w:sz w:val="16"/>
              </w:rPr>
              <w:t xml:space="preserve"> &gt;</w:t>
            </w:r>
          </w:p>
        </w:tc>
        <w:tc>
          <w:tcPr>
            <w:tcW w:w="3600" w:type="dxa"/>
            <w:vMerge/>
          </w:tcPr>
          <w:p w14:paraId="476002D5" w14:textId="77777777" w:rsidR="00EC7A70" w:rsidRDefault="00EC7A70" w:rsidP="00D420CD"/>
        </w:tc>
      </w:tr>
      <w:tr w:rsidR="00EC7A70" w14:paraId="6E0EF3A8" w14:textId="77777777" w:rsidTr="00D420CD">
        <w:trPr>
          <w:jc w:val="center"/>
        </w:trPr>
        <w:tc>
          <w:tcPr>
            <w:tcW w:w="5760" w:type="dxa"/>
            <w:tcMar>
              <w:top w:w="80" w:type="dxa"/>
              <w:left w:w="80" w:type="dxa"/>
              <w:bottom w:w="0" w:type="dxa"/>
              <w:right w:w="80" w:type="dxa"/>
            </w:tcMar>
          </w:tcPr>
          <w:p w14:paraId="0A1BF164" w14:textId="77777777" w:rsidR="00EC7A70" w:rsidRDefault="00EC7A70" w:rsidP="00D420CD">
            <w:r>
              <w:rPr>
                <w:color w:val="000000"/>
                <w:sz w:val="18"/>
              </w:rPr>
              <w:t>Command Example</w:t>
            </w:r>
          </w:p>
        </w:tc>
        <w:tc>
          <w:tcPr>
            <w:tcW w:w="3600" w:type="dxa"/>
            <w:vMerge/>
          </w:tcPr>
          <w:p w14:paraId="6D082F64" w14:textId="77777777" w:rsidR="00EC7A70" w:rsidRDefault="00EC7A70" w:rsidP="00D420CD"/>
        </w:tc>
      </w:tr>
      <w:tr w:rsidR="00EC7A70" w14:paraId="11178798" w14:textId="77777777" w:rsidTr="00D420CD">
        <w:trPr>
          <w:jc w:val="center"/>
        </w:trPr>
        <w:tc>
          <w:tcPr>
            <w:tcW w:w="5760" w:type="dxa"/>
            <w:shd w:val="clear" w:color="auto" w:fill="000000"/>
            <w:tcMar>
              <w:top w:w="0" w:type="dxa"/>
              <w:left w:w="80" w:type="dxa"/>
              <w:bottom w:w="80" w:type="dxa"/>
              <w:right w:w="80" w:type="dxa"/>
            </w:tcMar>
          </w:tcPr>
          <w:p w14:paraId="4EA65643" w14:textId="77777777" w:rsidR="00EC7A70" w:rsidRDefault="00EC7A70" w:rsidP="00D420CD">
            <w:r>
              <w:rPr>
                <w:rFonts w:ascii="Roboto Mono" w:hAnsi="Roboto Mono"/>
                <w:b/>
                <w:color w:val="FFFFFF"/>
                <w:sz w:val="16"/>
              </w:rPr>
              <w:t>SET UART_CFG 115200 NONE 8 1</w:t>
            </w:r>
          </w:p>
        </w:tc>
        <w:tc>
          <w:tcPr>
            <w:tcW w:w="3600" w:type="dxa"/>
            <w:vMerge/>
          </w:tcPr>
          <w:p w14:paraId="5E482746" w14:textId="77777777" w:rsidR="00EC7A70" w:rsidRDefault="00EC7A70" w:rsidP="00D420CD"/>
        </w:tc>
      </w:tr>
      <w:tr w:rsidR="00EC7A70" w14:paraId="0E71ED59" w14:textId="77777777" w:rsidTr="00D420CD">
        <w:trPr>
          <w:jc w:val="center"/>
        </w:trPr>
        <w:tc>
          <w:tcPr>
            <w:tcW w:w="5760" w:type="dxa"/>
            <w:tcMar>
              <w:top w:w="80" w:type="dxa"/>
              <w:left w:w="80" w:type="dxa"/>
              <w:bottom w:w="0" w:type="dxa"/>
              <w:right w:w="80" w:type="dxa"/>
            </w:tcMar>
          </w:tcPr>
          <w:p w14:paraId="4EB9798E" w14:textId="77777777" w:rsidR="00EC7A70" w:rsidRDefault="00EC7A70" w:rsidP="00D420CD">
            <w:r>
              <w:rPr>
                <w:color w:val="000000"/>
                <w:sz w:val="18"/>
              </w:rPr>
              <w:t>Response Example</w:t>
            </w:r>
          </w:p>
        </w:tc>
        <w:tc>
          <w:tcPr>
            <w:tcW w:w="3600" w:type="dxa"/>
            <w:vMerge/>
          </w:tcPr>
          <w:p w14:paraId="3C79244A" w14:textId="77777777" w:rsidR="00EC7A70" w:rsidRDefault="00EC7A70" w:rsidP="00D420CD"/>
        </w:tc>
      </w:tr>
      <w:tr w:rsidR="00EC7A70" w14:paraId="3D911BF3" w14:textId="77777777" w:rsidTr="00D420CD">
        <w:trPr>
          <w:jc w:val="center"/>
        </w:trPr>
        <w:tc>
          <w:tcPr>
            <w:tcW w:w="5760" w:type="dxa"/>
            <w:shd w:val="clear" w:color="auto" w:fill="000000"/>
            <w:tcMar>
              <w:top w:w="0" w:type="dxa"/>
              <w:left w:w="80" w:type="dxa"/>
              <w:bottom w:w="80" w:type="dxa"/>
              <w:right w:w="80" w:type="dxa"/>
            </w:tcMar>
          </w:tcPr>
          <w:p w14:paraId="43AB273B" w14:textId="77777777" w:rsidR="00EC7A70" w:rsidRDefault="00EC7A70" w:rsidP="00D420CD">
            <w:r>
              <w:rPr>
                <w:rFonts w:ascii="Roboto Mono" w:hAnsi="Roboto Mono"/>
                <w:b/>
                <w:color w:val="FFFFFF"/>
                <w:sz w:val="16"/>
              </w:rPr>
              <w:t>UART_CFG 115200 NONE 8 1</w:t>
            </w:r>
          </w:p>
        </w:tc>
        <w:tc>
          <w:tcPr>
            <w:tcW w:w="3600" w:type="dxa"/>
            <w:vMerge/>
          </w:tcPr>
          <w:p w14:paraId="180CC93E" w14:textId="77777777" w:rsidR="00EC7A70" w:rsidRDefault="00EC7A70" w:rsidP="00D420CD"/>
        </w:tc>
      </w:tr>
      <w:tr w:rsidR="00EC7A70" w14:paraId="6A7EA576" w14:textId="77777777" w:rsidTr="00D420CD">
        <w:trPr>
          <w:jc w:val="center"/>
        </w:trPr>
        <w:tc>
          <w:tcPr>
            <w:tcW w:w="9360" w:type="dxa"/>
            <w:gridSpan w:val="2"/>
            <w:shd w:val="clear" w:color="auto" w:fill="E0F6EC"/>
            <w:tcMar>
              <w:top w:w="80" w:type="dxa"/>
              <w:left w:w="80" w:type="dxa"/>
              <w:bottom w:w="80" w:type="dxa"/>
              <w:right w:w="80" w:type="dxa"/>
            </w:tcMar>
          </w:tcPr>
          <w:p w14:paraId="02EA1D9C" w14:textId="77777777" w:rsidR="00EC7A70" w:rsidRDefault="00EC7A70" w:rsidP="00D420CD">
            <w:r>
              <w:rPr>
                <w:color w:val="000000"/>
                <w:sz w:val="16"/>
              </w:rPr>
              <w:t>Additional Notes: Default: 115200 NONE 8 1</w:t>
            </w:r>
          </w:p>
        </w:tc>
      </w:tr>
    </w:tbl>
    <w:p w14:paraId="179E9E20" w14:textId="77777777" w:rsidR="00EC7A70" w:rsidRDefault="00EC7A70" w:rsidP="00EC7A70"/>
    <w:p w14:paraId="3B24FE94" w14:textId="77777777" w:rsidR="00EC7A70" w:rsidRDefault="00EC7A70" w:rsidP="00EC7A70">
      <w:pPr>
        <w:pStyle w:val="Heading2"/>
      </w:pPr>
      <w:bookmarkStart w:id="81" w:name="_Toc218512842"/>
      <w:r>
        <w:rPr>
          <w:rFonts w:ascii="Roboto" w:hAnsi="Roboto"/>
          <w:color w:val="000000"/>
          <w:sz w:val="28"/>
        </w:rPr>
        <w:t>5.14 Get UART Parameters</w:t>
      </w:r>
      <w:bookmarkEnd w:id="81"/>
    </w:p>
    <w:p w14:paraId="15473C26" w14:textId="77777777" w:rsidR="00EC7A70" w:rsidRDefault="00EC7A70" w:rsidP="00EC7A70">
      <w:r>
        <w:rPr>
          <w:rFonts w:ascii="Roboto" w:hAnsi="Roboto"/>
          <w:sz w:val="18"/>
        </w:rPr>
        <w:br/>
        <w:t>Get the UART's baud rate and other serial port parameters.</w:t>
      </w:r>
    </w:p>
    <w:tbl>
      <w:tblPr>
        <w:tblStyle w:val="luka"/>
        <w:tblW w:w="0" w:type="auto"/>
        <w:jc w:val="center"/>
        <w:tblLook w:val="04A0" w:firstRow="1" w:lastRow="0" w:firstColumn="1" w:lastColumn="0" w:noHBand="0" w:noVBand="1"/>
      </w:tblPr>
      <w:tblGrid>
        <w:gridCol w:w="5760"/>
        <w:gridCol w:w="3600"/>
      </w:tblGrid>
      <w:tr w:rsidR="00EC7A70" w14:paraId="2F7ED862" w14:textId="77777777" w:rsidTr="00D420CD">
        <w:trPr>
          <w:jc w:val="center"/>
        </w:trPr>
        <w:tc>
          <w:tcPr>
            <w:tcW w:w="5760" w:type="dxa"/>
            <w:tcMar>
              <w:top w:w="80" w:type="dxa"/>
              <w:left w:w="80" w:type="dxa"/>
              <w:bottom w:w="80" w:type="dxa"/>
              <w:right w:w="80" w:type="dxa"/>
            </w:tcMar>
          </w:tcPr>
          <w:p w14:paraId="68DB431C" w14:textId="77777777" w:rsidR="00EC7A70" w:rsidRDefault="00EC7A70" w:rsidP="00D420CD">
            <w:r>
              <w:rPr>
                <w:color w:val="000000"/>
                <w:sz w:val="18"/>
              </w:rPr>
              <w:t>Command Structure</w:t>
            </w:r>
            <w:r>
              <w:rPr>
                <w:rFonts w:ascii="Roboto Mono" w:hAnsi="Roboto Mono"/>
                <w:b/>
                <w:color w:val="000000"/>
                <w:sz w:val="16"/>
              </w:rPr>
              <w:br/>
              <w:t>GET UART_CFG</w:t>
            </w:r>
          </w:p>
        </w:tc>
        <w:tc>
          <w:tcPr>
            <w:tcW w:w="3600" w:type="dxa"/>
            <w:vMerge w:val="restart"/>
            <w:shd w:val="clear" w:color="auto" w:fill="F2F2F2"/>
            <w:tcMar>
              <w:top w:w="80" w:type="dxa"/>
              <w:left w:w="80" w:type="dxa"/>
              <w:bottom w:w="80" w:type="dxa"/>
              <w:right w:w="80" w:type="dxa"/>
            </w:tcMar>
          </w:tcPr>
          <w:p w14:paraId="3EAA8A0D" w14:textId="77777777" w:rsidR="00EC7A70" w:rsidRDefault="00EC7A70" w:rsidP="00D420CD">
            <w:r>
              <w:rPr>
                <w:color w:val="000000"/>
                <w:sz w:val="16"/>
              </w:rPr>
              <w:t>Parameters:</w:t>
            </w:r>
            <w:r>
              <w:rPr>
                <w:color w:val="000000"/>
                <w:sz w:val="16"/>
              </w:rPr>
              <w:br/>
            </w:r>
          </w:p>
        </w:tc>
      </w:tr>
      <w:tr w:rsidR="00EC7A70" w14:paraId="7E7BA864" w14:textId="77777777" w:rsidTr="00D420CD">
        <w:trPr>
          <w:jc w:val="center"/>
        </w:trPr>
        <w:tc>
          <w:tcPr>
            <w:tcW w:w="5760" w:type="dxa"/>
            <w:tcMar>
              <w:top w:w="80" w:type="dxa"/>
              <w:left w:w="80" w:type="dxa"/>
              <w:bottom w:w="80" w:type="dxa"/>
              <w:right w:w="80" w:type="dxa"/>
            </w:tcMar>
          </w:tcPr>
          <w:p w14:paraId="30400244" w14:textId="77777777" w:rsidR="00EC7A70" w:rsidRDefault="00EC7A70" w:rsidP="00D420CD">
            <w:r>
              <w:rPr>
                <w:color w:val="000000"/>
                <w:sz w:val="18"/>
              </w:rPr>
              <w:t>Response Structure</w:t>
            </w:r>
            <w:r>
              <w:rPr>
                <w:rFonts w:ascii="Roboto Mono" w:hAnsi="Roboto Mono"/>
                <w:b/>
                <w:color w:val="000000"/>
                <w:sz w:val="16"/>
              </w:rPr>
              <w:br/>
              <w:t xml:space="preserve">UART_CFG &lt; </w:t>
            </w:r>
            <w:proofErr w:type="spellStart"/>
            <w:r>
              <w:rPr>
                <w:rFonts w:ascii="Roboto Mono" w:hAnsi="Roboto Mono"/>
                <w:b/>
                <w:color w:val="000000"/>
                <w:sz w:val="16"/>
              </w:rPr>
              <w:t>BaudRate</w:t>
            </w:r>
            <w:proofErr w:type="spellEnd"/>
            <w:r>
              <w:rPr>
                <w:rFonts w:ascii="Roboto Mono" w:hAnsi="Roboto Mono"/>
                <w:b/>
                <w:color w:val="000000"/>
                <w:sz w:val="16"/>
              </w:rPr>
              <w:t xml:space="preserve"> &gt; &lt; Parity &gt; &lt; </w:t>
            </w:r>
            <w:proofErr w:type="spellStart"/>
            <w:r>
              <w:rPr>
                <w:rFonts w:ascii="Roboto Mono" w:hAnsi="Roboto Mono"/>
                <w:b/>
                <w:color w:val="000000"/>
                <w:sz w:val="16"/>
              </w:rPr>
              <w:t>DataBit</w:t>
            </w:r>
            <w:proofErr w:type="spellEnd"/>
            <w:r>
              <w:rPr>
                <w:rFonts w:ascii="Roboto Mono" w:hAnsi="Roboto Mono"/>
                <w:b/>
                <w:color w:val="000000"/>
                <w:sz w:val="16"/>
              </w:rPr>
              <w:t xml:space="preserve"> &gt; &lt; </w:t>
            </w:r>
            <w:proofErr w:type="spellStart"/>
            <w:r>
              <w:rPr>
                <w:rFonts w:ascii="Roboto Mono" w:hAnsi="Roboto Mono"/>
                <w:b/>
                <w:color w:val="000000"/>
                <w:sz w:val="16"/>
              </w:rPr>
              <w:t>StopBit</w:t>
            </w:r>
            <w:proofErr w:type="spellEnd"/>
            <w:r>
              <w:rPr>
                <w:rFonts w:ascii="Roboto Mono" w:hAnsi="Roboto Mono"/>
                <w:b/>
                <w:color w:val="000000"/>
                <w:sz w:val="16"/>
              </w:rPr>
              <w:t xml:space="preserve"> &gt;</w:t>
            </w:r>
          </w:p>
        </w:tc>
        <w:tc>
          <w:tcPr>
            <w:tcW w:w="3600" w:type="dxa"/>
            <w:vMerge/>
          </w:tcPr>
          <w:p w14:paraId="22A3BC4D" w14:textId="77777777" w:rsidR="00EC7A70" w:rsidRDefault="00EC7A70" w:rsidP="00D420CD"/>
        </w:tc>
      </w:tr>
      <w:tr w:rsidR="00EC7A70" w14:paraId="51E20675" w14:textId="77777777" w:rsidTr="00D420CD">
        <w:trPr>
          <w:jc w:val="center"/>
        </w:trPr>
        <w:tc>
          <w:tcPr>
            <w:tcW w:w="5760" w:type="dxa"/>
            <w:tcMar>
              <w:top w:w="80" w:type="dxa"/>
              <w:left w:w="80" w:type="dxa"/>
              <w:bottom w:w="0" w:type="dxa"/>
              <w:right w:w="80" w:type="dxa"/>
            </w:tcMar>
          </w:tcPr>
          <w:p w14:paraId="68F7FD09" w14:textId="77777777" w:rsidR="00EC7A70" w:rsidRDefault="00EC7A70" w:rsidP="00D420CD">
            <w:r>
              <w:rPr>
                <w:color w:val="000000"/>
                <w:sz w:val="18"/>
              </w:rPr>
              <w:t>Command Example</w:t>
            </w:r>
          </w:p>
        </w:tc>
        <w:tc>
          <w:tcPr>
            <w:tcW w:w="3600" w:type="dxa"/>
            <w:vMerge/>
          </w:tcPr>
          <w:p w14:paraId="0CB33417" w14:textId="77777777" w:rsidR="00EC7A70" w:rsidRDefault="00EC7A70" w:rsidP="00D420CD"/>
        </w:tc>
      </w:tr>
      <w:tr w:rsidR="00EC7A70" w14:paraId="096ABBA4" w14:textId="77777777" w:rsidTr="00D420CD">
        <w:trPr>
          <w:jc w:val="center"/>
        </w:trPr>
        <w:tc>
          <w:tcPr>
            <w:tcW w:w="5760" w:type="dxa"/>
            <w:shd w:val="clear" w:color="auto" w:fill="000000"/>
            <w:tcMar>
              <w:top w:w="0" w:type="dxa"/>
              <w:left w:w="80" w:type="dxa"/>
              <w:bottom w:w="80" w:type="dxa"/>
              <w:right w:w="80" w:type="dxa"/>
            </w:tcMar>
          </w:tcPr>
          <w:p w14:paraId="671EA7DE" w14:textId="77777777" w:rsidR="00EC7A70" w:rsidRDefault="00EC7A70" w:rsidP="00D420CD">
            <w:r>
              <w:rPr>
                <w:rFonts w:ascii="Roboto Mono" w:hAnsi="Roboto Mono"/>
                <w:b/>
                <w:color w:val="FFFFFF"/>
                <w:sz w:val="16"/>
              </w:rPr>
              <w:t>GET UART_CFG</w:t>
            </w:r>
          </w:p>
        </w:tc>
        <w:tc>
          <w:tcPr>
            <w:tcW w:w="3600" w:type="dxa"/>
            <w:vMerge/>
          </w:tcPr>
          <w:p w14:paraId="1E1AE909" w14:textId="77777777" w:rsidR="00EC7A70" w:rsidRDefault="00EC7A70" w:rsidP="00D420CD"/>
        </w:tc>
      </w:tr>
      <w:tr w:rsidR="00EC7A70" w14:paraId="07E64719" w14:textId="77777777" w:rsidTr="00D420CD">
        <w:trPr>
          <w:jc w:val="center"/>
        </w:trPr>
        <w:tc>
          <w:tcPr>
            <w:tcW w:w="5760" w:type="dxa"/>
            <w:tcMar>
              <w:top w:w="80" w:type="dxa"/>
              <w:left w:w="80" w:type="dxa"/>
              <w:bottom w:w="0" w:type="dxa"/>
              <w:right w:w="80" w:type="dxa"/>
            </w:tcMar>
          </w:tcPr>
          <w:p w14:paraId="5EAD2CFC" w14:textId="77777777" w:rsidR="00EC7A70" w:rsidRDefault="00EC7A70" w:rsidP="00D420CD">
            <w:r>
              <w:rPr>
                <w:color w:val="000000"/>
                <w:sz w:val="18"/>
              </w:rPr>
              <w:t>Response Example</w:t>
            </w:r>
          </w:p>
        </w:tc>
        <w:tc>
          <w:tcPr>
            <w:tcW w:w="3600" w:type="dxa"/>
            <w:vMerge/>
          </w:tcPr>
          <w:p w14:paraId="34A3B868" w14:textId="77777777" w:rsidR="00EC7A70" w:rsidRDefault="00EC7A70" w:rsidP="00D420CD"/>
        </w:tc>
      </w:tr>
      <w:tr w:rsidR="00EC7A70" w14:paraId="4A97A849" w14:textId="77777777" w:rsidTr="00D420CD">
        <w:trPr>
          <w:jc w:val="center"/>
        </w:trPr>
        <w:tc>
          <w:tcPr>
            <w:tcW w:w="5760" w:type="dxa"/>
            <w:shd w:val="clear" w:color="auto" w:fill="000000"/>
            <w:tcMar>
              <w:top w:w="0" w:type="dxa"/>
              <w:left w:w="80" w:type="dxa"/>
              <w:bottom w:w="80" w:type="dxa"/>
              <w:right w:w="80" w:type="dxa"/>
            </w:tcMar>
          </w:tcPr>
          <w:p w14:paraId="28425157" w14:textId="77777777" w:rsidR="00EC7A70" w:rsidRDefault="00EC7A70" w:rsidP="00D420CD">
            <w:r>
              <w:rPr>
                <w:rFonts w:ascii="Roboto Mono" w:hAnsi="Roboto Mono"/>
                <w:b/>
                <w:color w:val="FFFFFF"/>
                <w:sz w:val="16"/>
              </w:rPr>
              <w:t>UART_CFG 115200 NONE 8 1</w:t>
            </w:r>
          </w:p>
        </w:tc>
        <w:tc>
          <w:tcPr>
            <w:tcW w:w="3600" w:type="dxa"/>
            <w:vMerge/>
          </w:tcPr>
          <w:p w14:paraId="1337467B" w14:textId="77777777" w:rsidR="00EC7A70" w:rsidRDefault="00EC7A70" w:rsidP="00D420CD"/>
        </w:tc>
      </w:tr>
      <w:tr w:rsidR="00EC7A70" w14:paraId="5C6B32DB" w14:textId="77777777" w:rsidTr="00D420CD">
        <w:trPr>
          <w:jc w:val="center"/>
        </w:trPr>
        <w:tc>
          <w:tcPr>
            <w:tcW w:w="9360" w:type="dxa"/>
            <w:gridSpan w:val="2"/>
            <w:shd w:val="clear" w:color="auto" w:fill="E0F6EC"/>
            <w:tcMar>
              <w:top w:w="80" w:type="dxa"/>
              <w:left w:w="80" w:type="dxa"/>
              <w:bottom w:w="80" w:type="dxa"/>
              <w:right w:w="80" w:type="dxa"/>
            </w:tcMar>
          </w:tcPr>
          <w:p w14:paraId="371FDCED" w14:textId="77777777" w:rsidR="00EC7A70" w:rsidRDefault="00EC7A70" w:rsidP="00D420CD">
            <w:r>
              <w:rPr>
                <w:color w:val="000000"/>
                <w:sz w:val="16"/>
              </w:rPr>
              <w:t xml:space="preserve">Additional Notes: </w:t>
            </w:r>
          </w:p>
        </w:tc>
      </w:tr>
    </w:tbl>
    <w:p w14:paraId="490063FD" w14:textId="77777777" w:rsidR="00EC7A70" w:rsidRDefault="00EC7A70" w:rsidP="00EC7A70">
      <w:pPr>
        <w:pStyle w:val="Heading2"/>
      </w:pPr>
      <w:bookmarkStart w:id="82" w:name="_Toc218512843"/>
      <w:r>
        <w:rPr>
          <w:rFonts w:ascii="Roboto" w:hAnsi="Roboto"/>
          <w:color w:val="000000"/>
          <w:sz w:val="28"/>
        </w:rPr>
        <w:lastRenderedPageBreak/>
        <w:t>5.15 Set UART Baud Rate</w:t>
      </w:r>
      <w:bookmarkEnd w:id="82"/>
    </w:p>
    <w:p w14:paraId="2F08AED6" w14:textId="77777777" w:rsidR="00EC7A70" w:rsidRDefault="00EC7A70" w:rsidP="00EC7A70">
      <w:r>
        <w:rPr>
          <w:rFonts w:ascii="Roboto" w:hAnsi="Roboto"/>
          <w:sz w:val="18"/>
        </w:rPr>
        <w:br/>
        <w:t>Sets the UART baud rate parameter.</w:t>
      </w:r>
    </w:p>
    <w:tbl>
      <w:tblPr>
        <w:tblStyle w:val="luka"/>
        <w:tblW w:w="0" w:type="auto"/>
        <w:jc w:val="center"/>
        <w:tblLook w:val="04A0" w:firstRow="1" w:lastRow="0" w:firstColumn="1" w:lastColumn="0" w:noHBand="0" w:noVBand="1"/>
      </w:tblPr>
      <w:tblGrid>
        <w:gridCol w:w="5760"/>
        <w:gridCol w:w="3600"/>
      </w:tblGrid>
      <w:tr w:rsidR="00EC7A70" w14:paraId="73191142" w14:textId="77777777" w:rsidTr="00D420CD">
        <w:trPr>
          <w:jc w:val="center"/>
        </w:trPr>
        <w:tc>
          <w:tcPr>
            <w:tcW w:w="5760" w:type="dxa"/>
            <w:tcMar>
              <w:top w:w="80" w:type="dxa"/>
              <w:left w:w="80" w:type="dxa"/>
              <w:bottom w:w="80" w:type="dxa"/>
              <w:right w:w="80" w:type="dxa"/>
            </w:tcMar>
          </w:tcPr>
          <w:p w14:paraId="7B281DFB" w14:textId="77777777" w:rsidR="00EC7A70" w:rsidRDefault="00EC7A70" w:rsidP="00D420CD">
            <w:r>
              <w:rPr>
                <w:color w:val="000000"/>
                <w:sz w:val="18"/>
              </w:rPr>
              <w:t>Command Structure</w:t>
            </w:r>
            <w:r>
              <w:rPr>
                <w:rFonts w:ascii="Roboto Mono" w:hAnsi="Roboto Mono"/>
                <w:b/>
                <w:color w:val="000000"/>
                <w:sz w:val="16"/>
              </w:rPr>
              <w:br/>
              <w:t xml:space="preserve">SET UART_B &lt; </w:t>
            </w:r>
            <w:proofErr w:type="spellStart"/>
            <w:r>
              <w:rPr>
                <w:rFonts w:ascii="Roboto Mono" w:hAnsi="Roboto Mono"/>
                <w:b/>
                <w:color w:val="000000"/>
                <w:sz w:val="16"/>
              </w:rPr>
              <w:t>BaudRate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4D132902" w14:textId="77777777" w:rsidR="00EC7A70" w:rsidRDefault="00EC7A70" w:rsidP="00D420CD">
            <w:r>
              <w:rPr>
                <w:color w:val="000000"/>
                <w:sz w:val="16"/>
              </w:rPr>
              <w:t>Parameters:</w:t>
            </w:r>
            <w:r>
              <w:rPr>
                <w:color w:val="000000"/>
                <w:sz w:val="16"/>
              </w:rPr>
              <w:br/>
            </w:r>
          </w:p>
        </w:tc>
      </w:tr>
      <w:tr w:rsidR="00EC7A70" w14:paraId="75E44C95" w14:textId="77777777" w:rsidTr="00D420CD">
        <w:trPr>
          <w:jc w:val="center"/>
        </w:trPr>
        <w:tc>
          <w:tcPr>
            <w:tcW w:w="5760" w:type="dxa"/>
            <w:tcMar>
              <w:top w:w="80" w:type="dxa"/>
              <w:left w:w="80" w:type="dxa"/>
              <w:bottom w:w="80" w:type="dxa"/>
              <w:right w:w="80" w:type="dxa"/>
            </w:tcMar>
          </w:tcPr>
          <w:p w14:paraId="23B80185" w14:textId="77777777" w:rsidR="00EC7A70" w:rsidRDefault="00EC7A70" w:rsidP="00D420CD">
            <w:r>
              <w:rPr>
                <w:color w:val="000000"/>
                <w:sz w:val="18"/>
              </w:rPr>
              <w:t>Response Structure</w:t>
            </w:r>
            <w:r>
              <w:rPr>
                <w:rFonts w:ascii="Roboto Mono" w:hAnsi="Roboto Mono"/>
                <w:b/>
                <w:color w:val="000000"/>
                <w:sz w:val="16"/>
              </w:rPr>
              <w:br/>
              <w:t xml:space="preserve">UART_B &lt; </w:t>
            </w:r>
            <w:proofErr w:type="spellStart"/>
            <w:r>
              <w:rPr>
                <w:rFonts w:ascii="Roboto Mono" w:hAnsi="Roboto Mono"/>
                <w:b/>
                <w:color w:val="000000"/>
                <w:sz w:val="16"/>
              </w:rPr>
              <w:t>BaudRate</w:t>
            </w:r>
            <w:proofErr w:type="spellEnd"/>
            <w:r>
              <w:rPr>
                <w:rFonts w:ascii="Roboto Mono" w:hAnsi="Roboto Mono"/>
                <w:b/>
                <w:color w:val="000000"/>
                <w:sz w:val="16"/>
              </w:rPr>
              <w:t xml:space="preserve"> &gt;</w:t>
            </w:r>
          </w:p>
        </w:tc>
        <w:tc>
          <w:tcPr>
            <w:tcW w:w="3600" w:type="dxa"/>
            <w:vMerge/>
          </w:tcPr>
          <w:p w14:paraId="651F1E8F" w14:textId="77777777" w:rsidR="00EC7A70" w:rsidRDefault="00EC7A70" w:rsidP="00D420CD"/>
        </w:tc>
      </w:tr>
      <w:tr w:rsidR="00EC7A70" w14:paraId="686D93C0" w14:textId="77777777" w:rsidTr="00D420CD">
        <w:trPr>
          <w:jc w:val="center"/>
        </w:trPr>
        <w:tc>
          <w:tcPr>
            <w:tcW w:w="5760" w:type="dxa"/>
            <w:tcMar>
              <w:top w:w="80" w:type="dxa"/>
              <w:left w:w="80" w:type="dxa"/>
              <w:bottom w:w="0" w:type="dxa"/>
              <w:right w:w="80" w:type="dxa"/>
            </w:tcMar>
          </w:tcPr>
          <w:p w14:paraId="525ADAE7" w14:textId="77777777" w:rsidR="00EC7A70" w:rsidRDefault="00EC7A70" w:rsidP="00D420CD">
            <w:r>
              <w:rPr>
                <w:color w:val="000000"/>
                <w:sz w:val="18"/>
              </w:rPr>
              <w:t>Command Example</w:t>
            </w:r>
          </w:p>
        </w:tc>
        <w:tc>
          <w:tcPr>
            <w:tcW w:w="3600" w:type="dxa"/>
            <w:vMerge/>
          </w:tcPr>
          <w:p w14:paraId="028CA39E" w14:textId="77777777" w:rsidR="00EC7A70" w:rsidRDefault="00EC7A70" w:rsidP="00D420CD"/>
        </w:tc>
      </w:tr>
      <w:tr w:rsidR="00EC7A70" w14:paraId="7AA5701E" w14:textId="77777777" w:rsidTr="00D420CD">
        <w:trPr>
          <w:jc w:val="center"/>
        </w:trPr>
        <w:tc>
          <w:tcPr>
            <w:tcW w:w="5760" w:type="dxa"/>
            <w:shd w:val="clear" w:color="auto" w:fill="000000"/>
            <w:tcMar>
              <w:top w:w="0" w:type="dxa"/>
              <w:left w:w="80" w:type="dxa"/>
              <w:bottom w:w="80" w:type="dxa"/>
              <w:right w:w="80" w:type="dxa"/>
            </w:tcMar>
          </w:tcPr>
          <w:p w14:paraId="4ECA2529" w14:textId="77777777" w:rsidR="00EC7A70" w:rsidRDefault="00EC7A70" w:rsidP="00D420CD">
            <w:r>
              <w:rPr>
                <w:rFonts w:ascii="Roboto Mono" w:hAnsi="Roboto Mono"/>
                <w:b/>
                <w:color w:val="FFFFFF"/>
                <w:sz w:val="16"/>
              </w:rPr>
              <w:t>SET UART_B 115200</w:t>
            </w:r>
          </w:p>
        </w:tc>
        <w:tc>
          <w:tcPr>
            <w:tcW w:w="3600" w:type="dxa"/>
            <w:vMerge/>
          </w:tcPr>
          <w:p w14:paraId="3C0082C4" w14:textId="77777777" w:rsidR="00EC7A70" w:rsidRDefault="00EC7A70" w:rsidP="00D420CD"/>
        </w:tc>
      </w:tr>
      <w:tr w:rsidR="00EC7A70" w14:paraId="52BCBAC7" w14:textId="77777777" w:rsidTr="00D420CD">
        <w:trPr>
          <w:jc w:val="center"/>
        </w:trPr>
        <w:tc>
          <w:tcPr>
            <w:tcW w:w="5760" w:type="dxa"/>
            <w:tcMar>
              <w:top w:w="80" w:type="dxa"/>
              <w:left w:w="80" w:type="dxa"/>
              <w:bottom w:w="0" w:type="dxa"/>
              <w:right w:w="80" w:type="dxa"/>
            </w:tcMar>
          </w:tcPr>
          <w:p w14:paraId="37CB23B6" w14:textId="77777777" w:rsidR="00EC7A70" w:rsidRDefault="00EC7A70" w:rsidP="00D420CD">
            <w:r>
              <w:rPr>
                <w:color w:val="000000"/>
                <w:sz w:val="18"/>
              </w:rPr>
              <w:t>Response Example</w:t>
            </w:r>
          </w:p>
        </w:tc>
        <w:tc>
          <w:tcPr>
            <w:tcW w:w="3600" w:type="dxa"/>
            <w:vMerge/>
          </w:tcPr>
          <w:p w14:paraId="0725DDDA" w14:textId="77777777" w:rsidR="00EC7A70" w:rsidRDefault="00EC7A70" w:rsidP="00D420CD"/>
        </w:tc>
      </w:tr>
      <w:tr w:rsidR="00EC7A70" w14:paraId="62A2C5AA" w14:textId="77777777" w:rsidTr="00D420CD">
        <w:trPr>
          <w:jc w:val="center"/>
        </w:trPr>
        <w:tc>
          <w:tcPr>
            <w:tcW w:w="5760" w:type="dxa"/>
            <w:shd w:val="clear" w:color="auto" w:fill="000000"/>
            <w:tcMar>
              <w:top w:w="0" w:type="dxa"/>
              <w:left w:w="80" w:type="dxa"/>
              <w:bottom w:w="80" w:type="dxa"/>
              <w:right w:w="80" w:type="dxa"/>
            </w:tcMar>
          </w:tcPr>
          <w:p w14:paraId="2D56422E" w14:textId="77777777" w:rsidR="00EC7A70" w:rsidRDefault="00EC7A70" w:rsidP="00D420CD">
            <w:r>
              <w:rPr>
                <w:rFonts w:ascii="Roboto Mono" w:hAnsi="Roboto Mono"/>
                <w:b/>
                <w:color w:val="FFFFFF"/>
                <w:sz w:val="16"/>
              </w:rPr>
              <w:t>UART_B 115200</w:t>
            </w:r>
          </w:p>
        </w:tc>
        <w:tc>
          <w:tcPr>
            <w:tcW w:w="3600" w:type="dxa"/>
            <w:vMerge/>
          </w:tcPr>
          <w:p w14:paraId="6135A90A" w14:textId="77777777" w:rsidR="00EC7A70" w:rsidRDefault="00EC7A70" w:rsidP="00D420CD"/>
        </w:tc>
      </w:tr>
      <w:tr w:rsidR="00EC7A70" w14:paraId="41EA2462" w14:textId="77777777" w:rsidTr="00D420CD">
        <w:trPr>
          <w:jc w:val="center"/>
        </w:trPr>
        <w:tc>
          <w:tcPr>
            <w:tcW w:w="9360" w:type="dxa"/>
            <w:gridSpan w:val="2"/>
            <w:shd w:val="clear" w:color="auto" w:fill="E0F6EC"/>
            <w:tcMar>
              <w:top w:w="80" w:type="dxa"/>
              <w:left w:w="80" w:type="dxa"/>
              <w:bottom w:w="80" w:type="dxa"/>
              <w:right w:w="80" w:type="dxa"/>
            </w:tcMar>
          </w:tcPr>
          <w:p w14:paraId="1985ED37" w14:textId="77777777" w:rsidR="00EC7A70" w:rsidRDefault="00EC7A70" w:rsidP="00D420CD">
            <w:r>
              <w:rPr>
                <w:color w:val="000000"/>
                <w:sz w:val="16"/>
              </w:rPr>
              <w:t xml:space="preserve">Additional Notes: </w:t>
            </w:r>
          </w:p>
        </w:tc>
      </w:tr>
    </w:tbl>
    <w:p w14:paraId="4E828F6E" w14:textId="77777777" w:rsidR="00EC7A70" w:rsidRDefault="00EC7A70" w:rsidP="00EC7A70"/>
    <w:p w14:paraId="01C541E9" w14:textId="77777777" w:rsidR="00EC7A70" w:rsidRDefault="00EC7A70" w:rsidP="00EC7A70">
      <w:pPr>
        <w:pStyle w:val="Heading2"/>
      </w:pPr>
      <w:bookmarkStart w:id="83" w:name="_Toc218512844"/>
      <w:r>
        <w:rPr>
          <w:rFonts w:ascii="Roboto" w:hAnsi="Roboto"/>
          <w:color w:val="000000"/>
          <w:sz w:val="28"/>
        </w:rPr>
        <w:t>5.16 Get UART Baud Rate</w:t>
      </w:r>
      <w:bookmarkEnd w:id="83"/>
    </w:p>
    <w:p w14:paraId="077E3E0C" w14:textId="77777777" w:rsidR="00EC7A70" w:rsidRDefault="00EC7A70" w:rsidP="00EC7A70">
      <w:r>
        <w:rPr>
          <w:rFonts w:ascii="Roboto" w:hAnsi="Roboto"/>
          <w:sz w:val="18"/>
        </w:rPr>
        <w:br/>
        <w:t>Retrieve the UART (serial port) baud rate.</w:t>
      </w:r>
    </w:p>
    <w:tbl>
      <w:tblPr>
        <w:tblStyle w:val="luka"/>
        <w:tblW w:w="0" w:type="auto"/>
        <w:jc w:val="center"/>
        <w:tblLook w:val="04A0" w:firstRow="1" w:lastRow="0" w:firstColumn="1" w:lastColumn="0" w:noHBand="0" w:noVBand="1"/>
      </w:tblPr>
      <w:tblGrid>
        <w:gridCol w:w="5760"/>
        <w:gridCol w:w="3600"/>
      </w:tblGrid>
      <w:tr w:rsidR="00EC7A70" w14:paraId="4C73EF70" w14:textId="77777777" w:rsidTr="00D420CD">
        <w:trPr>
          <w:jc w:val="center"/>
        </w:trPr>
        <w:tc>
          <w:tcPr>
            <w:tcW w:w="5760" w:type="dxa"/>
            <w:tcMar>
              <w:top w:w="80" w:type="dxa"/>
              <w:left w:w="80" w:type="dxa"/>
              <w:bottom w:w="80" w:type="dxa"/>
              <w:right w:w="80" w:type="dxa"/>
            </w:tcMar>
          </w:tcPr>
          <w:p w14:paraId="111F00E5" w14:textId="77777777" w:rsidR="00EC7A70" w:rsidRDefault="00EC7A70" w:rsidP="00D420CD">
            <w:r>
              <w:rPr>
                <w:color w:val="000000"/>
                <w:sz w:val="18"/>
              </w:rPr>
              <w:t>Command Structure</w:t>
            </w:r>
            <w:r>
              <w:rPr>
                <w:rFonts w:ascii="Roboto Mono" w:hAnsi="Roboto Mono"/>
                <w:b/>
                <w:color w:val="000000"/>
                <w:sz w:val="16"/>
              </w:rPr>
              <w:br/>
              <w:t>GET UART_B</w:t>
            </w:r>
          </w:p>
        </w:tc>
        <w:tc>
          <w:tcPr>
            <w:tcW w:w="3600" w:type="dxa"/>
            <w:vMerge w:val="restart"/>
            <w:shd w:val="clear" w:color="auto" w:fill="F2F2F2"/>
            <w:tcMar>
              <w:top w:w="80" w:type="dxa"/>
              <w:left w:w="80" w:type="dxa"/>
              <w:bottom w:w="80" w:type="dxa"/>
              <w:right w:w="80" w:type="dxa"/>
            </w:tcMar>
          </w:tcPr>
          <w:p w14:paraId="6D7213F1" w14:textId="77777777" w:rsidR="00EC7A70" w:rsidRDefault="00EC7A70" w:rsidP="00D420CD">
            <w:r>
              <w:rPr>
                <w:color w:val="000000"/>
                <w:sz w:val="16"/>
              </w:rPr>
              <w:t>Parameters:</w:t>
            </w:r>
            <w:r>
              <w:rPr>
                <w:color w:val="000000"/>
                <w:sz w:val="16"/>
              </w:rPr>
              <w:br/>
            </w:r>
          </w:p>
        </w:tc>
      </w:tr>
      <w:tr w:rsidR="00EC7A70" w14:paraId="2A559885" w14:textId="77777777" w:rsidTr="00D420CD">
        <w:trPr>
          <w:jc w:val="center"/>
        </w:trPr>
        <w:tc>
          <w:tcPr>
            <w:tcW w:w="5760" w:type="dxa"/>
            <w:tcMar>
              <w:top w:w="80" w:type="dxa"/>
              <w:left w:w="80" w:type="dxa"/>
              <w:bottom w:w="80" w:type="dxa"/>
              <w:right w:w="80" w:type="dxa"/>
            </w:tcMar>
          </w:tcPr>
          <w:p w14:paraId="16B566B2" w14:textId="77777777" w:rsidR="00EC7A70" w:rsidRDefault="00EC7A70" w:rsidP="00D420CD">
            <w:r>
              <w:rPr>
                <w:color w:val="000000"/>
                <w:sz w:val="18"/>
              </w:rPr>
              <w:t>Response Structure</w:t>
            </w:r>
            <w:r>
              <w:rPr>
                <w:rFonts w:ascii="Roboto Mono" w:hAnsi="Roboto Mono"/>
                <w:b/>
                <w:color w:val="000000"/>
                <w:sz w:val="16"/>
              </w:rPr>
              <w:br/>
              <w:t xml:space="preserve">UART_B &lt; </w:t>
            </w:r>
            <w:proofErr w:type="spellStart"/>
            <w:r>
              <w:rPr>
                <w:rFonts w:ascii="Roboto Mono" w:hAnsi="Roboto Mono"/>
                <w:b/>
                <w:color w:val="000000"/>
                <w:sz w:val="16"/>
              </w:rPr>
              <w:t>BaudRate</w:t>
            </w:r>
            <w:proofErr w:type="spellEnd"/>
            <w:r>
              <w:rPr>
                <w:rFonts w:ascii="Roboto Mono" w:hAnsi="Roboto Mono"/>
                <w:b/>
                <w:color w:val="000000"/>
                <w:sz w:val="16"/>
              </w:rPr>
              <w:t xml:space="preserve"> &gt;</w:t>
            </w:r>
          </w:p>
        </w:tc>
        <w:tc>
          <w:tcPr>
            <w:tcW w:w="3600" w:type="dxa"/>
            <w:vMerge/>
          </w:tcPr>
          <w:p w14:paraId="48316752" w14:textId="77777777" w:rsidR="00EC7A70" w:rsidRDefault="00EC7A70" w:rsidP="00D420CD"/>
        </w:tc>
      </w:tr>
      <w:tr w:rsidR="00EC7A70" w14:paraId="4F532782" w14:textId="77777777" w:rsidTr="00D420CD">
        <w:trPr>
          <w:jc w:val="center"/>
        </w:trPr>
        <w:tc>
          <w:tcPr>
            <w:tcW w:w="5760" w:type="dxa"/>
            <w:tcMar>
              <w:top w:w="80" w:type="dxa"/>
              <w:left w:w="80" w:type="dxa"/>
              <w:bottom w:w="0" w:type="dxa"/>
              <w:right w:w="80" w:type="dxa"/>
            </w:tcMar>
          </w:tcPr>
          <w:p w14:paraId="30C8F717" w14:textId="77777777" w:rsidR="00EC7A70" w:rsidRDefault="00EC7A70" w:rsidP="00D420CD">
            <w:r>
              <w:rPr>
                <w:color w:val="000000"/>
                <w:sz w:val="18"/>
              </w:rPr>
              <w:t>Command Example</w:t>
            </w:r>
          </w:p>
        </w:tc>
        <w:tc>
          <w:tcPr>
            <w:tcW w:w="3600" w:type="dxa"/>
            <w:vMerge/>
          </w:tcPr>
          <w:p w14:paraId="28BBFFDA" w14:textId="77777777" w:rsidR="00EC7A70" w:rsidRDefault="00EC7A70" w:rsidP="00D420CD"/>
        </w:tc>
      </w:tr>
      <w:tr w:rsidR="00EC7A70" w14:paraId="2E68DA5C" w14:textId="77777777" w:rsidTr="00D420CD">
        <w:trPr>
          <w:jc w:val="center"/>
        </w:trPr>
        <w:tc>
          <w:tcPr>
            <w:tcW w:w="5760" w:type="dxa"/>
            <w:shd w:val="clear" w:color="auto" w:fill="000000"/>
            <w:tcMar>
              <w:top w:w="0" w:type="dxa"/>
              <w:left w:w="80" w:type="dxa"/>
              <w:bottom w:w="80" w:type="dxa"/>
              <w:right w:w="80" w:type="dxa"/>
            </w:tcMar>
          </w:tcPr>
          <w:p w14:paraId="441F93D9" w14:textId="77777777" w:rsidR="00EC7A70" w:rsidRDefault="00EC7A70" w:rsidP="00D420CD">
            <w:r>
              <w:rPr>
                <w:rFonts w:ascii="Roboto Mono" w:hAnsi="Roboto Mono"/>
                <w:b/>
                <w:color w:val="FFFFFF"/>
                <w:sz w:val="16"/>
              </w:rPr>
              <w:t>GET UART_B</w:t>
            </w:r>
          </w:p>
        </w:tc>
        <w:tc>
          <w:tcPr>
            <w:tcW w:w="3600" w:type="dxa"/>
            <w:vMerge/>
          </w:tcPr>
          <w:p w14:paraId="0A77BBB6" w14:textId="77777777" w:rsidR="00EC7A70" w:rsidRDefault="00EC7A70" w:rsidP="00D420CD"/>
        </w:tc>
      </w:tr>
      <w:tr w:rsidR="00EC7A70" w14:paraId="1695000C" w14:textId="77777777" w:rsidTr="00D420CD">
        <w:trPr>
          <w:jc w:val="center"/>
        </w:trPr>
        <w:tc>
          <w:tcPr>
            <w:tcW w:w="5760" w:type="dxa"/>
            <w:tcMar>
              <w:top w:w="80" w:type="dxa"/>
              <w:left w:w="80" w:type="dxa"/>
              <w:bottom w:w="0" w:type="dxa"/>
              <w:right w:w="80" w:type="dxa"/>
            </w:tcMar>
          </w:tcPr>
          <w:p w14:paraId="078DB977" w14:textId="77777777" w:rsidR="00EC7A70" w:rsidRDefault="00EC7A70" w:rsidP="00D420CD">
            <w:r>
              <w:rPr>
                <w:color w:val="000000"/>
                <w:sz w:val="18"/>
              </w:rPr>
              <w:t>Response Example</w:t>
            </w:r>
          </w:p>
        </w:tc>
        <w:tc>
          <w:tcPr>
            <w:tcW w:w="3600" w:type="dxa"/>
            <w:vMerge/>
          </w:tcPr>
          <w:p w14:paraId="6310CCFD" w14:textId="77777777" w:rsidR="00EC7A70" w:rsidRDefault="00EC7A70" w:rsidP="00D420CD"/>
        </w:tc>
      </w:tr>
      <w:tr w:rsidR="00EC7A70" w14:paraId="0E9EA1BF" w14:textId="77777777" w:rsidTr="00D420CD">
        <w:trPr>
          <w:jc w:val="center"/>
        </w:trPr>
        <w:tc>
          <w:tcPr>
            <w:tcW w:w="5760" w:type="dxa"/>
            <w:shd w:val="clear" w:color="auto" w:fill="000000"/>
            <w:tcMar>
              <w:top w:w="0" w:type="dxa"/>
              <w:left w:w="80" w:type="dxa"/>
              <w:bottom w:w="80" w:type="dxa"/>
              <w:right w:w="80" w:type="dxa"/>
            </w:tcMar>
          </w:tcPr>
          <w:p w14:paraId="6D2F82AE" w14:textId="77777777" w:rsidR="00EC7A70" w:rsidRDefault="00EC7A70" w:rsidP="00D420CD">
            <w:r>
              <w:rPr>
                <w:rFonts w:ascii="Roboto Mono" w:hAnsi="Roboto Mono"/>
                <w:b/>
                <w:color w:val="FFFFFF"/>
                <w:sz w:val="16"/>
              </w:rPr>
              <w:t>UART_B 115200</w:t>
            </w:r>
          </w:p>
        </w:tc>
        <w:tc>
          <w:tcPr>
            <w:tcW w:w="3600" w:type="dxa"/>
            <w:vMerge/>
          </w:tcPr>
          <w:p w14:paraId="52B54180" w14:textId="77777777" w:rsidR="00EC7A70" w:rsidRDefault="00EC7A70" w:rsidP="00D420CD"/>
        </w:tc>
      </w:tr>
      <w:tr w:rsidR="00EC7A70" w14:paraId="522ABE6E" w14:textId="77777777" w:rsidTr="00D420CD">
        <w:trPr>
          <w:jc w:val="center"/>
        </w:trPr>
        <w:tc>
          <w:tcPr>
            <w:tcW w:w="9360" w:type="dxa"/>
            <w:gridSpan w:val="2"/>
            <w:shd w:val="clear" w:color="auto" w:fill="E0F6EC"/>
            <w:tcMar>
              <w:top w:w="80" w:type="dxa"/>
              <w:left w:w="80" w:type="dxa"/>
              <w:bottom w:w="80" w:type="dxa"/>
              <w:right w:w="80" w:type="dxa"/>
            </w:tcMar>
          </w:tcPr>
          <w:p w14:paraId="76AFD27B" w14:textId="77777777" w:rsidR="00EC7A70" w:rsidRDefault="00EC7A70" w:rsidP="00D420CD">
            <w:r>
              <w:rPr>
                <w:color w:val="000000"/>
                <w:sz w:val="16"/>
              </w:rPr>
              <w:t xml:space="preserve">Additional Notes: </w:t>
            </w:r>
          </w:p>
        </w:tc>
      </w:tr>
    </w:tbl>
    <w:p w14:paraId="4CD864A4" w14:textId="77777777" w:rsidR="00EC7A70" w:rsidRDefault="00EC7A70" w:rsidP="00EC7A70"/>
    <w:p w14:paraId="2499C9E3" w14:textId="77777777" w:rsidR="00EC7A70" w:rsidRDefault="00EC7A70" w:rsidP="00EC7A70">
      <w:pPr>
        <w:pStyle w:val="Heading2"/>
      </w:pPr>
      <w:bookmarkStart w:id="84" w:name="_Toc218512845"/>
      <w:r>
        <w:rPr>
          <w:rFonts w:ascii="Roboto" w:hAnsi="Roboto"/>
          <w:color w:val="000000"/>
          <w:sz w:val="28"/>
        </w:rPr>
        <w:t>5.17 Set UART Command</w:t>
      </w:r>
      <w:bookmarkEnd w:id="84"/>
    </w:p>
    <w:p w14:paraId="3AE2C8EE" w14:textId="77777777" w:rsidR="00EC7A70" w:rsidRDefault="00EC7A70" w:rsidP="00EC7A70">
      <w:r>
        <w:rPr>
          <w:rFonts w:ascii="Roboto" w:hAnsi="Roboto"/>
          <w:sz w:val="18"/>
        </w:rPr>
        <w:br/>
        <w:t>Set a UART (serial) command</w:t>
      </w:r>
    </w:p>
    <w:tbl>
      <w:tblPr>
        <w:tblStyle w:val="luka"/>
        <w:tblW w:w="0" w:type="auto"/>
        <w:jc w:val="center"/>
        <w:tblLook w:val="04A0" w:firstRow="1" w:lastRow="0" w:firstColumn="1" w:lastColumn="0" w:noHBand="0" w:noVBand="1"/>
      </w:tblPr>
      <w:tblGrid>
        <w:gridCol w:w="5760"/>
        <w:gridCol w:w="3600"/>
      </w:tblGrid>
      <w:tr w:rsidR="00EC7A70" w14:paraId="368C54C0" w14:textId="77777777" w:rsidTr="00D420CD">
        <w:trPr>
          <w:jc w:val="center"/>
        </w:trPr>
        <w:tc>
          <w:tcPr>
            <w:tcW w:w="5760" w:type="dxa"/>
            <w:tcMar>
              <w:top w:w="80" w:type="dxa"/>
              <w:left w:w="80" w:type="dxa"/>
              <w:bottom w:w="80" w:type="dxa"/>
              <w:right w:w="80" w:type="dxa"/>
            </w:tcMar>
          </w:tcPr>
          <w:p w14:paraId="29432688" w14:textId="77777777" w:rsidR="00EC7A70" w:rsidRDefault="00EC7A70" w:rsidP="00D420CD">
            <w:r>
              <w:rPr>
                <w:color w:val="000000"/>
                <w:sz w:val="18"/>
              </w:rPr>
              <w:t>Command Structure</w:t>
            </w:r>
            <w:r>
              <w:rPr>
                <w:rFonts w:ascii="Roboto Mono" w:hAnsi="Roboto Mono"/>
                <w:b/>
                <w:color w:val="000000"/>
                <w:sz w:val="16"/>
              </w:rPr>
              <w:br/>
              <w:t xml:space="preserve">SET UART_CMD &lt; </w:t>
            </w:r>
            <w:proofErr w:type="spellStart"/>
            <w:r>
              <w:rPr>
                <w:rFonts w:ascii="Roboto Mono" w:hAnsi="Roboto Mono"/>
                <w:b/>
                <w:color w:val="000000"/>
                <w:sz w:val="16"/>
              </w:rPr>
              <w:t>CmdName</w:t>
            </w:r>
            <w:proofErr w:type="spellEnd"/>
            <w:r>
              <w:rPr>
                <w:rFonts w:ascii="Roboto Mono" w:hAnsi="Roboto Mono"/>
                <w:b/>
                <w:color w:val="000000"/>
                <w:sz w:val="16"/>
              </w:rPr>
              <w:t xml:space="preserve"> &gt; &lt; HEX | STR &gt; &lt; </w:t>
            </w:r>
            <w:proofErr w:type="spellStart"/>
            <w:r>
              <w:rPr>
                <w:rFonts w:ascii="Roboto Mono" w:hAnsi="Roboto Mono"/>
                <w:b/>
                <w:color w:val="000000"/>
                <w:sz w:val="16"/>
              </w:rPr>
              <w:t>CmdStr</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102A019B" w14:textId="77777777" w:rsidR="00EC7A70" w:rsidRDefault="00EC7A70" w:rsidP="00D420CD">
            <w:r>
              <w:rPr>
                <w:color w:val="000000"/>
                <w:sz w:val="16"/>
              </w:rPr>
              <w:t>Parameters:</w:t>
            </w:r>
            <w:r>
              <w:rPr>
                <w:color w:val="000000"/>
                <w:sz w:val="16"/>
              </w:rPr>
              <w:br/>
            </w:r>
            <w:proofErr w:type="spellStart"/>
            <w:r>
              <w:rPr>
                <w:color w:val="000000"/>
                <w:sz w:val="16"/>
              </w:rPr>
              <w:t>CmdName</w:t>
            </w:r>
            <w:proofErr w:type="spellEnd"/>
            <w:r>
              <w:rPr>
                <w:color w:val="000000"/>
                <w:sz w:val="16"/>
              </w:rPr>
              <w:t xml:space="preserve"> = command name. In addition to ON and OFF, this can be other custom names such as </w:t>
            </w:r>
            <w:proofErr w:type="spellStart"/>
            <w:r>
              <w:rPr>
                <w:color w:val="000000"/>
                <w:sz w:val="16"/>
              </w:rPr>
              <w:t>VolumeUp</w:t>
            </w:r>
            <w:proofErr w:type="spellEnd"/>
            <w:r>
              <w:rPr>
                <w:color w:val="000000"/>
                <w:sz w:val="16"/>
              </w:rPr>
              <w:t>.</w:t>
            </w:r>
            <w:r>
              <w:rPr>
                <w:color w:val="000000"/>
                <w:sz w:val="16"/>
              </w:rPr>
              <w:br/>
              <w:t>HEX = command in hexadecimal format</w:t>
            </w:r>
            <w:r>
              <w:rPr>
                <w:color w:val="000000"/>
                <w:sz w:val="16"/>
              </w:rPr>
              <w:br/>
              <w:t>STR = command in string format</w:t>
            </w:r>
            <w:r>
              <w:rPr>
                <w:color w:val="000000"/>
                <w:sz w:val="16"/>
              </w:rPr>
              <w:br/>
            </w:r>
            <w:proofErr w:type="spellStart"/>
            <w:r>
              <w:rPr>
                <w:color w:val="000000"/>
                <w:sz w:val="16"/>
              </w:rPr>
              <w:t>CmdStr</w:t>
            </w:r>
            <w:proofErr w:type="spellEnd"/>
            <w:r>
              <w:rPr>
                <w:color w:val="000000"/>
                <w:sz w:val="16"/>
              </w:rPr>
              <w:t xml:space="preserve"> = the command string. For hexadecimal command strings, adjacent bytes do not need to be separated by spaces.</w:t>
            </w:r>
          </w:p>
        </w:tc>
      </w:tr>
      <w:tr w:rsidR="00EC7A70" w14:paraId="47A8647E" w14:textId="77777777" w:rsidTr="00D420CD">
        <w:trPr>
          <w:jc w:val="center"/>
        </w:trPr>
        <w:tc>
          <w:tcPr>
            <w:tcW w:w="5760" w:type="dxa"/>
            <w:tcMar>
              <w:top w:w="80" w:type="dxa"/>
              <w:left w:w="80" w:type="dxa"/>
              <w:bottom w:w="80" w:type="dxa"/>
              <w:right w:w="80" w:type="dxa"/>
            </w:tcMar>
          </w:tcPr>
          <w:p w14:paraId="409C217E" w14:textId="77777777" w:rsidR="00EC7A70" w:rsidRDefault="00EC7A70" w:rsidP="00D420CD">
            <w:r>
              <w:rPr>
                <w:color w:val="000000"/>
                <w:sz w:val="18"/>
              </w:rPr>
              <w:t>Response Structure</w:t>
            </w:r>
            <w:r>
              <w:rPr>
                <w:rFonts w:ascii="Roboto Mono" w:hAnsi="Roboto Mono"/>
                <w:b/>
                <w:color w:val="000000"/>
                <w:sz w:val="16"/>
              </w:rPr>
              <w:br/>
              <w:t xml:space="preserve">UART_CMD &lt; </w:t>
            </w:r>
            <w:proofErr w:type="spellStart"/>
            <w:r>
              <w:rPr>
                <w:rFonts w:ascii="Roboto Mono" w:hAnsi="Roboto Mono"/>
                <w:b/>
                <w:color w:val="000000"/>
                <w:sz w:val="16"/>
              </w:rPr>
              <w:t>CmdName</w:t>
            </w:r>
            <w:proofErr w:type="spellEnd"/>
            <w:r>
              <w:rPr>
                <w:rFonts w:ascii="Roboto Mono" w:hAnsi="Roboto Mono"/>
                <w:b/>
                <w:color w:val="000000"/>
                <w:sz w:val="16"/>
              </w:rPr>
              <w:t xml:space="preserve"> &gt; &lt; HEX | STR &gt; &lt; </w:t>
            </w:r>
            <w:proofErr w:type="spellStart"/>
            <w:r>
              <w:rPr>
                <w:rFonts w:ascii="Roboto Mono" w:hAnsi="Roboto Mono"/>
                <w:b/>
                <w:color w:val="000000"/>
                <w:sz w:val="16"/>
              </w:rPr>
              <w:t>CmdStr</w:t>
            </w:r>
            <w:proofErr w:type="spellEnd"/>
            <w:r>
              <w:rPr>
                <w:rFonts w:ascii="Roboto Mono" w:hAnsi="Roboto Mono"/>
                <w:b/>
                <w:color w:val="000000"/>
                <w:sz w:val="16"/>
              </w:rPr>
              <w:t xml:space="preserve"> &gt;</w:t>
            </w:r>
          </w:p>
        </w:tc>
        <w:tc>
          <w:tcPr>
            <w:tcW w:w="3600" w:type="dxa"/>
            <w:vMerge/>
          </w:tcPr>
          <w:p w14:paraId="40BDAD26" w14:textId="77777777" w:rsidR="00EC7A70" w:rsidRDefault="00EC7A70" w:rsidP="00D420CD"/>
        </w:tc>
      </w:tr>
      <w:tr w:rsidR="00EC7A70" w14:paraId="747E7A6A" w14:textId="77777777" w:rsidTr="00D420CD">
        <w:trPr>
          <w:jc w:val="center"/>
        </w:trPr>
        <w:tc>
          <w:tcPr>
            <w:tcW w:w="5760" w:type="dxa"/>
            <w:tcMar>
              <w:top w:w="80" w:type="dxa"/>
              <w:left w:w="80" w:type="dxa"/>
              <w:bottom w:w="0" w:type="dxa"/>
              <w:right w:w="80" w:type="dxa"/>
            </w:tcMar>
          </w:tcPr>
          <w:p w14:paraId="22241FE0" w14:textId="77777777" w:rsidR="00EC7A70" w:rsidRDefault="00EC7A70" w:rsidP="00D420CD">
            <w:r>
              <w:rPr>
                <w:color w:val="000000"/>
                <w:sz w:val="18"/>
              </w:rPr>
              <w:t>Command Example</w:t>
            </w:r>
          </w:p>
        </w:tc>
        <w:tc>
          <w:tcPr>
            <w:tcW w:w="3600" w:type="dxa"/>
            <w:vMerge/>
          </w:tcPr>
          <w:p w14:paraId="5EE78FA4" w14:textId="77777777" w:rsidR="00EC7A70" w:rsidRDefault="00EC7A70" w:rsidP="00D420CD"/>
        </w:tc>
      </w:tr>
      <w:tr w:rsidR="00EC7A70" w14:paraId="4C9D4BEC" w14:textId="77777777" w:rsidTr="00D420CD">
        <w:trPr>
          <w:jc w:val="center"/>
        </w:trPr>
        <w:tc>
          <w:tcPr>
            <w:tcW w:w="5760" w:type="dxa"/>
            <w:shd w:val="clear" w:color="auto" w:fill="000000"/>
            <w:tcMar>
              <w:top w:w="0" w:type="dxa"/>
              <w:left w:w="80" w:type="dxa"/>
              <w:bottom w:w="80" w:type="dxa"/>
              <w:right w:w="80" w:type="dxa"/>
            </w:tcMar>
          </w:tcPr>
          <w:p w14:paraId="332B2DAB" w14:textId="77777777" w:rsidR="00EC7A70" w:rsidRDefault="00EC7A70" w:rsidP="00D420CD">
            <w:r>
              <w:rPr>
                <w:rFonts w:ascii="Roboto Mono" w:hAnsi="Roboto Mono"/>
                <w:b/>
                <w:color w:val="FFFFFF"/>
                <w:sz w:val="16"/>
              </w:rPr>
              <w:t>SET UART_CMD ON STR POWERON</w:t>
            </w:r>
          </w:p>
        </w:tc>
        <w:tc>
          <w:tcPr>
            <w:tcW w:w="3600" w:type="dxa"/>
            <w:vMerge/>
          </w:tcPr>
          <w:p w14:paraId="1A83C806" w14:textId="77777777" w:rsidR="00EC7A70" w:rsidRDefault="00EC7A70" w:rsidP="00D420CD"/>
        </w:tc>
      </w:tr>
      <w:tr w:rsidR="00EC7A70" w14:paraId="71D9AFA8" w14:textId="77777777" w:rsidTr="00D420CD">
        <w:trPr>
          <w:jc w:val="center"/>
        </w:trPr>
        <w:tc>
          <w:tcPr>
            <w:tcW w:w="5760" w:type="dxa"/>
            <w:tcMar>
              <w:top w:w="80" w:type="dxa"/>
              <w:left w:w="80" w:type="dxa"/>
              <w:bottom w:w="0" w:type="dxa"/>
              <w:right w:w="80" w:type="dxa"/>
            </w:tcMar>
          </w:tcPr>
          <w:p w14:paraId="497669FC" w14:textId="77777777" w:rsidR="00EC7A70" w:rsidRDefault="00EC7A70" w:rsidP="00D420CD">
            <w:r>
              <w:rPr>
                <w:color w:val="000000"/>
                <w:sz w:val="18"/>
              </w:rPr>
              <w:t>Response Example</w:t>
            </w:r>
          </w:p>
        </w:tc>
        <w:tc>
          <w:tcPr>
            <w:tcW w:w="3600" w:type="dxa"/>
            <w:vMerge/>
          </w:tcPr>
          <w:p w14:paraId="5ECCCCCD" w14:textId="77777777" w:rsidR="00EC7A70" w:rsidRDefault="00EC7A70" w:rsidP="00D420CD"/>
        </w:tc>
      </w:tr>
      <w:tr w:rsidR="00EC7A70" w14:paraId="46E9C6D0" w14:textId="77777777" w:rsidTr="00D420CD">
        <w:trPr>
          <w:jc w:val="center"/>
        </w:trPr>
        <w:tc>
          <w:tcPr>
            <w:tcW w:w="5760" w:type="dxa"/>
            <w:shd w:val="clear" w:color="auto" w:fill="000000"/>
            <w:tcMar>
              <w:top w:w="0" w:type="dxa"/>
              <w:left w:w="80" w:type="dxa"/>
              <w:bottom w:w="80" w:type="dxa"/>
              <w:right w:w="80" w:type="dxa"/>
            </w:tcMar>
          </w:tcPr>
          <w:p w14:paraId="4734C268" w14:textId="77777777" w:rsidR="00EC7A70" w:rsidRDefault="00EC7A70" w:rsidP="00D420CD">
            <w:r>
              <w:rPr>
                <w:rFonts w:ascii="Roboto Mono" w:hAnsi="Roboto Mono"/>
                <w:b/>
                <w:color w:val="FFFFFF"/>
                <w:sz w:val="16"/>
              </w:rPr>
              <w:t>UART_CMD ON STR POWERON</w:t>
            </w:r>
          </w:p>
        </w:tc>
        <w:tc>
          <w:tcPr>
            <w:tcW w:w="3600" w:type="dxa"/>
            <w:vMerge/>
          </w:tcPr>
          <w:p w14:paraId="4E12EBB8" w14:textId="77777777" w:rsidR="00EC7A70" w:rsidRDefault="00EC7A70" w:rsidP="00D420CD"/>
        </w:tc>
      </w:tr>
      <w:tr w:rsidR="00EC7A70" w14:paraId="0175C963" w14:textId="77777777" w:rsidTr="00D420CD">
        <w:trPr>
          <w:jc w:val="center"/>
        </w:trPr>
        <w:tc>
          <w:tcPr>
            <w:tcW w:w="9360" w:type="dxa"/>
            <w:gridSpan w:val="2"/>
            <w:shd w:val="clear" w:color="auto" w:fill="E0F6EC"/>
            <w:tcMar>
              <w:top w:w="80" w:type="dxa"/>
              <w:left w:w="80" w:type="dxa"/>
              <w:bottom w:w="80" w:type="dxa"/>
              <w:right w:w="80" w:type="dxa"/>
            </w:tcMar>
          </w:tcPr>
          <w:p w14:paraId="117CF2A8" w14:textId="77777777" w:rsidR="00EC7A70" w:rsidRDefault="00EC7A70" w:rsidP="00D420CD">
            <w:r>
              <w:rPr>
                <w:color w:val="000000"/>
                <w:sz w:val="16"/>
              </w:rPr>
              <w:t>Additional Notes: By default, no UART (serial) commands are defined.</w:t>
            </w:r>
          </w:p>
        </w:tc>
      </w:tr>
    </w:tbl>
    <w:p w14:paraId="1EBB90D7" w14:textId="77777777" w:rsidR="00EC7A70" w:rsidRDefault="00EC7A70" w:rsidP="00EC7A70"/>
    <w:p w14:paraId="1CB05296" w14:textId="77777777" w:rsidR="00EC7A70" w:rsidRDefault="00EC7A70" w:rsidP="00EC7A70">
      <w:pPr>
        <w:pStyle w:val="Heading2"/>
      </w:pPr>
      <w:bookmarkStart w:id="85" w:name="_Toc218512846"/>
      <w:r>
        <w:rPr>
          <w:rFonts w:ascii="Roboto" w:hAnsi="Roboto"/>
          <w:color w:val="000000"/>
          <w:sz w:val="28"/>
        </w:rPr>
        <w:lastRenderedPageBreak/>
        <w:t>5.18 Delete UART Command</w:t>
      </w:r>
      <w:bookmarkEnd w:id="85"/>
    </w:p>
    <w:p w14:paraId="335D189A" w14:textId="77777777" w:rsidR="00EC7A70" w:rsidRDefault="00EC7A70" w:rsidP="00EC7A70">
      <w:r>
        <w:rPr>
          <w:rFonts w:ascii="Roboto" w:hAnsi="Roboto"/>
          <w:sz w:val="18"/>
        </w:rPr>
        <w:br/>
        <w:t>Delete a UART command</w:t>
      </w:r>
    </w:p>
    <w:tbl>
      <w:tblPr>
        <w:tblStyle w:val="luka"/>
        <w:tblW w:w="0" w:type="auto"/>
        <w:jc w:val="center"/>
        <w:tblLook w:val="04A0" w:firstRow="1" w:lastRow="0" w:firstColumn="1" w:lastColumn="0" w:noHBand="0" w:noVBand="1"/>
      </w:tblPr>
      <w:tblGrid>
        <w:gridCol w:w="5760"/>
        <w:gridCol w:w="3600"/>
      </w:tblGrid>
      <w:tr w:rsidR="00EC7A70" w14:paraId="567243BF" w14:textId="77777777" w:rsidTr="00D420CD">
        <w:trPr>
          <w:jc w:val="center"/>
        </w:trPr>
        <w:tc>
          <w:tcPr>
            <w:tcW w:w="5760" w:type="dxa"/>
            <w:tcMar>
              <w:top w:w="80" w:type="dxa"/>
              <w:left w:w="80" w:type="dxa"/>
              <w:bottom w:w="80" w:type="dxa"/>
              <w:right w:w="80" w:type="dxa"/>
            </w:tcMar>
          </w:tcPr>
          <w:p w14:paraId="15858E72" w14:textId="77777777" w:rsidR="00EC7A70" w:rsidRDefault="00EC7A70" w:rsidP="00D420CD">
            <w:r>
              <w:rPr>
                <w:color w:val="000000"/>
                <w:sz w:val="18"/>
              </w:rPr>
              <w:t>Command Structure</w:t>
            </w:r>
            <w:r>
              <w:rPr>
                <w:rFonts w:ascii="Roboto Mono" w:hAnsi="Roboto Mono"/>
                <w:b/>
                <w:color w:val="000000"/>
                <w:sz w:val="16"/>
              </w:rPr>
              <w:br/>
              <w:t xml:space="preserve">SET UART_CMD_D &lt; </w:t>
            </w:r>
            <w:proofErr w:type="spellStart"/>
            <w:r>
              <w:rPr>
                <w:rFonts w:ascii="Roboto Mono" w:hAnsi="Roboto Mono"/>
                <w:b/>
                <w:color w:val="000000"/>
                <w:sz w:val="16"/>
              </w:rPr>
              <w:t>CmdName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3FB679FA" w14:textId="77777777" w:rsidR="00EC7A70" w:rsidRDefault="00EC7A70" w:rsidP="00D420CD">
            <w:r>
              <w:rPr>
                <w:color w:val="000000"/>
                <w:sz w:val="16"/>
              </w:rPr>
              <w:t>Parameters:</w:t>
            </w:r>
            <w:r>
              <w:rPr>
                <w:color w:val="000000"/>
                <w:sz w:val="16"/>
              </w:rPr>
              <w:br/>
            </w:r>
          </w:p>
        </w:tc>
      </w:tr>
      <w:tr w:rsidR="00EC7A70" w14:paraId="57E26DDC" w14:textId="77777777" w:rsidTr="00D420CD">
        <w:trPr>
          <w:jc w:val="center"/>
        </w:trPr>
        <w:tc>
          <w:tcPr>
            <w:tcW w:w="5760" w:type="dxa"/>
            <w:tcMar>
              <w:top w:w="80" w:type="dxa"/>
              <w:left w:w="80" w:type="dxa"/>
              <w:bottom w:w="80" w:type="dxa"/>
              <w:right w:w="80" w:type="dxa"/>
            </w:tcMar>
          </w:tcPr>
          <w:p w14:paraId="789DE953" w14:textId="77777777" w:rsidR="00EC7A70" w:rsidRDefault="00EC7A70" w:rsidP="00D420CD">
            <w:r>
              <w:rPr>
                <w:color w:val="000000"/>
                <w:sz w:val="18"/>
              </w:rPr>
              <w:t>Response Structure</w:t>
            </w:r>
            <w:r>
              <w:rPr>
                <w:rFonts w:ascii="Roboto Mono" w:hAnsi="Roboto Mono"/>
                <w:b/>
                <w:color w:val="000000"/>
                <w:sz w:val="16"/>
              </w:rPr>
              <w:br/>
              <w:t xml:space="preserve">UART_CMD_D &lt; </w:t>
            </w:r>
            <w:proofErr w:type="spellStart"/>
            <w:r>
              <w:rPr>
                <w:rFonts w:ascii="Roboto Mono" w:hAnsi="Roboto Mono"/>
                <w:b/>
                <w:color w:val="000000"/>
                <w:sz w:val="16"/>
              </w:rPr>
              <w:t>CmdName</w:t>
            </w:r>
            <w:proofErr w:type="spellEnd"/>
            <w:r>
              <w:rPr>
                <w:rFonts w:ascii="Roboto Mono" w:hAnsi="Roboto Mono"/>
                <w:b/>
                <w:color w:val="000000"/>
                <w:sz w:val="16"/>
              </w:rPr>
              <w:t xml:space="preserve"> &gt;</w:t>
            </w:r>
          </w:p>
        </w:tc>
        <w:tc>
          <w:tcPr>
            <w:tcW w:w="3600" w:type="dxa"/>
            <w:vMerge/>
          </w:tcPr>
          <w:p w14:paraId="5D0D076B" w14:textId="77777777" w:rsidR="00EC7A70" w:rsidRDefault="00EC7A70" w:rsidP="00D420CD"/>
        </w:tc>
      </w:tr>
      <w:tr w:rsidR="00EC7A70" w14:paraId="6EEA308F" w14:textId="77777777" w:rsidTr="00D420CD">
        <w:trPr>
          <w:jc w:val="center"/>
        </w:trPr>
        <w:tc>
          <w:tcPr>
            <w:tcW w:w="5760" w:type="dxa"/>
            <w:tcMar>
              <w:top w:w="80" w:type="dxa"/>
              <w:left w:w="80" w:type="dxa"/>
              <w:bottom w:w="0" w:type="dxa"/>
              <w:right w:w="80" w:type="dxa"/>
            </w:tcMar>
          </w:tcPr>
          <w:p w14:paraId="249D7088" w14:textId="77777777" w:rsidR="00EC7A70" w:rsidRDefault="00EC7A70" w:rsidP="00D420CD">
            <w:r>
              <w:rPr>
                <w:color w:val="000000"/>
                <w:sz w:val="18"/>
              </w:rPr>
              <w:t>Command Example</w:t>
            </w:r>
          </w:p>
        </w:tc>
        <w:tc>
          <w:tcPr>
            <w:tcW w:w="3600" w:type="dxa"/>
            <w:vMerge/>
          </w:tcPr>
          <w:p w14:paraId="46F2E28E" w14:textId="77777777" w:rsidR="00EC7A70" w:rsidRDefault="00EC7A70" w:rsidP="00D420CD"/>
        </w:tc>
      </w:tr>
      <w:tr w:rsidR="00EC7A70" w14:paraId="37CDFF33" w14:textId="77777777" w:rsidTr="00D420CD">
        <w:trPr>
          <w:jc w:val="center"/>
        </w:trPr>
        <w:tc>
          <w:tcPr>
            <w:tcW w:w="5760" w:type="dxa"/>
            <w:shd w:val="clear" w:color="auto" w:fill="000000"/>
            <w:tcMar>
              <w:top w:w="0" w:type="dxa"/>
              <w:left w:w="80" w:type="dxa"/>
              <w:bottom w:w="80" w:type="dxa"/>
              <w:right w:w="80" w:type="dxa"/>
            </w:tcMar>
          </w:tcPr>
          <w:p w14:paraId="2955C906" w14:textId="77777777" w:rsidR="00EC7A70" w:rsidRDefault="00EC7A70" w:rsidP="00D420CD">
            <w:r>
              <w:rPr>
                <w:rFonts w:ascii="Roboto Mono" w:hAnsi="Roboto Mono"/>
                <w:b/>
                <w:color w:val="FFFFFF"/>
                <w:sz w:val="16"/>
              </w:rPr>
              <w:t>SET UART_CMD_D ON</w:t>
            </w:r>
          </w:p>
        </w:tc>
        <w:tc>
          <w:tcPr>
            <w:tcW w:w="3600" w:type="dxa"/>
            <w:vMerge/>
          </w:tcPr>
          <w:p w14:paraId="5B0DB462" w14:textId="77777777" w:rsidR="00EC7A70" w:rsidRDefault="00EC7A70" w:rsidP="00D420CD"/>
        </w:tc>
      </w:tr>
      <w:tr w:rsidR="00EC7A70" w14:paraId="5C7C6703" w14:textId="77777777" w:rsidTr="00D420CD">
        <w:trPr>
          <w:jc w:val="center"/>
        </w:trPr>
        <w:tc>
          <w:tcPr>
            <w:tcW w:w="5760" w:type="dxa"/>
            <w:tcMar>
              <w:top w:w="80" w:type="dxa"/>
              <w:left w:w="80" w:type="dxa"/>
              <w:bottom w:w="0" w:type="dxa"/>
              <w:right w:w="80" w:type="dxa"/>
            </w:tcMar>
          </w:tcPr>
          <w:p w14:paraId="74C41B12" w14:textId="77777777" w:rsidR="00EC7A70" w:rsidRDefault="00EC7A70" w:rsidP="00D420CD">
            <w:r>
              <w:rPr>
                <w:color w:val="000000"/>
                <w:sz w:val="18"/>
              </w:rPr>
              <w:t>Response Example</w:t>
            </w:r>
          </w:p>
        </w:tc>
        <w:tc>
          <w:tcPr>
            <w:tcW w:w="3600" w:type="dxa"/>
            <w:vMerge/>
          </w:tcPr>
          <w:p w14:paraId="224F6FB0" w14:textId="77777777" w:rsidR="00EC7A70" w:rsidRDefault="00EC7A70" w:rsidP="00D420CD"/>
        </w:tc>
      </w:tr>
      <w:tr w:rsidR="00EC7A70" w14:paraId="505E8D4B" w14:textId="77777777" w:rsidTr="00D420CD">
        <w:trPr>
          <w:jc w:val="center"/>
        </w:trPr>
        <w:tc>
          <w:tcPr>
            <w:tcW w:w="5760" w:type="dxa"/>
            <w:shd w:val="clear" w:color="auto" w:fill="000000"/>
            <w:tcMar>
              <w:top w:w="0" w:type="dxa"/>
              <w:left w:w="80" w:type="dxa"/>
              <w:bottom w:w="80" w:type="dxa"/>
              <w:right w:w="80" w:type="dxa"/>
            </w:tcMar>
          </w:tcPr>
          <w:p w14:paraId="2B88C126" w14:textId="77777777" w:rsidR="00EC7A70" w:rsidRDefault="00EC7A70" w:rsidP="00D420CD">
            <w:r>
              <w:rPr>
                <w:rFonts w:ascii="Roboto Mono" w:hAnsi="Roboto Mono"/>
                <w:b/>
                <w:color w:val="FFFFFF"/>
                <w:sz w:val="16"/>
              </w:rPr>
              <w:t>UART_CMD_D ON</w:t>
            </w:r>
          </w:p>
        </w:tc>
        <w:tc>
          <w:tcPr>
            <w:tcW w:w="3600" w:type="dxa"/>
            <w:vMerge/>
          </w:tcPr>
          <w:p w14:paraId="3866873A" w14:textId="77777777" w:rsidR="00EC7A70" w:rsidRDefault="00EC7A70" w:rsidP="00D420CD"/>
        </w:tc>
      </w:tr>
      <w:tr w:rsidR="00EC7A70" w14:paraId="20FAB464" w14:textId="77777777" w:rsidTr="00D420CD">
        <w:trPr>
          <w:jc w:val="center"/>
        </w:trPr>
        <w:tc>
          <w:tcPr>
            <w:tcW w:w="9360" w:type="dxa"/>
            <w:gridSpan w:val="2"/>
            <w:shd w:val="clear" w:color="auto" w:fill="E0F6EC"/>
            <w:tcMar>
              <w:top w:w="80" w:type="dxa"/>
              <w:left w:w="80" w:type="dxa"/>
              <w:bottom w:w="80" w:type="dxa"/>
              <w:right w:w="80" w:type="dxa"/>
            </w:tcMar>
          </w:tcPr>
          <w:p w14:paraId="565F4C30" w14:textId="77777777" w:rsidR="00EC7A70" w:rsidRDefault="00EC7A70" w:rsidP="00D420CD">
            <w:r>
              <w:rPr>
                <w:color w:val="000000"/>
                <w:sz w:val="16"/>
              </w:rPr>
              <w:t xml:space="preserve">Additional Notes: </w:t>
            </w:r>
          </w:p>
        </w:tc>
      </w:tr>
    </w:tbl>
    <w:p w14:paraId="4CE729D5" w14:textId="77777777" w:rsidR="00EC7A70" w:rsidRDefault="00EC7A70" w:rsidP="00EC7A70"/>
    <w:p w14:paraId="5B3CB17C" w14:textId="77777777" w:rsidR="00EC7A70" w:rsidRDefault="00EC7A70" w:rsidP="00EC7A70">
      <w:pPr>
        <w:pStyle w:val="Heading2"/>
      </w:pPr>
      <w:bookmarkStart w:id="86" w:name="_Toc218512847"/>
      <w:r>
        <w:rPr>
          <w:rFonts w:ascii="Roboto" w:hAnsi="Roboto"/>
          <w:color w:val="000000"/>
          <w:sz w:val="28"/>
        </w:rPr>
        <w:t>5.19 Get UART Commands</w:t>
      </w:r>
      <w:bookmarkEnd w:id="86"/>
    </w:p>
    <w:p w14:paraId="4271CB79" w14:textId="77777777" w:rsidR="00EC7A70" w:rsidRDefault="00EC7A70" w:rsidP="00EC7A70">
      <w:r>
        <w:rPr>
          <w:rFonts w:ascii="Roboto" w:hAnsi="Roboto"/>
          <w:sz w:val="18"/>
        </w:rPr>
        <w:br/>
        <w:t>Retrieve one or all UART (serial) commands.</w:t>
      </w:r>
    </w:p>
    <w:tbl>
      <w:tblPr>
        <w:tblStyle w:val="luka"/>
        <w:tblW w:w="0" w:type="auto"/>
        <w:jc w:val="center"/>
        <w:tblLook w:val="04A0" w:firstRow="1" w:lastRow="0" w:firstColumn="1" w:lastColumn="0" w:noHBand="0" w:noVBand="1"/>
      </w:tblPr>
      <w:tblGrid>
        <w:gridCol w:w="5760"/>
        <w:gridCol w:w="3600"/>
      </w:tblGrid>
      <w:tr w:rsidR="00EC7A70" w14:paraId="2B496936" w14:textId="77777777" w:rsidTr="00D420CD">
        <w:trPr>
          <w:jc w:val="center"/>
        </w:trPr>
        <w:tc>
          <w:tcPr>
            <w:tcW w:w="5760" w:type="dxa"/>
            <w:tcMar>
              <w:top w:w="80" w:type="dxa"/>
              <w:left w:w="80" w:type="dxa"/>
              <w:bottom w:w="80" w:type="dxa"/>
              <w:right w:w="80" w:type="dxa"/>
            </w:tcMar>
          </w:tcPr>
          <w:p w14:paraId="2297AA3D" w14:textId="77777777" w:rsidR="00EC7A70" w:rsidRDefault="00EC7A70" w:rsidP="00D420CD">
            <w:r>
              <w:rPr>
                <w:color w:val="000000"/>
                <w:sz w:val="18"/>
              </w:rPr>
              <w:t>Command Structure</w:t>
            </w:r>
            <w:r>
              <w:rPr>
                <w:rFonts w:ascii="Roboto Mono" w:hAnsi="Roboto Mono"/>
                <w:b/>
                <w:color w:val="000000"/>
                <w:sz w:val="16"/>
              </w:rPr>
              <w:br/>
              <w:t xml:space="preserve">GET UART_CMD &lt; </w:t>
            </w:r>
            <w:proofErr w:type="spellStart"/>
            <w:r>
              <w:rPr>
                <w:rFonts w:ascii="Roboto Mono" w:hAnsi="Roboto Mono"/>
                <w:b/>
                <w:color w:val="000000"/>
                <w:sz w:val="16"/>
              </w:rPr>
              <w:t>CmdName</w:t>
            </w:r>
            <w:proofErr w:type="spellEnd"/>
            <w:r>
              <w:rPr>
                <w:rFonts w:ascii="Roboto Mono" w:hAnsi="Roboto Mono"/>
                <w:b/>
                <w:color w:val="000000"/>
                <w:sz w:val="16"/>
              </w:rPr>
              <w:t xml:space="preserve"> | ALL &gt;</w:t>
            </w:r>
          </w:p>
        </w:tc>
        <w:tc>
          <w:tcPr>
            <w:tcW w:w="3600" w:type="dxa"/>
            <w:vMerge w:val="restart"/>
            <w:shd w:val="clear" w:color="auto" w:fill="F2F2F2"/>
            <w:tcMar>
              <w:top w:w="80" w:type="dxa"/>
              <w:left w:w="80" w:type="dxa"/>
              <w:bottom w:w="80" w:type="dxa"/>
              <w:right w:w="80" w:type="dxa"/>
            </w:tcMar>
          </w:tcPr>
          <w:p w14:paraId="2F6AB25D" w14:textId="77777777" w:rsidR="00EC7A70" w:rsidRDefault="00EC7A70" w:rsidP="00D420CD">
            <w:r>
              <w:rPr>
                <w:color w:val="000000"/>
                <w:sz w:val="16"/>
              </w:rPr>
              <w:t>Parameters:</w:t>
            </w:r>
            <w:r>
              <w:rPr>
                <w:color w:val="000000"/>
                <w:sz w:val="16"/>
              </w:rPr>
              <w:br/>
            </w:r>
          </w:p>
        </w:tc>
      </w:tr>
      <w:tr w:rsidR="00EC7A70" w14:paraId="1361F18B" w14:textId="77777777" w:rsidTr="00D420CD">
        <w:trPr>
          <w:jc w:val="center"/>
        </w:trPr>
        <w:tc>
          <w:tcPr>
            <w:tcW w:w="5760" w:type="dxa"/>
            <w:tcMar>
              <w:top w:w="80" w:type="dxa"/>
              <w:left w:w="80" w:type="dxa"/>
              <w:bottom w:w="80" w:type="dxa"/>
              <w:right w:w="80" w:type="dxa"/>
            </w:tcMar>
          </w:tcPr>
          <w:p w14:paraId="3A5604C6" w14:textId="77777777" w:rsidR="00EC7A70" w:rsidRDefault="00EC7A70" w:rsidP="00D420CD">
            <w:r>
              <w:rPr>
                <w:color w:val="000000"/>
                <w:sz w:val="18"/>
              </w:rPr>
              <w:t>Response Structure</w:t>
            </w:r>
            <w:r>
              <w:rPr>
                <w:rFonts w:ascii="Roboto Mono" w:hAnsi="Roboto Mono"/>
                <w:b/>
                <w:color w:val="000000"/>
                <w:sz w:val="16"/>
              </w:rPr>
              <w:br/>
              <w:t xml:space="preserve">UART_CMD &lt; </w:t>
            </w:r>
            <w:proofErr w:type="spellStart"/>
            <w:r>
              <w:rPr>
                <w:rFonts w:ascii="Roboto Mono" w:hAnsi="Roboto Mono"/>
                <w:b/>
                <w:color w:val="000000"/>
                <w:sz w:val="16"/>
              </w:rPr>
              <w:t>CmdName</w:t>
            </w:r>
            <w:proofErr w:type="spellEnd"/>
            <w:r>
              <w:rPr>
                <w:rFonts w:ascii="Roboto Mono" w:hAnsi="Roboto Mono"/>
                <w:b/>
                <w:color w:val="000000"/>
                <w:sz w:val="16"/>
              </w:rPr>
              <w:t xml:space="preserve"> &gt; &lt; HEX | STR &gt; &lt; </w:t>
            </w:r>
            <w:proofErr w:type="spellStart"/>
            <w:r>
              <w:rPr>
                <w:rFonts w:ascii="Roboto Mono" w:hAnsi="Roboto Mono"/>
                <w:b/>
                <w:color w:val="000000"/>
                <w:sz w:val="16"/>
              </w:rPr>
              <w:t>CmdStr</w:t>
            </w:r>
            <w:proofErr w:type="spellEnd"/>
            <w:r>
              <w:rPr>
                <w:rFonts w:ascii="Roboto Mono" w:hAnsi="Roboto Mono"/>
                <w:b/>
                <w:color w:val="000000"/>
                <w:sz w:val="16"/>
              </w:rPr>
              <w:t xml:space="preserve"> &gt;</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UART_CMD &lt; CmdName1 &gt; &lt; HEX | STR &gt; &lt; CmdStr1 &gt;</w:t>
            </w:r>
            <w:r>
              <w:rPr>
                <w:rFonts w:ascii="Roboto Mono" w:hAnsi="Roboto Mono"/>
                <w:b/>
                <w:color w:val="000000"/>
                <w:sz w:val="16"/>
              </w:rPr>
              <w:br/>
              <w:t>UART_CMD &lt; CmdName2 &gt; &lt; HEX | STR &gt; &lt; CmdStr2 &gt;</w:t>
            </w:r>
            <w:r>
              <w:rPr>
                <w:rFonts w:ascii="Roboto Mono" w:hAnsi="Roboto Mono"/>
                <w:b/>
                <w:color w:val="000000"/>
                <w:sz w:val="16"/>
              </w:rPr>
              <w:br/>
              <w:t>...</w:t>
            </w:r>
          </w:p>
        </w:tc>
        <w:tc>
          <w:tcPr>
            <w:tcW w:w="3600" w:type="dxa"/>
            <w:vMerge/>
          </w:tcPr>
          <w:p w14:paraId="1101F6B3" w14:textId="77777777" w:rsidR="00EC7A70" w:rsidRDefault="00EC7A70" w:rsidP="00D420CD"/>
        </w:tc>
      </w:tr>
      <w:tr w:rsidR="00EC7A70" w14:paraId="51CCFD66" w14:textId="77777777" w:rsidTr="00D420CD">
        <w:trPr>
          <w:jc w:val="center"/>
        </w:trPr>
        <w:tc>
          <w:tcPr>
            <w:tcW w:w="5760" w:type="dxa"/>
            <w:tcMar>
              <w:top w:w="80" w:type="dxa"/>
              <w:left w:w="80" w:type="dxa"/>
              <w:bottom w:w="0" w:type="dxa"/>
              <w:right w:w="80" w:type="dxa"/>
            </w:tcMar>
          </w:tcPr>
          <w:p w14:paraId="2F7C2409" w14:textId="77777777" w:rsidR="00EC7A70" w:rsidRDefault="00EC7A70" w:rsidP="00D420CD">
            <w:r>
              <w:rPr>
                <w:color w:val="000000"/>
                <w:sz w:val="18"/>
              </w:rPr>
              <w:t>Command Example</w:t>
            </w:r>
          </w:p>
        </w:tc>
        <w:tc>
          <w:tcPr>
            <w:tcW w:w="3600" w:type="dxa"/>
            <w:vMerge/>
          </w:tcPr>
          <w:p w14:paraId="487F2C22" w14:textId="77777777" w:rsidR="00EC7A70" w:rsidRDefault="00EC7A70" w:rsidP="00D420CD"/>
        </w:tc>
      </w:tr>
      <w:tr w:rsidR="00EC7A70" w14:paraId="452AC3B8" w14:textId="77777777" w:rsidTr="00D420CD">
        <w:trPr>
          <w:jc w:val="center"/>
        </w:trPr>
        <w:tc>
          <w:tcPr>
            <w:tcW w:w="5760" w:type="dxa"/>
            <w:shd w:val="clear" w:color="auto" w:fill="000000"/>
            <w:tcMar>
              <w:top w:w="0" w:type="dxa"/>
              <w:left w:w="80" w:type="dxa"/>
              <w:bottom w:w="80" w:type="dxa"/>
              <w:right w:w="80" w:type="dxa"/>
            </w:tcMar>
          </w:tcPr>
          <w:p w14:paraId="40222538" w14:textId="77777777" w:rsidR="00EC7A70" w:rsidRDefault="00EC7A70" w:rsidP="00D420CD">
            <w:r>
              <w:rPr>
                <w:rFonts w:ascii="Roboto Mono" w:hAnsi="Roboto Mono"/>
                <w:b/>
                <w:color w:val="FFFFFF"/>
                <w:sz w:val="16"/>
              </w:rPr>
              <w:t>GET UART_CMD ON</w:t>
            </w:r>
          </w:p>
        </w:tc>
        <w:tc>
          <w:tcPr>
            <w:tcW w:w="3600" w:type="dxa"/>
            <w:vMerge/>
          </w:tcPr>
          <w:p w14:paraId="78FAB626" w14:textId="77777777" w:rsidR="00EC7A70" w:rsidRDefault="00EC7A70" w:rsidP="00D420CD"/>
        </w:tc>
      </w:tr>
      <w:tr w:rsidR="00EC7A70" w14:paraId="7D8DE446" w14:textId="77777777" w:rsidTr="00D420CD">
        <w:trPr>
          <w:jc w:val="center"/>
        </w:trPr>
        <w:tc>
          <w:tcPr>
            <w:tcW w:w="5760" w:type="dxa"/>
            <w:tcMar>
              <w:top w:w="80" w:type="dxa"/>
              <w:left w:w="80" w:type="dxa"/>
              <w:bottom w:w="0" w:type="dxa"/>
              <w:right w:w="80" w:type="dxa"/>
            </w:tcMar>
          </w:tcPr>
          <w:p w14:paraId="14A343B0" w14:textId="77777777" w:rsidR="00EC7A70" w:rsidRDefault="00EC7A70" w:rsidP="00D420CD">
            <w:r>
              <w:rPr>
                <w:color w:val="000000"/>
                <w:sz w:val="18"/>
              </w:rPr>
              <w:t>Response Example</w:t>
            </w:r>
          </w:p>
        </w:tc>
        <w:tc>
          <w:tcPr>
            <w:tcW w:w="3600" w:type="dxa"/>
            <w:vMerge/>
          </w:tcPr>
          <w:p w14:paraId="5668623F" w14:textId="77777777" w:rsidR="00EC7A70" w:rsidRDefault="00EC7A70" w:rsidP="00D420CD"/>
        </w:tc>
      </w:tr>
      <w:tr w:rsidR="00EC7A70" w14:paraId="4E282204" w14:textId="77777777" w:rsidTr="00D420CD">
        <w:trPr>
          <w:jc w:val="center"/>
        </w:trPr>
        <w:tc>
          <w:tcPr>
            <w:tcW w:w="5760" w:type="dxa"/>
            <w:shd w:val="clear" w:color="auto" w:fill="000000"/>
            <w:tcMar>
              <w:top w:w="0" w:type="dxa"/>
              <w:left w:w="80" w:type="dxa"/>
              <w:bottom w:w="80" w:type="dxa"/>
              <w:right w:w="80" w:type="dxa"/>
            </w:tcMar>
          </w:tcPr>
          <w:p w14:paraId="477B4605" w14:textId="77777777" w:rsidR="00EC7A70" w:rsidRDefault="00EC7A70" w:rsidP="00D420CD">
            <w:r>
              <w:rPr>
                <w:rFonts w:ascii="Roboto Mono" w:hAnsi="Roboto Mono"/>
                <w:b/>
                <w:color w:val="FFFFFF"/>
                <w:sz w:val="16"/>
              </w:rPr>
              <w:t>UART_CMD ON STR POWERON</w:t>
            </w:r>
          </w:p>
        </w:tc>
        <w:tc>
          <w:tcPr>
            <w:tcW w:w="3600" w:type="dxa"/>
            <w:vMerge/>
          </w:tcPr>
          <w:p w14:paraId="5F39F991" w14:textId="77777777" w:rsidR="00EC7A70" w:rsidRDefault="00EC7A70" w:rsidP="00D420CD"/>
        </w:tc>
      </w:tr>
      <w:tr w:rsidR="00EC7A70" w14:paraId="4BB7BBC3" w14:textId="77777777" w:rsidTr="00D420CD">
        <w:trPr>
          <w:jc w:val="center"/>
        </w:trPr>
        <w:tc>
          <w:tcPr>
            <w:tcW w:w="9360" w:type="dxa"/>
            <w:gridSpan w:val="2"/>
            <w:shd w:val="clear" w:color="auto" w:fill="E0F6EC"/>
            <w:tcMar>
              <w:top w:w="80" w:type="dxa"/>
              <w:left w:w="80" w:type="dxa"/>
              <w:bottom w:w="80" w:type="dxa"/>
              <w:right w:w="80" w:type="dxa"/>
            </w:tcMar>
          </w:tcPr>
          <w:p w14:paraId="74ADD455" w14:textId="77777777" w:rsidR="00EC7A70" w:rsidRDefault="00EC7A70" w:rsidP="00D420CD">
            <w:r>
              <w:rPr>
                <w:color w:val="000000"/>
                <w:sz w:val="16"/>
              </w:rPr>
              <w:t xml:space="preserve">Additional Notes: </w:t>
            </w:r>
          </w:p>
        </w:tc>
      </w:tr>
    </w:tbl>
    <w:p w14:paraId="62AAFD7B" w14:textId="337281A9" w:rsidR="00800BC3" w:rsidRDefault="00800BC3" w:rsidP="00EC7A70"/>
    <w:p w14:paraId="4AE4F1A8" w14:textId="77777777" w:rsidR="00800BC3" w:rsidRDefault="00800BC3">
      <w:r>
        <w:br w:type="page"/>
      </w:r>
    </w:p>
    <w:p w14:paraId="54CB4920" w14:textId="77777777" w:rsidR="00EC7A70" w:rsidRDefault="00EC7A70" w:rsidP="00EC7A70">
      <w:pPr>
        <w:pStyle w:val="Heading2"/>
      </w:pPr>
      <w:bookmarkStart w:id="87" w:name="_Toc218512848"/>
      <w:r>
        <w:rPr>
          <w:rFonts w:ascii="Roboto" w:hAnsi="Roboto"/>
          <w:color w:val="000000"/>
          <w:sz w:val="28"/>
        </w:rPr>
        <w:lastRenderedPageBreak/>
        <w:t>5.20 Send UART Command</w:t>
      </w:r>
      <w:bookmarkEnd w:id="87"/>
    </w:p>
    <w:p w14:paraId="15C12A9E" w14:textId="77777777" w:rsidR="00EC7A70" w:rsidRDefault="00EC7A70" w:rsidP="00EC7A70">
      <w:r>
        <w:rPr>
          <w:rFonts w:ascii="Roboto" w:hAnsi="Roboto"/>
          <w:sz w:val="18"/>
        </w:rPr>
        <w:br/>
        <w:t>Send a previously defined UART (serial) command.</w:t>
      </w:r>
    </w:p>
    <w:tbl>
      <w:tblPr>
        <w:tblStyle w:val="luka"/>
        <w:tblW w:w="0" w:type="auto"/>
        <w:jc w:val="center"/>
        <w:tblLook w:val="04A0" w:firstRow="1" w:lastRow="0" w:firstColumn="1" w:lastColumn="0" w:noHBand="0" w:noVBand="1"/>
      </w:tblPr>
      <w:tblGrid>
        <w:gridCol w:w="5760"/>
        <w:gridCol w:w="3600"/>
      </w:tblGrid>
      <w:tr w:rsidR="00EC7A70" w14:paraId="46CDA854" w14:textId="77777777" w:rsidTr="00D420CD">
        <w:trPr>
          <w:jc w:val="center"/>
        </w:trPr>
        <w:tc>
          <w:tcPr>
            <w:tcW w:w="5760" w:type="dxa"/>
            <w:tcMar>
              <w:top w:w="80" w:type="dxa"/>
              <w:left w:w="80" w:type="dxa"/>
              <w:bottom w:w="80" w:type="dxa"/>
              <w:right w:w="80" w:type="dxa"/>
            </w:tcMar>
          </w:tcPr>
          <w:p w14:paraId="2E8CA8A5" w14:textId="77777777" w:rsidR="00EC7A70" w:rsidRDefault="00EC7A70" w:rsidP="00D420CD">
            <w:r>
              <w:rPr>
                <w:color w:val="000000"/>
                <w:sz w:val="18"/>
              </w:rPr>
              <w:t>Command Structure</w:t>
            </w:r>
            <w:r>
              <w:rPr>
                <w:rFonts w:ascii="Roboto Mono" w:hAnsi="Roboto Mono"/>
                <w:b/>
                <w:color w:val="000000"/>
                <w:sz w:val="16"/>
              </w:rPr>
              <w:br/>
              <w:t xml:space="preserve">SET UART_CMD_S &lt; </w:t>
            </w:r>
            <w:proofErr w:type="spellStart"/>
            <w:r>
              <w:rPr>
                <w:rFonts w:ascii="Roboto Mono" w:hAnsi="Roboto Mono"/>
                <w:b/>
                <w:color w:val="000000"/>
                <w:sz w:val="16"/>
              </w:rPr>
              <w:t>CmdName</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652E9316" w14:textId="77777777" w:rsidR="00EC7A70" w:rsidRDefault="00EC7A70" w:rsidP="00D420CD">
            <w:r>
              <w:rPr>
                <w:color w:val="000000"/>
                <w:sz w:val="16"/>
              </w:rPr>
              <w:t>Parameters:</w:t>
            </w:r>
            <w:r>
              <w:rPr>
                <w:color w:val="000000"/>
                <w:sz w:val="16"/>
              </w:rPr>
              <w:br/>
            </w:r>
          </w:p>
        </w:tc>
      </w:tr>
      <w:tr w:rsidR="00EC7A70" w14:paraId="182D5E2E" w14:textId="77777777" w:rsidTr="00D420CD">
        <w:trPr>
          <w:jc w:val="center"/>
        </w:trPr>
        <w:tc>
          <w:tcPr>
            <w:tcW w:w="5760" w:type="dxa"/>
            <w:tcMar>
              <w:top w:w="80" w:type="dxa"/>
              <w:left w:w="80" w:type="dxa"/>
              <w:bottom w:w="80" w:type="dxa"/>
              <w:right w:w="80" w:type="dxa"/>
            </w:tcMar>
          </w:tcPr>
          <w:p w14:paraId="5ABF8996" w14:textId="77777777" w:rsidR="00EC7A70" w:rsidRDefault="00EC7A70" w:rsidP="00D420CD">
            <w:r>
              <w:rPr>
                <w:color w:val="000000"/>
                <w:sz w:val="18"/>
              </w:rPr>
              <w:t>Response Structure</w:t>
            </w:r>
            <w:r>
              <w:rPr>
                <w:rFonts w:ascii="Roboto Mono" w:hAnsi="Roboto Mono"/>
                <w:b/>
                <w:color w:val="000000"/>
                <w:sz w:val="16"/>
              </w:rPr>
              <w:br/>
              <w:t xml:space="preserve">UART_CMD_S &lt; </w:t>
            </w:r>
            <w:proofErr w:type="spellStart"/>
            <w:r>
              <w:rPr>
                <w:rFonts w:ascii="Roboto Mono" w:hAnsi="Roboto Mono"/>
                <w:b/>
                <w:color w:val="000000"/>
                <w:sz w:val="16"/>
              </w:rPr>
              <w:t>CmdName</w:t>
            </w:r>
            <w:proofErr w:type="spellEnd"/>
            <w:r>
              <w:rPr>
                <w:rFonts w:ascii="Roboto Mono" w:hAnsi="Roboto Mono"/>
                <w:b/>
                <w:color w:val="000000"/>
                <w:sz w:val="16"/>
              </w:rPr>
              <w:t xml:space="preserve"> &gt;</w:t>
            </w:r>
          </w:p>
        </w:tc>
        <w:tc>
          <w:tcPr>
            <w:tcW w:w="3600" w:type="dxa"/>
            <w:vMerge/>
          </w:tcPr>
          <w:p w14:paraId="010E2EFD" w14:textId="77777777" w:rsidR="00EC7A70" w:rsidRDefault="00EC7A70" w:rsidP="00D420CD"/>
        </w:tc>
      </w:tr>
      <w:tr w:rsidR="00EC7A70" w14:paraId="73748DE1" w14:textId="77777777" w:rsidTr="00D420CD">
        <w:trPr>
          <w:jc w:val="center"/>
        </w:trPr>
        <w:tc>
          <w:tcPr>
            <w:tcW w:w="5760" w:type="dxa"/>
            <w:tcMar>
              <w:top w:w="80" w:type="dxa"/>
              <w:left w:w="80" w:type="dxa"/>
              <w:bottom w:w="0" w:type="dxa"/>
              <w:right w:w="80" w:type="dxa"/>
            </w:tcMar>
          </w:tcPr>
          <w:p w14:paraId="1F82BC04" w14:textId="77777777" w:rsidR="00EC7A70" w:rsidRDefault="00EC7A70" w:rsidP="00D420CD">
            <w:r>
              <w:rPr>
                <w:color w:val="000000"/>
                <w:sz w:val="18"/>
              </w:rPr>
              <w:t>Command Example</w:t>
            </w:r>
          </w:p>
        </w:tc>
        <w:tc>
          <w:tcPr>
            <w:tcW w:w="3600" w:type="dxa"/>
            <w:vMerge/>
          </w:tcPr>
          <w:p w14:paraId="7573B85C" w14:textId="77777777" w:rsidR="00EC7A70" w:rsidRDefault="00EC7A70" w:rsidP="00D420CD"/>
        </w:tc>
      </w:tr>
      <w:tr w:rsidR="00EC7A70" w14:paraId="7EB2EB1C" w14:textId="77777777" w:rsidTr="00D420CD">
        <w:trPr>
          <w:jc w:val="center"/>
        </w:trPr>
        <w:tc>
          <w:tcPr>
            <w:tcW w:w="5760" w:type="dxa"/>
            <w:shd w:val="clear" w:color="auto" w:fill="000000"/>
            <w:tcMar>
              <w:top w:w="0" w:type="dxa"/>
              <w:left w:w="80" w:type="dxa"/>
              <w:bottom w:w="80" w:type="dxa"/>
              <w:right w:w="80" w:type="dxa"/>
            </w:tcMar>
          </w:tcPr>
          <w:p w14:paraId="5973DAE9" w14:textId="77777777" w:rsidR="00EC7A70" w:rsidRDefault="00EC7A70" w:rsidP="00D420CD">
            <w:r>
              <w:rPr>
                <w:rFonts w:ascii="Roboto Mono" w:hAnsi="Roboto Mono"/>
                <w:b/>
                <w:color w:val="FFFFFF"/>
                <w:sz w:val="16"/>
              </w:rPr>
              <w:t>SET UART_CMD_S ON</w:t>
            </w:r>
          </w:p>
        </w:tc>
        <w:tc>
          <w:tcPr>
            <w:tcW w:w="3600" w:type="dxa"/>
            <w:vMerge/>
          </w:tcPr>
          <w:p w14:paraId="4CA20552" w14:textId="77777777" w:rsidR="00EC7A70" w:rsidRDefault="00EC7A70" w:rsidP="00D420CD"/>
        </w:tc>
      </w:tr>
      <w:tr w:rsidR="00EC7A70" w14:paraId="28A3E0DE" w14:textId="77777777" w:rsidTr="00D420CD">
        <w:trPr>
          <w:jc w:val="center"/>
        </w:trPr>
        <w:tc>
          <w:tcPr>
            <w:tcW w:w="5760" w:type="dxa"/>
            <w:tcMar>
              <w:top w:w="80" w:type="dxa"/>
              <w:left w:w="80" w:type="dxa"/>
              <w:bottom w:w="0" w:type="dxa"/>
              <w:right w:w="80" w:type="dxa"/>
            </w:tcMar>
          </w:tcPr>
          <w:p w14:paraId="30F28696" w14:textId="77777777" w:rsidR="00EC7A70" w:rsidRDefault="00EC7A70" w:rsidP="00D420CD">
            <w:r>
              <w:rPr>
                <w:color w:val="000000"/>
                <w:sz w:val="18"/>
              </w:rPr>
              <w:t>Response Example</w:t>
            </w:r>
          </w:p>
        </w:tc>
        <w:tc>
          <w:tcPr>
            <w:tcW w:w="3600" w:type="dxa"/>
            <w:vMerge/>
          </w:tcPr>
          <w:p w14:paraId="6321F43E" w14:textId="77777777" w:rsidR="00EC7A70" w:rsidRDefault="00EC7A70" w:rsidP="00D420CD"/>
        </w:tc>
      </w:tr>
      <w:tr w:rsidR="00EC7A70" w14:paraId="4D0A3FB8" w14:textId="77777777" w:rsidTr="00D420CD">
        <w:trPr>
          <w:jc w:val="center"/>
        </w:trPr>
        <w:tc>
          <w:tcPr>
            <w:tcW w:w="5760" w:type="dxa"/>
            <w:shd w:val="clear" w:color="auto" w:fill="000000"/>
            <w:tcMar>
              <w:top w:w="0" w:type="dxa"/>
              <w:left w:w="80" w:type="dxa"/>
              <w:bottom w:w="80" w:type="dxa"/>
              <w:right w:w="80" w:type="dxa"/>
            </w:tcMar>
          </w:tcPr>
          <w:p w14:paraId="31F65F2B" w14:textId="77777777" w:rsidR="00EC7A70" w:rsidRDefault="00EC7A70" w:rsidP="00D420CD">
            <w:r>
              <w:rPr>
                <w:rFonts w:ascii="Roboto Mono" w:hAnsi="Roboto Mono"/>
                <w:b/>
                <w:color w:val="FFFFFF"/>
                <w:sz w:val="16"/>
              </w:rPr>
              <w:t>UART_CMD_S ON</w:t>
            </w:r>
          </w:p>
        </w:tc>
        <w:tc>
          <w:tcPr>
            <w:tcW w:w="3600" w:type="dxa"/>
            <w:vMerge/>
          </w:tcPr>
          <w:p w14:paraId="53ADC924" w14:textId="77777777" w:rsidR="00EC7A70" w:rsidRDefault="00EC7A70" w:rsidP="00D420CD"/>
        </w:tc>
      </w:tr>
      <w:tr w:rsidR="00EC7A70" w14:paraId="0AF63583" w14:textId="77777777" w:rsidTr="00D420CD">
        <w:trPr>
          <w:jc w:val="center"/>
        </w:trPr>
        <w:tc>
          <w:tcPr>
            <w:tcW w:w="9360" w:type="dxa"/>
            <w:gridSpan w:val="2"/>
            <w:shd w:val="clear" w:color="auto" w:fill="E0F6EC"/>
            <w:tcMar>
              <w:top w:w="80" w:type="dxa"/>
              <w:left w:w="80" w:type="dxa"/>
              <w:bottom w:w="80" w:type="dxa"/>
              <w:right w:w="80" w:type="dxa"/>
            </w:tcMar>
          </w:tcPr>
          <w:p w14:paraId="1D3B674A" w14:textId="77777777" w:rsidR="00EC7A70" w:rsidRDefault="00EC7A70" w:rsidP="00D420CD">
            <w:r>
              <w:rPr>
                <w:color w:val="000000"/>
                <w:sz w:val="16"/>
              </w:rPr>
              <w:t xml:space="preserve">Additional Notes: </w:t>
            </w:r>
          </w:p>
        </w:tc>
      </w:tr>
    </w:tbl>
    <w:p w14:paraId="226F9BD6" w14:textId="77777777" w:rsidR="00EC7A70" w:rsidRDefault="00EC7A70" w:rsidP="00EC7A70"/>
    <w:p w14:paraId="2EBA31E4" w14:textId="77777777" w:rsidR="00EC7A70" w:rsidRDefault="00EC7A70" w:rsidP="00EC7A70">
      <w:pPr>
        <w:pStyle w:val="Heading2"/>
      </w:pPr>
      <w:bookmarkStart w:id="88" w:name="_Toc218512849"/>
      <w:r>
        <w:rPr>
          <w:rFonts w:ascii="Roboto" w:hAnsi="Roboto"/>
          <w:color w:val="000000"/>
          <w:sz w:val="28"/>
        </w:rPr>
        <w:t>5.21 Send UART Command String</w:t>
      </w:r>
      <w:bookmarkEnd w:id="88"/>
    </w:p>
    <w:p w14:paraId="3818C6CE" w14:textId="77777777" w:rsidR="00EC7A70" w:rsidRDefault="00EC7A70" w:rsidP="00EC7A70">
      <w:r>
        <w:rPr>
          <w:rFonts w:ascii="Roboto" w:hAnsi="Roboto"/>
          <w:sz w:val="18"/>
        </w:rPr>
        <w:br/>
        <w:t>Directly send UART data.</w:t>
      </w:r>
    </w:p>
    <w:tbl>
      <w:tblPr>
        <w:tblStyle w:val="luka"/>
        <w:tblW w:w="0" w:type="auto"/>
        <w:jc w:val="center"/>
        <w:tblLook w:val="04A0" w:firstRow="1" w:lastRow="0" w:firstColumn="1" w:lastColumn="0" w:noHBand="0" w:noVBand="1"/>
      </w:tblPr>
      <w:tblGrid>
        <w:gridCol w:w="5760"/>
        <w:gridCol w:w="3600"/>
      </w:tblGrid>
      <w:tr w:rsidR="00EC7A70" w14:paraId="482E7E8A" w14:textId="77777777" w:rsidTr="00D420CD">
        <w:trPr>
          <w:jc w:val="center"/>
        </w:trPr>
        <w:tc>
          <w:tcPr>
            <w:tcW w:w="5760" w:type="dxa"/>
            <w:tcMar>
              <w:top w:w="80" w:type="dxa"/>
              <w:left w:w="80" w:type="dxa"/>
              <w:bottom w:w="80" w:type="dxa"/>
              <w:right w:w="80" w:type="dxa"/>
            </w:tcMar>
          </w:tcPr>
          <w:p w14:paraId="298F918C" w14:textId="77777777" w:rsidR="00EC7A70" w:rsidRDefault="00EC7A70" w:rsidP="00D420CD">
            <w:r>
              <w:rPr>
                <w:color w:val="000000"/>
                <w:sz w:val="18"/>
              </w:rPr>
              <w:t>Command Structure</w:t>
            </w:r>
            <w:r>
              <w:rPr>
                <w:rFonts w:ascii="Roboto Mono" w:hAnsi="Roboto Mono"/>
                <w:b/>
                <w:color w:val="000000"/>
                <w:sz w:val="16"/>
              </w:rPr>
              <w:br/>
              <w:t xml:space="preserve">SET UART_S &lt; HEX | STR &gt; &lt; </w:t>
            </w:r>
            <w:proofErr w:type="spellStart"/>
            <w:r>
              <w:rPr>
                <w:rFonts w:ascii="Roboto Mono" w:hAnsi="Roboto Mono"/>
                <w:b/>
                <w:color w:val="000000"/>
                <w:sz w:val="16"/>
              </w:rPr>
              <w:t>CmdStr</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03CF70FE" w14:textId="77777777" w:rsidR="00EC7A70" w:rsidRDefault="00EC7A70" w:rsidP="00D420CD">
            <w:r>
              <w:rPr>
                <w:color w:val="000000"/>
                <w:sz w:val="16"/>
              </w:rPr>
              <w:t>Parameters:</w:t>
            </w:r>
            <w:r>
              <w:rPr>
                <w:color w:val="000000"/>
                <w:sz w:val="16"/>
              </w:rPr>
              <w:br/>
            </w:r>
          </w:p>
        </w:tc>
      </w:tr>
      <w:tr w:rsidR="00EC7A70" w14:paraId="4BB09B8C" w14:textId="77777777" w:rsidTr="00D420CD">
        <w:trPr>
          <w:jc w:val="center"/>
        </w:trPr>
        <w:tc>
          <w:tcPr>
            <w:tcW w:w="5760" w:type="dxa"/>
            <w:tcMar>
              <w:top w:w="80" w:type="dxa"/>
              <w:left w:w="80" w:type="dxa"/>
              <w:bottom w:w="80" w:type="dxa"/>
              <w:right w:w="80" w:type="dxa"/>
            </w:tcMar>
          </w:tcPr>
          <w:p w14:paraId="3AB94BCD" w14:textId="77777777" w:rsidR="00EC7A70" w:rsidRDefault="00EC7A70" w:rsidP="00D420CD">
            <w:r>
              <w:rPr>
                <w:color w:val="000000"/>
                <w:sz w:val="18"/>
              </w:rPr>
              <w:t>Response Structure</w:t>
            </w:r>
            <w:r>
              <w:rPr>
                <w:rFonts w:ascii="Roboto Mono" w:hAnsi="Roboto Mono"/>
                <w:b/>
                <w:color w:val="000000"/>
                <w:sz w:val="16"/>
              </w:rPr>
              <w:br/>
              <w:t xml:space="preserve">UART_S &lt; HEX | STR &gt; &lt; </w:t>
            </w:r>
            <w:proofErr w:type="spellStart"/>
            <w:r>
              <w:rPr>
                <w:rFonts w:ascii="Roboto Mono" w:hAnsi="Roboto Mono"/>
                <w:b/>
                <w:color w:val="000000"/>
                <w:sz w:val="16"/>
              </w:rPr>
              <w:t>CmdStr</w:t>
            </w:r>
            <w:proofErr w:type="spellEnd"/>
            <w:r>
              <w:rPr>
                <w:rFonts w:ascii="Roboto Mono" w:hAnsi="Roboto Mono"/>
                <w:b/>
                <w:color w:val="000000"/>
                <w:sz w:val="16"/>
              </w:rPr>
              <w:t xml:space="preserve"> &gt;</w:t>
            </w:r>
          </w:p>
        </w:tc>
        <w:tc>
          <w:tcPr>
            <w:tcW w:w="3600" w:type="dxa"/>
            <w:vMerge/>
          </w:tcPr>
          <w:p w14:paraId="719DBEE0" w14:textId="77777777" w:rsidR="00EC7A70" w:rsidRDefault="00EC7A70" w:rsidP="00D420CD"/>
        </w:tc>
      </w:tr>
      <w:tr w:rsidR="00EC7A70" w14:paraId="54D46C3D" w14:textId="77777777" w:rsidTr="00D420CD">
        <w:trPr>
          <w:jc w:val="center"/>
        </w:trPr>
        <w:tc>
          <w:tcPr>
            <w:tcW w:w="5760" w:type="dxa"/>
            <w:tcMar>
              <w:top w:w="80" w:type="dxa"/>
              <w:left w:w="80" w:type="dxa"/>
              <w:bottom w:w="0" w:type="dxa"/>
              <w:right w:w="80" w:type="dxa"/>
            </w:tcMar>
          </w:tcPr>
          <w:p w14:paraId="514C3395" w14:textId="77777777" w:rsidR="00EC7A70" w:rsidRDefault="00EC7A70" w:rsidP="00D420CD">
            <w:r>
              <w:rPr>
                <w:color w:val="000000"/>
                <w:sz w:val="18"/>
              </w:rPr>
              <w:t>Command Example</w:t>
            </w:r>
          </w:p>
        </w:tc>
        <w:tc>
          <w:tcPr>
            <w:tcW w:w="3600" w:type="dxa"/>
            <w:vMerge/>
          </w:tcPr>
          <w:p w14:paraId="7363C047" w14:textId="77777777" w:rsidR="00EC7A70" w:rsidRDefault="00EC7A70" w:rsidP="00D420CD"/>
        </w:tc>
      </w:tr>
      <w:tr w:rsidR="00EC7A70" w14:paraId="24B047C7" w14:textId="77777777" w:rsidTr="00D420CD">
        <w:trPr>
          <w:jc w:val="center"/>
        </w:trPr>
        <w:tc>
          <w:tcPr>
            <w:tcW w:w="5760" w:type="dxa"/>
            <w:shd w:val="clear" w:color="auto" w:fill="000000"/>
            <w:tcMar>
              <w:top w:w="0" w:type="dxa"/>
              <w:left w:w="80" w:type="dxa"/>
              <w:bottom w:w="80" w:type="dxa"/>
              <w:right w:w="80" w:type="dxa"/>
            </w:tcMar>
          </w:tcPr>
          <w:p w14:paraId="74493128" w14:textId="77777777" w:rsidR="00EC7A70" w:rsidRDefault="00EC7A70" w:rsidP="00D420CD">
            <w:r>
              <w:rPr>
                <w:rFonts w:ascii="Roboto Mono" w:hAnsi="Roboto Mono"/>
                <w:b/>
                <w:color w:val="FFFFFF"/>
                <w:sz w:val="16"/>
              </w:rPr>
              <w:t>SET UART_S STR POWERON</w:t>
            </w:r>
          </w:p>
        </w:tc>
        <w:tc>
          <w:tcPr>
            <w:tcW w:w="3600" w:type="dxa"/>
            <w:vMerge/>
          </w:tcPr>
          <w:p w14:paraId="36EFB2EF" w14:textId="77777777" w:rsidR="00EC7A70" w:rsidRDefault="00EC7A70" w:rsidP="00D420CD"/>
        </w:tc>
      </w:tr>
      <w:tr w:rsidR="00EC7A70" w14:paraId="589BD00B" w14:textId="77777777" w:rsidTr="00D420CD">
        <w:trPr>
          <w:jc w:val="center"/>
        </w:trPr>
        <w:tc>
          <w:tcPr>
            <w:tcW w:w="5760" w:type="dxa"/>
            <w:tcMar>
              <w:top w:w="80" w:type="dxa"/>
              <w:left w:w="80" w:type="dxa"/>
              <w:bottom w:w="0" w:type="dxa"/>
              <w:right w:w="80" w:type="dxa"/>
            </w:tcMar>
          </w:tcPr>
          <w:p w14:paraId="19BE65AD" w14:textId="77777777" w:rsidR="00EC7A70" w:rsidRDefault="00EC7A70" w:rsidP="00D420CD">
            <w:r>
              <w:rPr>
                <w:color w:val="000000"/>
                <w:sz w:val="18"/>
              </w:rPr>
              <w:t>Response Example</w:t>
            </w:r>
          </w:p>
        </w:tc>
        <w:tc>
          <w:tcPr>
            <w:tcW w:w="3600" w:type="dxa"/>
            <w:vMerge/>
          </w:tcPr>
          <w:p w14:paraId="384F6328" w14:textId="77777777" w:rsidR="00EC7A70" w:rsidRDefault="00EC7A70" w:rsidP="00D420CD"/>
        </w:tc>
      </w:tr>
      <w:tr w:rsidR="00EC7A70" w14:paraId="4836526E" w14:textId="77777777" w:rsidTr="00D420CD">
        <w:trPr>
          <w:jc w:val="center"/>
        </w:trPr>
        <w:tc>
          <w:tcPr>
            <w:tcW w:w="5760" w:type="dxa"/>
            <w:shd w:val="clear" w:color="auto" w:fill="000000"/>
            <w:tcMar>
              <w:top w:w="0" w:type="dxa"/>
              <w:left w:w="80" w:type="dxa"/>
              <w:bottom w:w="80" w:type="dxa"/>
              <w:right w:w="80" w:type="dxa"/>
            </w:tcMar>
          </w:tcPr>
          <w:p w14:paraId="6C892004" w14:textId="77777777" w:rsidR="00EC7A70" w:rsidRDefault="00EC7A70" w:rsidP="00D420CD">
            <w:r>
              <w:rPr>
                <w:rFonts w:ascii="Roboto Mono" w:hAnsi="Roboto Mono"/>
                <w:b/>
                <w:color w:val="FFFFFF"/>
                <w:sz w:val="16"/>
              </w:rPr>
              <w:t>UART_S STR POWERON</w:t>
            </w:r>
          </w:p>
        </w:tc>
        <w:tc>
          <w:tcPr>
            <w:tcW w:w="3600" w:type="dxa"/>
            <w:vMerge/>
          </w:tcPr>
          <w:p w14:paraId="639E3A7A" w14:textId="77777777" w:rsidR="00EC7A70" w:rsidRDefault="00EC7A70" w:rsidP="00D420CD"/>
        </w:tc>
      </w:tr>
      <w:tr w:rsidR="00EC7A70" w14:paraId="4B9BE1E5" w14:textId="77777777" w:rsidTr="00D420CD">
        <w:trPr>
          <w:jc w:val="center"/>
        </w:trPr>
        <w:tc>
          <w:tcPr>
            <w:tcW w:w="9360" w:type="dxa"/>
            <w:gridSpan w:val="2"/>
            <w:shd w:val="clear" w:color="auto" w:fill="E0F6EC"/>
            <w:tcMar>
              <w:top w:w="80" w:type="dxa"/>
              <w:left w:w="80" w:type="dxa"/>
              <w:bottom w:w="80" w:type="dxa"/>
              <w:right w:w="80" w:type="dxa"/>
            </w:tcMar>
          </w:tcPr>
          <w:p w14:paraId="67052651" w14:textId="77777777" w:rsidR="00EC7A70" w:rsidRDefault="00EC7A70" w:rsidP="00D420CD">
            <w:r>
              <w:rPr>
                <w:color w:val="000000"/>
                <w:sz w:val="16"/>
              </w:rPr>
              <w:t xml:space="preserve">Additional Notes: </w:t>
            </w:r>
          </w:p>
        </w:tc>
      </w:tr>
    </w:tbl>
    <w:p w14:paraId="3635DA52" w14:textId="42528C44" w:rsidR="00800BC3" w:rsidRDefault="00800BC3" w:rsidP="00EC7A70"/>
    <w:p w14:paraId="73DBDCA6" w14:textId="77777777" w:rsidR="00800BC3" w:rsidRDefault="00800BC3">
      <w:r>
        <w:br w:type="page"/>
      </w:r>
    </w:p>
    <w:p w14:paraId="4B05443F" w14:textId="77777777" w:rsidR="00EC7A70" w:rsidRDefault="00EC7A70" w:rsidP="00EC7A70">
      <w:pPr>
        <w:pStyle w:val="Heading2"/>
      </w:pPr>
      <w:bookmarkStart w:id="89" w:name="_Toc218512850"/>
      <w:r>
        <w:rPr>
          <w:rFonts w:ascii="Roboto" w:hAnsi="Roboto"/>
          <w:color w:val="000000"/>
          <w:sz w:val="28"/>
        </w:rPr>
        <w:lastRenderedPageBreak/>
        <w:t>5.22 Set UART Power On/Off Function</w:t>
      </w:r>
      <w:bookmarkEnd w:id="89"/>
    </w:p>
    <w:p w14:paraId="2417F12A" w14:textId="77777777" w:rsidR="00EC7A70" w:rsidRDefault="00EC7A70" w:rsidP="00EC7A70">
      <w:r>
        <w:rPr>
          <w:rFonts w:ascii="Roboto" w:hAnsi="Roboto"/>
          <w:sz w:val="18"/>
        </w:rPr>
        <w:br/>
        <w:t>Configure whether the UART participates in sending power on/off commands.</w:t>
      </w:r>
      <w:r>
        <w:rPr>
          <w:rFonts w:ascii="Roboto" w:hAnsi="Roboto"/>
          <w:sz w:val="18"/>
        </w:rPr>
        <w:br/>
        <w:t>When the UART is operating in external control mode, if this setting is enabled, then when the device automatically or manually enters or exits standby, it will, in addition to sending CEC commands, also send the corresponding commands via the UART.</w:t>
      </w:r>
    </w:p>
    <w:tbl>
      <w:tblPr>
        <w:tblStyle w:val="luka"/>
        <w:tblW w:w="0" w:type="auto"/>
        <w:jc w:val="center"/>
        <w:tblLook w:val="04A0" w:firstRow="1" w:lastRow="0" w:firstColumn="1" w:lastColumn="0" w:noHBand="0" w:noVBand="1"/>
      </w:tblPr>
      <w:tblGrid>
        <w:gridCol w:w="5760"/>
        <w:gridCol w:w="3600"/>
      </w:tblGrid>
      <w:tr w:rsidR="00EC7A70" w14:paraId="1FFFD089" w14:textId="77777777" w:rsidTr="00D420CD">
        <w:trPr>
          <w:jc w:val="center"/>
        </w:trPr>
        <w:tc>
          <w:tcPr>
            <w:tcW w:w="5760" w:type="dxa"/>
            <w:tcMar>
              <w:top w:w="80" w:type="dxa"/>
              <w:left w:w="80" w:type="dxa"/>
              <w:bottom w:w="80" w:type="dxa"/>
              <w:right w:w="80" w:type="dxa"/>
            </w:tcMar>
          </w:tcPr>
          <w:p w14:paraId="458BAEA6" w14:textId="77777777" w:rsidR="00EC7A70" w:rsidRDefault="00EC7A70" w:rsidP="00D420CD">
            <w:r>
              <w:rPr>
                <w:color w:val="000000"/>
                <w:sz w:val="18"/>
              </w:rPr>
              <w:t>Command Structure</w:t>
            </w:r>
            <w:r>
              <w:rPr>
                <w:rFonts w:ascii="Roboto Mono" w:hAnsi="Roboto Mono"/>
                <w:b/>
                <w:color w:val="000000"/>
                <w:sz w:val="16"/>
              </w:rPr>
              <w:br/>
              <w:t>SET UARTPWR_FN &lt; ON | OFF &gt;</w:t>
            </w:r>
          </w:p>
        </w:tc>
        <w:tc>
          <w:tcPr>
            <w:tcW w:w="3600" w:type="dxa"/>
            <w:vMerge w:val="restart"/>
            <w:shd w:val="clear" w:color="auto" w:fill="F2F2F2"/>
            <w:tcMar>
              <w:top w:w="80" w:type="dxa"/>
              <w:left w:w="80" w:type="dxa"/>
              <w:bottom w:w="80" w:type="dxa"/>
              <w:right w:w="80" w:type="dxa"/>
            </w:tcMar>
          </w:tcPr>
          <w:p w14:paraId="1AB800B5" w14:textId="77777777" w:rsidR="00EC7A70" w:rsidRDefault="00EC7A70" w:rsidP="00D420CD">
            <w:r>
              <w:rPr>
                <w:color w:val="000000"/>
                <w:sz w:val="16"/>
              </w:rPr>
              <w:t>Parameters:</w:t>
            </w:r>
            <w:r>
              <w:rPr>
                <w:color w:val="000000"/>
                <w:sz w:val="16"/>
              </w:rPr>
              <w:br/>
            </w:r>
          </w:p>
        </w:tc>
      </w:tr>
      <w:tr w:rsidR="00EC7A70" w14:paraId="3A182C74" w14:textId="77777777" w:rsidTr="00D420CD">
        <w:trPr>
          <w:jc w:val="center"/>
        </w:trPr>
        <w:tc>
          <w:tcPr>
            <w:tcW w:w="5760" w:type="dxa"/>
            <w:tcMar>
              <w:top w:w="80" w:type="dxa"/>
              <w:left w:w="80" w:type="dxa"/>
              <w:bottom w:w="80" w:type="dxa"/>
              <w:right w:w="80" w:type="dxa"/>
            </w:tcMar>
          </w:tcPr>
          <w:p w14:paraId="33EFD4C3" w14:textId="77777777" w:rsidR="00EC7A70" w:rsidRDefault="00EC7A70" w:rsidP="00D420CD">
            <w:r>
              <w:rPr>
                <w:color w:val="000000"/>
                <w:sz w:val="18"/>
              </w:rPr>
              <w:t>Response Structure</w:t>
            </w:r>
            <w:r>
              <w:rPr>
                <w:rFonts w:ascii="Roboto Mono" w:hAnsi="Roboto Mono"/>
                <w:b/>
                <w:color w:val="000000"/>
                <w:sz w:val="16"/>
              </w:rPr>
              <w:br/>
              <w:t>UARTPWR_FN &lt; ON | OFF &gt;</w:t>
            </w:r>
          </w:p>
        </w:tc>
        <w:tc>
          <w:tcPr>
            <w:tcW w:w="3600" w:type="dxa"/>
            <w:vMerge/>
          </w:tcPr>
          <w:p w14:paraId="12C21123" w14:textId="77777777" w:rsidR="00EC7A70" w:rsidRDefault="00EC7A70" w:rsidP="00D420CD"/>
        </w:tc>
      </w:tr>
      <w:tr w:rsidR="00EC7A70" w14:paraId="1A2A9373" w14:textId="77777777" w:rsidTr="00D420CD">
        <w:trPr>
          <w:jc w:val="center"/>
        </w:trPr>
        <w:tc>
          <w:tcPr>
            <w:tcW w:w="5760" w:type="dxa"/>
            <w:tcMar>
              <w:top w:w="80" w:type="dxa"/>
              <w:left w:w="80" w:type="dxa"/>
              <w:bottom w:w="0" w:type="dxa"/>
              <w:right w:w="80" w:type="dxa"/>
            </w:tcMar>
          </w:tcPr>
          <w:p w14:paraId="4C6E3595" w14:textId="77777777" w:rsidR="00EC7A70" w:rsidRDefault="00EC7A70" w:rsidP="00D420CD">
            <w:r>
              <w:rPr>
                <w:color w:val="000000"/>
                <w:sz w:val="18"/>
              </w:rPr>
              <w:t>Command Example</w:t>
            </w:r>
          </w:p>
        </w:tc>
        <w:tc>
          <w:tcPr>
            <w:tcW w:w="3600" w:type="dxa"/>
            <w:vMerge/>
          </w:tcPr>
          <w:p w14:paraId="3B0A6DFF" w14:textId="77777777" w:rsidR="00EC7A70" w:rsidRDefault="00EC7A70" w:rsidP="00D420CD"/>
        </w:tc>
      </w:tr>
      <w:tr w:rsidR="00EC7A70" w14:paraId="4B53BF72" w14:textId="77777777" w:rsidTr="00D420CD">
        <w:trPr>
          <w:jc w:val="center"/>
        </w:trPr>
        <w:tc>
          <w:tcPr>
            <w:tcW w:w="5760" w:type="dxa"/>
            <w:shd w:val="clear" w:color="auto" w:fill="000000"/>
            <w:tcMar>
              <w:top w:w="0" w:type="dxa"/>
              <w:left w:w="80" w:type="dxa"/>
              <w:bottom w:w="80" w:type="dxa"/>
              <w:right w:w="80" w:type="dxa"/>
            </w:tcMar>
          </w:tcPr>
          <w:p w14:paraId="6E676503" w14:textId="77777777" w:rsidR="00EC7A70" w:rsidRDefault="00EC7A70" w:rsidP="00D420CD">
            <w:r>
              <w:rPr>
                <w:rFonts w:ascii="Roboto Mono" w:hAnsi="Roboto Mono"/>
                <w:b/>
                <w:color w:val="FFFFFF"/>
                <w:sz w:val="16"/>
              </w:rPr>
              <w:t>SET UARTPWR_FN ON</w:t>
            </w:r>
          </w:p>
        </w:tc>
        <w:tc>
          <w:tcPr>
            <w:tcW w:w="3600" w:type="dxa"/>
            <w:vMerge/>
          </w:tcPr>
          <w:p w14:paraId="0F9B13D0" w14:textId="77777777" w:rsidR="00EC7A70" w:rsidRDefault="00EC7A70" w:rsidP="00D420CD"/>
        </w:tc>
      </w:tr>
      <w:tr w:rsidR="00EC7A70" w14:paraId="518A57F4" w14:textId="77777777" w:rsidTr="00D420CD">
        <w:trPr>
          <w:jc w:val="center"/>
        </w:trPr>
        <w:tc>
          <w:tcPr>
            <w:tcW w:w="5760" w:type="dxa"/>
            <w:tcMar>
              <w:top w:w="80" w:type="dxa"/>
              <w:left w:w="80" w:type="dxa"/>
              <w:bottom w:w="0" w:type="dxa"/>
              <w:right w:w="80" w:type="dxa"/>
            </w:tcMar>
          </w:tcPr>
          <w:p w14:paraId="66E44AAF" w14:textId="77777777" w:rsidR="00EC7A70" w:rsidRDefault="00EC7A70" w:rsidP="00D420CD">
            <w:r>
              <w:rPr>
                <w:color w:val="000000"/>
                <w:sz w:val="18"/>
              </w:rPr>
              <w:t>Response Example</w:t>
            </w:r>
          </w:p>
        </w:tc>
        <w:tc>
          <w:tcPr>
            <w:tcW w:w="3600" w:type="dxa"/>
            <w:vMerge/>
          </w:tcPr>
          <w:p w14:paraId="5F120658" w14:textId="77777777" w:rsidR="00EC7A70" w:rsidRDefault="00EC7A70" w:rsidP="00D420CD"/>
        </w:tc>
      </w:tr>
      <w:tr w:rsidR="00EC7A70" w14:paraId="23F971A2" w14:textId="77777777" w:rsidTr="00D420CD">
        <w:trPr>
          <w:jc w:val="center"/>
        </w:trPr>
        <w:tc>
          <w:tcPr>
            <w:tcW w:w="5760" w:type="dxa"/>
            <w:shd w:val="clear" w:color="auto" w:fill="000000"/>
            <w:tcMar>
              <w:top w:w="0" w:type="dxa"/>
              <w:left w:w="80" w:type="dxa"/>
              <w:bottom w:w="80" w:type="dxa"/>
              <w:right w:w="80" w:type="dxa"/>
            </w:tcMar>
          </w:tcPr>
          <w:p w14:paraId="435CFA64" w14:textId="77777777" w:rsidR="00EC7A70" w:rsidRDefault="00EC7A70" w:rsidP="00D420CD">
            <w:r>
              <w:rPr>
                <w:rFonts w:ascii="Roboto Mono" w:hAnsi="Roboto Mono"/>
                <w:b/>
                <w:color w:val="FFFFFF"/>
                <w:sz w:val="16"/>
              </w:rPr>
              <w:t>UARTPWR_FN ON</w:t>
            </w:r>
          </w:p>
        </w:tc>
        <w:tc>
          <w:tcPr>
            <w:tcW w:w="3600" w:type="dxa"/>
            <w:vMerge/>
          </w:tcPr>
          <w:p w14:paraId="60FEA47E" w14:textId="77777777" w:rsidR="00EC7A70" w:rsidRDefault="00EC7A70" w:rsidP="00D420CD"/>
        </w:tc>
      </w:tr>
      <w:tr w:rsidR="00EC7A70" w14:paraId="2C5DC282" w14:textId="77777777" w:rsidTr="00D420CD">
        <w:trPr>
          <w:jc w:val="center"/>
        </w:trPr>
        <w:tc>
          <w:tcPr>
            <w:tcW w:w="9360" w:type="dxa"/>
            <w:gridSpan w:val="2"/>
            <w:shd w:val="clear" w:color="auto" w:fill="E0F6EC"/>
            <w:tcMar>
              <w:top w:w="80" w:type="dxa"/>
              <w:left w:w="80" w:type="dxa"/>
              <w:bottom w:w="80" w:type="dxa"/>
              <w:right w:w="80" w:type="dxa"/>
            </w:tcMar>
          </w:tcPr>
          <w:p w14:paraId="338910FE" w14:textId="77777777" w:rsidR="00EC7A70" w:rsidRDefault="00EC7A70" w:rsidP="00D420CD">
            <w:r>
              <w:rPr>
                <w:color w:val="000000"/>
                <w:sz w:val="16"/>
              </w:rPr>
              <w:t>Additional Notes: Default: OFF</w:t>
            </w:r>
          </w:p>
        </w:tc>
      </w:tr>
    </w:tbl>
    <w:p w14:paraId="23FBADB9" w14:textId="77777777" w:rsidR="00EC7A70" w:rsidRDefault="00EC7A70" w:rsidP="00EC7A70"/>
    <w:p w14:paraId="09446A67" w14:textId="77777777" w:rsidR="00EC7A70" w:rsidRDefault="00EC7A70" w:rsidP="00EC7A70">
      <w:pPr>
        <w:pStyle w:val="Heading2"/>
      </w:pPr>
      <w:bookmarkStart w:id="90" w:name="_Toc218512851"/>
      <w:r>
        <w:rPr>
          <w:rFonts w:ascii="Roboto" w:hAnsi="Roboto"/>
          <w:color w:val="000000"/>
          <w:sz w:val="28"/>
        </w:rPr>
        <w:t>5.23 Get UART Power On/Off Function</w:t>
      </w:r>
      <w:bookmarkEnd w:id="90"/>
    </w:p>
    <w:p w14:paraId="20B29CE1" w14:textId="77777777" w:rsidR="00EC7A70" w:rsidRDefault="00EC7A70" w:rsidP="00EC7A70">
      <w:r>
        <w:rPr>
          <w:rFonts w:ascii="Roboto" w:hAnsi="Roboto"/>
          <w:sz w:val="18"/>
        </w:rPr>
        <w:br/>
        <w:t>Get whether the UART participates in sending power on/off commands.</w:t>
      </w:r>
    </w:p>
    <w:tbl>
      <w:tblPr>
        <w:tblStyle w:val="luka"/>
        <w:tblW w:w="0" w:type="auto"/>
        <w:jc w:val="center"/>
        <w:tblLook w:val="04A0" w:firstRow="1" w:lastRow="0" w:firstColumn="1" w:lastColumn="0" w:noHBand="0" w:noVBand="1"/>
      </w:tblPr>
      <w:tblGrid>
        <w:gridCol w:w="5760"/>
        <w:gridCol w:w="3600"/>
      </w:tblGrid>
      <w:tr w:rsidR="00EC7A70" w14:paraId="4E56D687" w14:textId="77777777" w:rsidTr="00D420CD">
        <w:trPr>
          <w:jc w:val="center"/>
        </w:trPr>
        <w:tc>
          <w:tcPr>
            <w:tcW w:w="5760" w:type="dxa"/>
            <w:tcMar>
              <w:top w:w="80" w:type="dxa"/>
              <w:left w:w="80" w:type="dxa"/>
              <w:bottom w:w="80" w:type="dxa"/>
              <w:right w:w="80" w:type="dxa"/>
            </w:tcMar>
          </w:tcPr>
          <w:p w14:paraId="7F3924B3" w14:textId="77777777" w:rsidR="00EC7A70" w:rsidRDefault="00EC7A70" w:rsidP="00D420CD">
            <w:r>
              <w:rPr>
                <w:color w:val="000000"/>
                <w:sz w:val="18"/>
              </w:rPr>
              <w:t>Command Structure</w:t>
            </w:r>
            <w:r>
              <w:rPr>
                <w:rFonts w:ascii="Roboto Mono" w:hAnsi="Roboto Mono"/>
                <w:b/>
                <w:color w:val="000000"/>
                <w:sz w:val="16"/>
              </w:rPr>
              <w:br/>
              <w:t>GET UARTPWR_FN</w:t>
            </w:r>
          </w:p>
        </w:tc>
        <w:tc>
          <w:tcPr>
            <w:tcW w:w="3600" w:type="dxa"/>
            <w:vMerge w:val="restart"/>
            <w:shd w:val="clear" w:color="auto" w:fill="F2F2F2"/>
            <w:tcMar>
              <w:top w:w="80" w:type="dxa"/>
              <w:left w:w="80" w:type="dxa"/>
              <w:bottom w:w="80" w:type="dxa"/>
              <w:right w:w="80" w:type="dxa"/>
            </w:tcMar>
          </w:tcPr>
          <w:p w14:paraId="4E41D360" w14:textId="77777777" w:rsidR="00EC7A70" w:rsidRDefault="00EC7A70" w:rsidP="00D420CD">
            <w:r>
              <w:rPr>
                <w:color w:val="000000"/>
                <w:sz w:val="16"/>
              </w:rPr>
              <w:t>Parameters:</w:t>
            </w:r>
            <w:r>
              <w:rPr>
                <w:color w:val="000000"/>
                <w:sz w:val="16"/>
              </w:rPr>
              <w:br/>
            </w:r>
          </w:p>
        </w:tc>
      </w:tr>
      <w:tr w:rsidR="00EC7A70" w14:paraId="3F248290" w14:textId="77777777" w:rsidTr="00D420CD">
        <w:trPr>
          <w:jc w:val="center"/>
        </w:trPr>
        <w:tc>
          <w:tcPr>
            <w:tcW w:w="5760" w:type="dxa"/>
            <w:tcMar>
              <w:top w:w="80" w:type="dxa"/>
              <w:left w:w="80" w:type="dxa"/>
              <w:bottom w:w="80" w:type="dxa"/>
              <w:right w:w="80" w:type="dxa"/>
            </w:tcMar>
          </w:tcPr>
          <w:p w14:paraId="7470CBE9" w14:textId="77777777" w:rsidR="00EC7A70" w:rsidRDefault="00EC7A70" w:rsidP="00D420CD">
            <w:r>
              <w:rPr>
                <w:color w:val="000000"/>
                <w:sz w:val="18"/>
              </w:rPr>
              <w:t>Response Structure</w:t>
            </w:r>
            <w:r>
              <w:rPr>
                <w:rFonts w:ascii="Roboto Mono" w:hAnsi="Roboto Mono"/>
                <w:b/>
                <w:color w:val="000000"/>
                <w:sz w:val="16"/>
              </w:rPr>
              <w:br/>
              <w:t>UARTPWR_FN &lt; ON | OFF &gt;</w:t>
            </w:r>
          </w:p>
        </w:tc>
        <w:tc>
          <w:tcPr>
            <w:tcW w:w="3600" w:type="dxa"/>
            <w:vMerge/>
          </w:tcPr>
          <w:p w14:paraId="264BA5CD" w14:textId="77777777" w:rsidR="00EC7A70" w:rsidRDefault="00EC7A70" w:rsidP="00D420CD"/>
        </w:tc>
      </w:tr>
      <w:tr w:rsidR="00EC7A70" w14:paraId="726F2A35" w14:textId="77777777" w:rsidTr="00D420CD">
        <w:trPr>
          <w:jc w:val="center"/>
        </w:trPr>
        <w:tc>
          <w:tcPr>
            <w:tcW w:w="5760" w:type="dxa"/>
            <w:tcMar>
              <w:top w:w="80" w:type="dxa"/>
              <w:left w:w="80" w:type="dxa"/>
              <w:bottom w:w="0" w:type="dxa"/>
              <w:right w:w="80" w:type="dxa"/>
            </w:tcMar>
          </w:tcPr>
          <w:p w14:paraId="76B1A706" w14:textId="77777777" w:rsidR="00EC7A70" w:rsidRDefault="00EC7A70" w:rsidP="00D420CD">
            <w:r>
              <w:rPr>
                <w:color w:val="000000"/>
                <w:sz w:val="18"/>
              </w:rPr>
              <w:t>Command Example</w:t>
            </w:r>
          </w:p>
        </w:tc>
        <w:tc>
          <w:tcPr>
            <w:tcW w:w="3600" w:type="dxa"/>
            <w:vMerge/>
          </w:tcPr>
          <w:p w14:paraId="186193C8" w14:textId="77777777" w:rsidR="00EC7A70" w:rsidRDefault="00EC7A70" w:rsidP="00D420CD"/>
        </w:tc>
      </w:tr>
      <w:tr w:rsidR="00EC7A70" w14:paraId="2E276976" w14:textId="77777777" w:rsidTr="00D420CD">
        <w:trPr>
          <w:jc w:val="center"/>
        </w:trPr>
        <w:tc>
          <w:tcPr>
            <w:tcW w:w="5760" w:type="dxa"/>
            <w:shd w:val="clear" w:color="auto" w:fill="000000"/>
            <w:tcMar>
              <w:top w:w="0" w:type="dxa"/>
              <w:left w:w="80" w:type="dxa"/>
              <w:bottom w:w="80" w:type="dxa"/>
              <w:right w:w="80" w:type="dxa"/>
            </w:tcMar>
          </w:tcPr>
          <w:p w14:paraId="2DB32931" w14:textId="77777777" w:rsidR="00EC7A70" w:rsidRDefault="00EC7A70" w:rsidP="00D420CD">
            <w:r>
              <w:rPr>
                <w:rFonts w:ascii="Roboto Mono" w:hAnsi="Roboto Mono"/>
                <w:b/>
                <w:color w:val="FFFFFF"/>
                <w:sz w:val="16"/>
              </w:rPr>
              <w:t>GET UARTPWR_FN</w:t>
            </w:r>
          </w:p>
        </w:tc>
        <w:tc>
          <w:tcPr>
            <w:tcW w:w="3600" w:type="dxa"/>
            <w:vMerge/>
          </w:tcPr>
          <w:p w14:paraId="4D40130B" w14:textId="77777777" w:rsidR="00EC7A70" w:rsidRDefault="00EC7A70" w:rsidP="00D420CD"/>
        </w:tc>
      </w:tr>
      <w:tr w:rsidR="00EC7A70" w14:paraId="431A64E0" w14:textId="77777777" w:rsidTr="00D420CD">
        <w:trPr>
          <w:jc w:val="center"/>
        </w:trPr>
        <w:tc>
          <w:tcPr>
            <w:tcW w:w="5760" w:type="dxa"/>
            <w:tcMar>
              <w:top w:w="80" w:type="dxa"/>
              <w:left w:w="80" w:type="dxa"/>
              <w:bottom w:w="0" w:type="dxa"/>
              <w:right w:w="80" w:type="dxa"/>
            </w:tcMar>
          </w:tcPr>
          <w:p w14:paraId="39058CE3" w14:textId="77777777" w:rsidR="00EC7A70" w:rsidRDefault="00EC7A70" w:rsidP="00D420CD">
            <w:r>
              <w:rPr>
                <w:color w:val="000000"/>
                <w:sz w:val="18"/>
              </w:rPr>
              <w:t>Response Example</w:t>
            </w:r>
          </w:p>
        </w:tc>
        <w:tc>
          <w:tcPr>
            <w:tcW w:w="3600" w:type="dxa"/>
            <w:vMerge/>
          </w:tcPr>
          <w:p w14:paraId="24FAC313" w14:textId="77777777" w:rsidR="00EC7A70" w:rsidRDefault="00EC7A70" w:rsidP="00D420CD"/>
        </w:tc>
      </w:tr>
      <w:tr w:rsidR="00EC7A70" w14:paraId="7A3E388C" w14:textId="77777777" w:rsidTr="00D420CD">
        <w:trPr>
          <w:jc w:val="center"/>
        </w:trPr>
        <w:tc>
          <w:tcPr>
            <w:tcW w:w="5760" w:type="dxa"/>
            <w:shd w:val="clear" w:color="auto" w:fill="000000"/>
            <w:tcMar>
              <w:top w:w="0" w:type="dxa"/>
              <w:left w:w="80" w:type="dxa"/>
              <w:bottom w:w="80" w:type="dxa"/>
              <w:right w:w="80" w:type="dxa"/>
            </w:tcMar>
          </w:tcPr>
          <w:p w14:paraId="669CCF52" w14:textId="77777777" w:rsidR="00EC7A70" w:rsidRDefault="00EC7A70" w:rsidP="00D420CD">
            <w:r>
              <w:rPr>
                <w:rFonts w:ascii="Roboto Mono" w:hAnsi="Roboto Mono"/>
                <w:b/>
                <w:color w:val="FFFFFF"/>
                <w:sz w:val="16"/>
              </w:rPr>
              <w:t>UARTPWR_FN ON</w:t>
            </w:r>
          </w:p>
        </w:tc>
        <w:tc>
          <w:tcPr>
            <w:tcW w:w="3600" w:type="dxa"/>
            <w:vMerge/>
          </w:tcPr>
          <w:p w14:paraId="28CA76D9" w14:textId="77777777" w:rsidR="00EC7A70" w:rsidRDefault="00EC7A70" w:rsidP="00D420CD"/>
        </w:tc>
      </w:tr>
      <w:tr w:rsidR="00EC7A70" w14:paraId="32B06C03" w14:textId="77777777" w:rsidTr="00D420CD">
        <w:trPr>
          <w:jc w:val="center"/>
        </w:trPr>
        <w:tc>
          <w:tcPr>
            <w:tcW w:w="9360" w:type="dxa"/>
            <w:gridSpan w:val="2"/>
            <w:shd w:val="clear" w:color="auto" w:fill="E0F6EC"/>
            <w:tcMar>
              <w:top w:w="80" w:type="dxa"/>
              <w:left w:w="80" w:type="dxa"/>
              <w:bottom w:w="80" w:type="dxa"/>
              <w:right w:w="80" w:type="dxa"/>
            </w:tcMar>
          </w:tcPr>
          <w:p w14:paraId="400C4B45" w14:textId="77777777" w:rsidR="00EC7A70" w:rsidRDefault="00EC7A70" w:rsidP="00D420CD">
            <w:r>
              <w:rPr>
                <w:color w:val="000000"/>
                <w:sz w:val="16"/>
              </w:rPr>
              <w:t xml:space="preserve">Additional Notes: </w:t>
            </w:r>
          </w:p>
        </w:tc>
      </w:tr>
    </w:tbl>
    <w:p w14:paraId="352C6FAE" w14:textId="3AD2B94B" w:rsidR="00800BC3" w:rsidRDefault="00800BC3" w:rsidP="00EC7A70"/>
    <w:p w14:paraId="411B3A41" w14:textId="77777777" w:rsidR="00800BC3" w:rsidRDefault="00800BC3">
      <w:r>
        <w:br w:type="page"/>
      </w:r>
    </w:p>
    <w:p w14:paraId="04C52FB8" w14:textId="77777777" w:rsidR="00EC7A70" w:rsidRDefault="00EC7A70" w:rsidP="00EC7A70">
      <w:pPr>
        <w:pStyle w:val="Heading2"/>
      </w:pPr>
      <w:bookmarkStart w:id="91" w:name="_Toc218512852"/>
      <w:r>
        <w:rPr>
          <w:rFonts w:ascii="Roboto" w:hAnsi="Roboto"/>
          <w:color w:val="000000"/>
          <w:sz w:val="28"/>
        </w:rPr>
        <w:lastRenderedPageBreak/>
        <w:t>5.24 Send CEC and/or RS232 Commands</w:t>
      </w:r>
      <w:bookmarkEnd w:id="91"/>
    </w:p>
    <w:p w14:paraId="1BC46097" w14:textId="77777777" w:rsidR="00EC7A70" w:rsidRDefault="00EC7A70" w:rsidP="00EC7A70">
      <w:r>
        <w:rPr>
          <w:rFonts w:ascii="Roboto" w:hAnsi="Roboto"/>
          <w:sz w:val="18"/>
        </w:rPr>
        <w:br/>
        <w:t>Send CEC and/or RS232 commands simultaneously.</w:t>
      </w:r>
    </w:p>
    <w:tbl>
      <w:tblPr>
        <w:tblStyle w:val="luka"/>
        <w:tblW w:w="0" w:type="auto"/>
        <w:jc w:val="center"/>
        <w:tblLook w:val="04A0" w:firstRow="1" w:lastRow="0" w:firstColumn="1" w:lastColumn="0" w:noHBand="0" w:noVBand="1"/>
      </w:tblPr>
      <w:tblGrid>
        <w:gridCol w:w="5760"/>
        <w:gridCol w:w="3600"/>
      </w:tblGrid>
      <w:tr w:rsidR="00EC7A70" w14:paraId="7D4B6DDE" w14:textId="77777777" w:rsidTr="00D420CD">
        <w:trPr>
          <w:jc w:val="center"/>
        </w:trPr>
        <w:tc>
          <w:tcPr>
            <w:tcW w:w="5760" w:type="dxa"/>
            <w:tcMar>
              <w:top w:w="80" w:type="dxa"/>
              <w:left w:w="80" w:type="dxa"/>
              <w:bottom w:w="80" w:type="dxa"/>
              <w:right w:w="80" w:type="dxa"/>
            </w:tcMar>
          </w:tcPr>
          <w:p w14:paraId="57BA43EA" w14:textId="77777777" w:rsidR="00EC7A70" w:rsidRDefault="00EC7A70" w:rsidP="00D420CD">
            <w:r>
              <w:rPr>
                <w:color w:val="000000"/>
                <w:sz w:val="18"/>
              </w:rPr>
              <w:t>Command Structure</w:t>
            </w:r>
            <w:r>
              <w:rPr>
                <w:rFonts w:ascii="Roboto Mono" w:hAnsi="Roboto Mono"/>
                <w:b/>
                <w:color w:val="000000"/>
                <w:sz w:val="16"/>
              </w:rPr>
              <w:br/>
              <w:t>SET SEND_CMD &lt; ON | OFF &gt; &lt; RS232 | CEC | ALL &gt;</w:t>
            </w:r>
          </w:p>
        </w:tc>
        <w:tc>
          <w:tcPr>
            <w:tcW w:w="3600" w:type="dxa"/>
            <w:vMerge w:val="restart"/>
            <w:shd w:val="clear" w:color="auto" w:fill="F2F2F2"/>
            <w:tcMar>
              <w:top w:w="80" w:type="dxa"/>
              <w:left w:w="80" w:type="dxa"/>
              <w:bottom w:w="80" w:type="dxa"/>
              <w:right w:w="80" w:type="dxa"/>
            </w:tcMar>
          </w:tcPr>
          <w:p w14:paraId="1FCC57A7" w14:textId="77777777" w:rsidR="00EC7A70" w:rsidRDefault="00EC7A70" w:rsidP="00D420CD">
            <w:r>
              <w:rPr>
                <w:color w:val="000000"/>
                <w:sz w:val="16"/>
              </w:rPr>
              <w:t>Parameters:</w:t>
            </w:r>
            <w:r>
              <w:rPr>
                <w:color w:val="000000"/>
                <w:sz w:val="16"/>
              </w:rPr>
              <w:br/>
              <w:t>RS232 = Send only RS232 commands</w:t>
            </w:r>
            <w:r>
              <w:rPr>
                <w:color w:val="000000"/>
                <w:sz w:val="16"/>
              </w:rPr>
              <w:br/>
              <w:t>CEC = Send only CEC commands</w:t>
            </w:r>
            <w:r>
              <w:rPr>
                <w:color w:val="000000"/>
                <w:sz w:val="16"/>
              </w:rPr>
              <w:br/>
              <w:t>ALL = Send both RS232 and CEC commands simultaneously</w:t>
            </w:r>
          </w:p>
        </w:tc>
      </w:tr>
      <w:tr w:rsidR="00EC7A70" w14:paraId="4D09303C" w14:textId="77777777" w:rsidTr="00D420CD">
        <w:trPr>
          <w:jc w:val="center"/>
        </w:trPr>
        <w:tc>
          <w:tcPr>
            <w:tcW w:w="5760" w:type="dxa"/>
            <w:tcMar>
              <w:top w:w="80" w:type="dxa"/>
              <w:left w:w="80" w:type="dxa"/>
              <w:bottom w:w="80" w:type="dxa"/>
              <w:right w:w="80" w:type="dxa"/>
            </w:tcMar>
          </w:tcPr>
          <w:p w14:paraId="51C2D36F" w14:textId="77777777" w:rsidR="00EC7A70" w:rsidRDefault="00EC7A70" w:rsidP="00D420CD">
            <w:r>
              <w:rPr>
                <w:color w:val="000000"/>
                <w:sz w:val="18"/>
              </w:rPr>
              <w:t>Response Structure</w:t>
            </w:r>
            <w:r>
              <w:rPr>
                <w:rFonts w:ascii="Roboto Mono" w:hAnsi="Roboto Mono"/>
                <w:b/>
                <w:color w:val="000000"/>
                <w:sz w:val="16"/>
              </w:rPr>
              <w:br/>
              <w:t>SEND_CMD &lt; ON | OFF &gt; &lt; RS232 | CEC | ALL &gt;</w:t>
            </w:r>
          </w:p>
        </w:tc>
        <w:tc>
          <w:tcPr>
            <w:tcW w:w="3600" w:type="dxa"/>
            <w:vMerge/>
          </w:tcPr>
          <w:p w14:paraId="3A3637D8" w14:textId="77777777" w:rsidR="00EC7A70" w:rsidRDefault="00EC7A70" w:rsidP="00D420CD"/>
        </w:tc>
      </w:tr>
      <w:tr w:rsidR="00EC7A70" w14:paraId="7E551BD4" w14:textId="77777777" w:rsidTr="00D420CD">
        <w:trPr>
          <w:jc w:val="center"/>
        </w:trPr>
        <w:tc>
          <w:tcPr>
            <w:tcW w:w="5760" w:type="dxa"/>
            <w:tcMar>
              <w:top w:w="80" w:type="dxa"/>
              <w:left w:w="80" w:type="dxa"/>
              <w:bottom w:w="0" w:type="dxa"/>
              <w:right w:w="80" w:type="dxa"/>
            </w:tcMar>
          </w:tcPr>
          <w:p w14:paraId="748C54AC" w14:textId="77777777" w:rsidR="00EC7A70" w:rsidRDefault="00EC7A70" w:rsidP="00D420CD">
            <w:r>
              <w:rPr>
                <w:color w:val="000000"/>
                <w:sz w:val="18"/>
              </w:rPr>
              <w:t>Command Example</w:t>
            </w:r>
          </w:p>
        </w:tc>
        <w:tc>
          <w:tcPr>
            <w:tcW w:w="3600" w:type="dxa"/>
            <w:vMerge/>
          </w:tcPr>
          <w:p w14:paraId="46993362" w14:textId="77777777" w:rsidR="00EC7A70" w:rsidRDefault="00EC7A70" w:rsidP="00D420CD"/>
        </w:tc>
      </w:tr>
      <w:tr w:rsidR="00EC7A70" w14:paraId="1127345F" w14:textId="77777777" w:rsidTr="00D420CD">
        <w:trPr>
          <w:jc w:val="center"/>
        </w:trPr>
        <w:tc>
          <w:tcPr>
            <w:tcW w:w="5760" w:type="dxa"/>
            <w:shd w:val="clear" w:color="auto" w:fill="000000"/>
            <w:tcMar>
              <w:top w:w="0" w:type="dxa"/>
              <w:left w:w="80" w:type="dxa"/>
              <w:bottom w:w="80" w:type="dxa"/>
              <w:right w:w="80" w:type="dxa"/>
            </w:tcMar>
          </w:tcPr>
          <w:p w14:paraId="22197D11" w14:textId="77777777" w:rsidR="00EC7A70" w:rsidRDefault="00EC7A70" w:rsidP="00D420CD">
            <w:r>
              <w:rPr>
                <w:rFonts w:ascii="Roboto Mono" w:hAnsi="Roboto Mono"/>
                <w:b/>
                <w:color w:val="FFFFFF"/>
                <w:sz w:val="16"/>
              </w:rPr>
              <w:t>SET SEND_CMD ON CEC</w:t>
            </w:r>
          </w:p>
        </w:tc>
        <w:tc>
          <w:tcPr>
            <w:tcW w:w="3600" w:type="dxa"/>
            <w:vMerge/>
          </w:tcPr>
          <w:p w14:paraId="46DFC221" w14:textId="77777777" w:rsidR="00EC7A70" w:rsidRDefault="00EC7A70" w:rsidP="00D420CD"/>
        </w:tc>
      </w:tr>
      <w:tr w:rsidR="00EC7A70" w14:paraId="57C6397F" w14:textId="77777777" w:rsidTr="00D420CD">
        <w:trPr>
          <w:jc w:val="center"/>
        </w:trPr>
        <w:tc>
          <w:tcPr>
            <w:tcW w:w="5760" w:type="dxa"/>
            <w:tcMar>
              <w:top w:w="80" w:type="dxa"/>
              <w:left w:w="80" w:type="dxa"/>
              <w:bottom w:w="0" w:type="dxa"/>
              <w:right w:w="80" w:type="dxa"/>
            </w:tcMar>
          </w:tcPr>
          <w:p w14:paraId="2810E5D2" w14:textId="77777777" w:rsidR="00EC7A70" w:rsidRDefault="00EC7A70" w:rsidP="00D420CD">
            <w:r>
              <w:rPr>
                <w:color w:val="000000"/>
                <w:sz w:val="18"/>
              </w:rPr>
              <w:t>Response Example</w:t>
            </w:r>
          </w:p>
        </w:tc>
        <w:tc>
          <w:tcPr>
            <w:tcW w:w="3600" w:type="dxa"/>
            <w:vMerge/>
          </w:tcPr>
          <w:p w14:paraId="2B4D83CE" w14:textId="77777777" w:rsidR="00EC7A70" w:rsidRDefault="00EC7A70" w:rsidP="00D420CD"/>
        </w:tc>
      </w:tr>
      <w:tr w:rsidR="00EC7A70" w14:paraId="72A635F5" w14:textId="77777777" w:rsidTr="00D420CD">
        <w:trPr>
          <w:jc w:val="center"/>
        </w:trPr>
        <w:tc>
          <w:tcPr>
            <w:tcW w:w="5760" w:type="dxa"/>
            <w:shd w:val="clear" w:color="auto" w:fill="000000"/>
            <w:tcMar>
              <w:top w:w="0" w:type="dxa"/>
              <w:left w:w="80" w:type="dxa"/>
              <w:bottom w:w="80" w:type="dxa"/>
              <w:right w:w="80" w:type="dxa"/>
            </w:tcMar>
          </w:tcPr>
          <w:p w14:paraId="6A9897CC" w14:textId="77777777" w:rsidR="00EC7A70" w:rsidRDefault="00EC7A70" w:rsidP="00D420CD">
            <w:r>
              <w:rPr>
                <w:rFonts w:ascii="Roboto Mono" w:hAnsi="Roboto Mono"/>
                <w:b/>
                <w:color w:val="FFFFFF"/>
                <w:sz w:val="16"/>
              </w:rPr>
              <w:t>SEND_CMD ON CEC</w:t>
            </w:r>
          </w:p>
        </w:tc>
        <w:tc>
          <w:tcPr>
            <w:tcW w:w="3600" w:type="dxa"/>
            <w:vMerge/>
          </w:tcPr>
          <w:p w14:paraId="7B046511" w14:textId="77777777" w:rsidR="00EC7A70" w:rsidRDefault="00EC7A70" w:rsidP="00D420CD"/>
        </w:tc>
      </w:tr>
      <w:tr w:rsidR="00EC7A70" w14:paraId="20CF67EF" w14:textId="77777777" w:rsidTr="00D420CD">
        <w:trPr>
          <w:jc w:val="center"/>
        </w:trPr>
        <w:tc>
          <w:tcPr>
            <w:tcW w:w="9360" w:type="dxa"/>
            <w:gridSpan w:val="2"/>
            <w:shd w:val="clear" w:color="auto" w:fill="E0F6EC"/>
            <w:tcMar>
              <w:top w:w="80" w:type="dxa"/>
              <w:left w:w="80" w:type="dxa"/>
              <w:bottom w:w="80" w:type="dxa"/>
              <w:right w:w="80" w:type="dxa"/>
            </w:tcMar>
          </w:tcPr>
          <w:p w14:paraId="6D70F0B6" w14:textId="77777777" w:rsidR="00EC7A70" w:rsidRDefault="00EC7A70" w:rsidP="00D420CD">
            <w:r>
              <w:rPr>
                <w:color w:val="000000"/>
                <w:sz w:val="16"/>
              </w:rPr>
              <w:t xml:space="preserve">Additional Notes: </w:t>
            </w:r>
          </w:p>
        </w:tc>
      </w:tr>
    </w:tbl>
    <w:p w14:paraId="4FD3125E" w14:textId="77777777" w:rsidR="00EC7A70" w:rsidRDefault="00EC7A70" w:rsidP="00EC7A70"/>
    <w:p w14:paraId="6F74721E" w14:textId="77777777" w:rsidR="00EC7A70" w:rsidRDefault="00EC7A70" w:rsidP="00EC7A70">
      <w:pPr>
        <w:pStyle w:val="Heading2"/>
      </w:pPr>
      <w:bookmarkStart w:id="92" w:name="_Toc218512853"/>
      <w:r>
        <w:rPr>
          <w:rFonts w:ascii="Roboto" w:hAnsi="Roboto"/>
          <w:color w:val="000000"/>
          <w:sz w:val="28"/>
        </w:rPr>
        <w:t>5.25 Set UART Operating Mode</w:t>
      </w:r>
      <w:bookmarkEnd w:id="92"/>
    </w:p>
    <w:p w14:paraId="614ADE29" w14:textId="77777777" w:rsidR="00EC7A70" w:rsidRDefault="00EC7A70" w:rsidP="00EC7A70">
      <w:r>
        <w:rPr>
          <w:rFonts w:ascii="Roboto" w:hAnsi="Roboto"/>
          <w:sz w:val="18"/>
        </w:rPr>
        <w:br/>
        <w:t>The UART can be used for external control or to provide API services (i.e., to receive control). This API configures that mode.</w:t>
      </w:r>
    </w:p>
    <w:tbl>
      <w:tblPr>
        <w:tblStyle w:val="luka"/>
        <w:tblW w:w="0" w:type="auto"/>
        <w:jc w:val="center"/>
        <w:tblLook w:val="04A0" w:firstRow="1" w:lastRow="0" w:firstColumn="1" w:lastColumn="0" w:noHBand="0" w:noVBand="1"/>
      </w:tblPr>
      <w:tblGrid>
        <w:gridCol w:w="5760"/>
        <w:gridCol w:w="3600"/>
      </w:tblGrid>
      <w:tr w:rsidR="00EC7A70" w14:paraId="27EEC566" w14:textId="77777777" w:rsidTr="00D420CD">
        <w:trPr>
          <w:jc w:val="center"/>
        </w:trPr>
        <w:tc>
          <w:tcPr>
            <w:tcW w:w="5760" w:type="dxa"/>
            <w:tcMar>
              <w:top w:w="80" w:type="dxa"/>
              <w:left w:w="80" w:type="dxa"/>
              <w:bottom w:w="80" w:type="dxa"/>
              <w:right w:w="80" w:type="dxa"/>
            </w:tcMar>
          </w:tcPr>
          <w:p w14:paraId="1039AF14" w14:textId="77777777" w:rsidR="00EC7A70" w:rsidRDefault="00EC7A70" w:rsidP="00D420CD">
            <w:r>
              <w:rPr>
                <w:color w:val="000000"/>
                <w:sz w:val="18"/>
              </w:rPr>
              <w:t>Command Structure</w:t>
            </w:r>
            <w:r>
              <w:rPr>
                <w:rFonts w:ascii="Roboto Mono" w:hAnsi="Roboto Mono"/>
                <w:b/>
                <w:color w:val="000000"/>
                <w:sz w:val="16"/>
              </w:rPr>
              <w:br/>
              <w:t>SET UART_MODE &lt; API | COM &gt;</w:t>
            </w:r>
          </w:p>
        </w:tc>
        <w:tc>
          <w:tcPr>
            <w:tcW w:w="3600" w:type="dxa"/>
            <w:vMerge w:val="restart"/>
            <w:shd w:val="clear" w:color="auto" w:fill="F2F2F2"/>
            <w:tcMar>
              <w:top w:w="80" w:type="dxa"/>
              <w:left w:w="80" w:type="dxa"/>
              <w:bottom w:w="80" w:type="dxa"/>
              <w:right w:w="80" w:type="dxa"/>
            </w:tcMar>
          </w:tcPr>
          <w:p w14:paraId="0FFE4020" w14:textId="77777777" w:rsidR="00EC7A70" w:rsidRDefault="00EC7A70" w:rsidP="00D420CD">
            <w:r>
              <w:rPr>
                <w:color w:val="000000"/>
                <w:sz w:val="16"/>
              </w:rPr>
              <w:t>Parameters:</w:t>
            </w:r>
            <w:r>
              <w:rPr>
                <w:color w:val="000000"/>
                <w:sz w:val="16"/>
              </w:rPr>
              <w:br/>
              <w:t>API = The UART is used to provide API services externally; in this mode, functions in earlier APIs that involve sending actual UART data will be disabled.</w:t>
            </w:r>
            <w:r>
              <w:rPr>
                <w:color w:val="000000"/>
                <w:sz w:val="16"/>
              </w:rPr>
              <w:br/>
              <w:t>COM = The UART is used for external control</w:t>
            </w:r>
          </w:p>
        </w:tc>
      </w:tr>
      <w:tr w:rsidR="00EC7A70" w14:paraId="729B9823" w14:textId="77777777" w:rsidTr="00D420CD">
        <w:trPr>
          <w:jc w:val="center"/>
        </w:trPr>
        <w:tc>
          <w:tcPr>
            <w:tcW w:w="5760" w:type="dxa"/>
            <w:tcMar>
              <w:top w:w="80" w:type="dxa"/>
              <w:left w:w="80" w:type="dxa"/>
              <w:bottom w:w="80" w:type="dxa"/>
              <w:right w:w="80" w:type="dxa"/>
            </w:tcMar>
          </w:tcPr>
          <w:p w14:paraId="0E178F42" w14:textId="77777777" w:rsidR="00EC7A70" w:rsidRDefault="00EC7A70" w:rsidP="00D420CD">
            <w:r>
              <w:rPr>
                <w:color w:val="000000"/>
                <w:sz w:val="18"/>
              </w:rPr>
              <w:t>Response Structure</w:t>
            </w:r>
            <w:r>
              <w:rPr>
                <w:rFonts w:ascii="Roboto Mono" w:hAnsi="Roboto Mono"/>
                <w:b/>
                <w:color w:val="000000"/>
                <w:sz w:val="16"/>
              </w:rPr>
              <w:br/>
              <w:t>UART_MODE &lt; API | COM &gt;</w:t>
            </w:r>
          </w:p>
        </w:tc>
        <w:tc>
          <w:tcPr>
            <w:tcW w:w="3600" w:type="dxa"/>
            <w:vMerge/>
          </w:tcPr>
          <w:p w14:paraId="38DF891B" w14:textId="77777777" w:rsidR="00EC7A70" w:rsidRDefault="00EC7A70" w:rsidP="00D420CD"/>
        </w:tc>
      </w:tr>
      <w:tr w:rsidR="00EC7A70" w14:paraId="70BCBEA1" w14:textId="77777777" w:rsidTr="00D420CD">
        <w:trPr>
          <w:jc w:val="center"/>
        </w:trPr>
        <w:tc>
          <w:tcPr>
            <w:tcW w:w="5760" w:type="dxa"/>
            <w:tcMar>
              <w:top w:w="80" w:type="dxa"/>
              <w:left w:w="80" w:type="dxa"/>
              <w:bottom w:w="0" w:type="dxa"/>
              <w:right w:w="80" w:type="dxa"/>
            </w:tcMar>
          </w:tcPr>
          <w:p w14:paraId="562873EB" w14:textId="77777777" w:rsidR="00EC7A70" w:rsidRDefault="00EC7A70" w:rsidP="00D420CD">
            <w:r>
              <w:rPr>
                <w:color w:val="000000"/>
                <w:sz w:val="18"/>
              </w:rPr>
              <w:t>Command Example</w:t>
            </w:r>
          </w:p>
        </w:tc>
        <w:tc>
          <w:tcPr>
            <w:tcW w:w="3600" w:type="dxa"/>
            <w:vMerge/>
          </w:tcPr>
          <w:p w14:paraId="68F3EC4A" w14:textId="77777777" w:rsidR="00EC7A70" w:rsidRDefault="00EC7A70" w:rsidP="00D420CD"/>
        </w:tc>
      </w:tr>
      <w:tr w:rsidR="00EC7A70" w14:paraId="0D89E38C" w14:textId="77777777" w:rsidTr="00D420CD">
        <w:trPr>
          <w:jc w:val="center"/>
        </w:trPr>
        <w:tc>
          <w:tcPr>
            <w:tcW w:w="5760" w:type="dxa"/>
            <w:shd w:val="clear" w:color="auto" w:fill="000000"/>
            <w:tcMar>
              <w:top w:w="0" w:type="dxa"/>
              <w:left w:w="80" w:type="dxa"/>
              <w:bottom w:w="80" w:type="dxa"/>
              <w:right w:w="80" w:type="dxa"/>
            </w:tcMar>
          </w:tcPr>
          <w:p w14:paraId="13EA07F9" w14:textId="77777777" w:rsidR="00EC7A70" w:rsidRDefault="00EC7A70" w:rsidP="00D420CD">
            <w:r>
              <w:rPr>
                <w:rFonts w:ascii="Roboto Mono" w:hAnsi="Roboto Mono"/>
                <w:b/>
                <w:color w:val="FFFFFF"/>
                <w:sz w:val="16"/>
              </w:rPr>
              <w:t>SET UART_MODE API</w:t>
            </w:r>
          </w:p>
        </w:tc>
        <w:tc>
          <w:tcPr>
            <w:tcW w:w="3600" w:type="dxa"/>
            <w:vMerge/>
          </w:tcPr>
          <w:p w14:paraId="14409B13" w14:textId="77777777" w:rsidR="00EC7A70" w:rsidRDefault="00EC7A70" w:rsidP="00D420CD"/>
        </w:tc>
      </w:tr>
      <w:tr w:rsidR="00EC7A70" w14:paraId="11B372C0" w14:textId="77777777" w:rsidTr="00D420CD">
        <w:trPr>
          <w:jc w:val="center"/>
        </w:trPr>
        <w:tc>
          <w:tcPr>
            <w:tcW w:w="5760" w:type="dxa"/>
            <w:tcMar>
              <w:top w:w="80" w:type="dxa"/>
              <w:left w:w="80" w:type="dxa"/>
              <w:bottom w:w="0" w:type="dxa"/>
              <w:right w:w="80" w:type="dxa"/>
            </w:tcMar>
          </w:tcPr>
          <w:p w14:paraId="7DEB3BCF" w14:textId="77777777" w:rsidR="00EC7A70" w:rsidRDefault="00EC7A70" w:rsidP="00D420CD">
            <w:r>
              <w:rPr>
                <w:color w:val="000000"/>
                <w:sz w:val="18"/>
              </w:rPr>
              <w:t>Response Example</w:t>
            </w:r>
          </w:p>
        </w:tc>
        <w:tc>
          <w:tcPr>
            <w:tcW w:w="3600" w:type="dxa"/>
            <w:vMerge/>
          </w:tcPr>
          <w:p w14:paraId="44627F1E" w14:textId="77777777" w:rsidR="00EC7A70" w:rsidRDefault="00EC7A70" w:rsidP="00D420CD"/>
        </w:tc>
      </w:tr>
      <w:tr w:rsidR="00EC7A70" w14:paraId="345BB5F6" w14:textId="77777777" w:rsidTr="00D420CD">
        <w:trPr>
          <w:jc w:val="center"/>
        </w:trPr>
        <w:tc>
          <w:tcPr>
            <w:tcW w:w="5760" w:type="dxa"/>
            <w:shd w:val="clear" w:color="auto" w:fill="000000"/>
            <w:tcMar>
              <w:top w:w="0" w:type="dxa"/>
              <w:left w:w="80" w:type="dxa"/>
              <w:bottom w:w="80" w:type="dxa"/>
              <w:right w:w="80" w:type="dxa"/>
            </w:tcMar>
          </w:tcPr>
          <w:p w14:paraId="2C45E2DA" w14:textId="77777777" w:rsidR="00EC7A70" w:rsidRDefault="00EC7A70" w:rsidP="00D420CD">
            <w:r>
              <w:rPr>
                <w:rFonts w:ascii="Roboto Mono" w:hAnsi="Roboto Mono"/>
                <w:b/>
                <w:color w:val="FFFFFF"/>
                <w:sz w:val="16"/>
              </w:rPr>
              <w:t>UART_MODE API</w:t>
            </w:r>
          </w:p>
        </w:tc>
        <w:tc>
          <w:tcPr>
            <w:tcW w:w="3600" w:type="dxa"/>
            <w:vMerge/>
          </w:tcPr>
          <w:p w14:paraId="101C9A64" w14:textId="77777777" w:rsidR="00EC7A70" w:rsidRDefault="00EC7A70" w:rsidP="00D420CD"/>
        </w:tc>
      </w:tr>
      <w:tr w:rsidR="00EC7A70" w14:paraId="36EAF235" w14:textId="77777777" w:rsidTr="00D420CD">
        <w:trPr>
          <w:jc w:val="center"/>
        </w:trPr>
        <w:tc>
          <w:tcPr>
            <w:tcW w:w="9360" w:type="dxa"/>
            <w:gridSpan w:val="2"/>
            <w:shd w:val="clear" w:color="auto" w:fill="E0F6EC"/>
            <w:tcMar>
              <w:top w:w="80" w:type="dxa"/>
              <w:left w:w="80" w:type="dxa"/>
              <w:bottom w:w="80" w:type="dxa"/>
              <w:right w:w="80" w:type="dxa"/>
            </w:tcMar>
          </w:tcPr>
          <w:p w14:paraId="3D606AB8" w14:textId="77777777" w:rsidR="00EC7A70" w:rsidRDefault="00EC7A70" w:rsidP="00D420CD">
            <w:r>
              <w:rPr>
                <w:color w:val="000000"/>
                <w:sz w:val="16"/>
              </w:rPr>
              <w:t>Additional Notes: Default: COM</w:t>
            </w:r>
          </w:p>
        </w:tc>
      </w:tr>
    </w:tbl>
    <w:p w14:paraId="6E5A9B2A" w14:textId="77777777" w:rsidR="00EC7A70" w:rsidRDefault="00EC7A70" w:rsidP="00EC7A70"/>
    <w:p w14:paraId="24FF9824" w14:textId="77777777" w:rsidR="00EC7A70" w:rsidRDefault="00EC7A70" w:rsidP="00EC7A70">
      <w:pPr>
        <w:pStyle w:val="Heading2"/>
      </w:pPr>
      <w:bookmarkStart w:id="93" w:name="_Toc218512854"/>
      <w:r>
        <w:rPr>
          <w:rFonts w:ascii="Roboto" w:hAnsi="Roboto"/>
          <w:color w:val="000000"/>
          <w:sz w:val="28"/>
        </w:rPr>
        <w:t>5.26 Get UART Operating Mode</w:t>
      </w:r>
      <w:bookmarkEnd w:id="93"/>
    </w:p>
    <w:p w14:paraId="7C7C568B" w14:textId="77777777" w:rsidR="00EC7A70" w:rsidRDefault="00EC7A70" w:rsidP="00EC7A70">
      <w:r>
        <w:rPr>
          <w:rFonts w:ascii="Roboto" w:hAnsi="Roboto"/>
          <w:sz w:val="18"/>
        </w:rPr>
        <w:br/>
        <w:t>Retrieve the UART (serial port) operating mode.</w:t>
      </w:r>
    </w:p>
    <w:tbl>
      <w:tblPr>
        <w:tblStyle w:val="luka"/>
        <w:tblW w:w="0" w:type="auto"/>
        <w:jc w:val="center"/>
        <w:tblLook w:val="04A0" w:firstRow="1" w:lastRow="0" w:firstColumn="1" w:lastColumn="0" w:noHBand="0" w:noVBand="1"/>
      </w:tblPr>
      <w:tblGrid>
        <w:gridCol w:w="5760"/>
        <w:gridCol w:w="3600"/>
      </w:tblGrid>
      <w:tr w:rsidR="00EC7A70" w14:paraId="78728E55" w14:textId="77777777" w:rsidTr="00D420CD">
        <w:trPr>
          <w:jc w:val="center"/>
        </w:trPr>
        <w:tc>
          <w:tcPr>
            <w:tcW w:w="5760" w:type="dxa"/>
            <w:tcMar>
              <w:top w:w="80" w:type="dxa"/>
              <w:left w:w="80" w:type="dxa"/>
              <w:bottom w:w="80" w:type="dxa"/>
              <w:right w:w="80" w:type="dxa"/>
            </w:tcMar>
          </w:tcPr>
          <w:p w14:paraId="49111EE9" w14:textId="77777777" w:rsidR="00EC7A70" w:rsidRDefault="00EC7A70" w:rsidP="00D420CD">
            <w:r>
              <w:rPr>
                <w:color w:val="000000"/>
                <w:sz w:val="18"/>
              </w:rPr>
              <w:t>Command Structure</w:t>
            </w:r>
            <w:r>
              <w:rPr>
                <w:rFonts w:ascii="Roboto Mono" w:hAnsi="Roboto Mono"/>
                <w:b/>
                <w:color w:val="000000"/>
                <w:sz w:val="16"/>
              </w:rPr>
              <w:br/>
              <w:t>GET UART_MODE</w:t>
            </w:r>
          </w:p>
        </w:tc>
        <w:tc>
          <w:tcPr>
            <w:tcW w:w="3600" w:type="dxa"/>
            <w:vMerge w:val="restart"/>
            <w:shd w:val="clear" w:color="auto" w:fill="F2F2F2"/>
            <w:tcMar>
              <w:top w:w="80" w:type="dxa"/>
              <w:left w:w="80" w:type="dxa"/>
              <w:bottom w:w="80" w:type="dxa"/>
              <w:right w:w="80" w:type="dxa"/>
            </w:tcMar>
          </w:tcPr>
          <w:p w14:paraId="30DBB9C5" w14:textId="77777777" w:rsidR="00EC7A70" w:rsidRDefault="00EC7A70" w:rsidP="00D420CD">
            <w:r>
              <w:rPr>
                <w:color w:val="000000"/>
                <w:sz w:val="16"/>
              </w:rPr>
              <w:t>Parameters:</w:t>
            </w:r>
            <w:r>
              <w:rPr>
                <w:color w:val="000000"/>
                <w:sz w:val="16"/>
              </w:rPr>
              <w:br/>
            </w:r>
          </w:p>
        </w:tc>
      </w:tr>
      <w:tr w:rsidR="00EC7A70" w14:paraId="5AF0E114" w14:textId="77777777" w:rsidTr="00D420CD">
        <w:trPr>
          <w:jc w:val="center"/>
        </w:trPr>
        <w:tc>
          <w:tcPr>
            <w:tcW w:w="5760" w:type="dxa"/>
            <w:tcMar>
              <w:top w:w="80" w:type="dxa"/>
              <w:left w:w="80" w:type="dxa"/>
              <w:bottom w:w="80" w:type="dxa"/>
              <w:right w:w="80" w:type="dxa"/>
            </w:tcMar>
          </w:tcPr>
          <w:p w14:paraId="5DCB55ED" w14:textId="77777777" w:rsidR="00EC7A70" w:rsidRDefault="00EC7A70" w:rsidP="00D420CD">
            <w:r>
              <w:rPr>
                <w:color w:val="000000"/>
                <w:sz w:val="18"/>
              </w:rPr>
              <w:t>Response Structure</w:t>
            </w:r>
            <w:r>
              <w:rPr>
                <w:rFonts w:ascii="Roboto Mono" w:hAnsi="Roboto Mono"/>
                <w:b/>
                <w:color w:val="000000"/>
                <w:sz w:val="16"/>
              </w:rPr>
              <w:br/>
              <w:t>UART_MODE &lt; API | COM &gt;</w:t>
            </w:r>
          </w:p>
        </w:tc>
        <w:tc>
          <w:tcPr>
            <w:tcW w:w="3600" w:type="dxa"/>
            <w:vMerge/>
          </w:tcPr>
          <w:p w14:paraId="5CAC5976" w14:textId="77777777" w:rsidR="00EC7A70" w:rsidRDefault="00EC7A70" w:rsidP="00D420CD"/>
        </w:tc>
      </w:tr>
      <w:tr w:rsidR="00EC7A70" w14:paraId="16B01143" w14:textId="77777777" w:rsidTr="00D420CD">
        <w:trPr>
          <w:jc w:val="center"/>
        </w:trPr>
        <w:tc>
          <w:tcPr>
            <w:tcW w:w="5760" w:type="dxa"/>
            <w:tcMar>
              <w:top w:w="80" w:type="dxa"/>
              <w:left w:w="80" w:type="dxa"/>
              <w:bottom w:w="0" w:type="dxa"/>
              <w:right w:w="80" w:type="dxa"/>
            </w:tcMar>
          </w:tcPr>
          <w:p w14:paraId="65F7949B" w14:textId="77777777" w:rsidR="00EC7A70" w:rsidRDefault="00EC7A70" w:rsidP="00D420CD">
            <w:r>
              <w:rPr>
                <w:color w:val="000000"/>
                <w:sz w:val="18"/>
              </w:rPr>
              <w:t>Command Example</w:t>
            </w:r>
          </w:p>
        </w:tc>
        <w:tc>
          <w:tcPr>
            <w:tcW w:w="3600" w:type="dxa"/>
            <w:vMerge/>
          </w:tcPr>
          <w:p w14:paraId="660CDE11" w14:textId="77777777" w:rsidR="00EC7A70" w:rsidRDefault="00EC7A70" w:rsidP="00D420CD"/>
        </w:tc>
      </w:tr>
      <w:tr w:rsidR="00EC7A70" w14:paraId="4F2A85F2" w14:textId="77777777" w:rsidTr="00D420CD">
        <w:trPr>
          <w:jc w:val="center"/>
        </w:trPr>
        <w:tc>
          <w:tcPr>
            <w:tcW w:w="5760" w:type="dxa"/>
            <w:shd w:val="clear" w:color="auto" w:fill="000000"/>
            <w:tcMar>
              <w:top w:w="0" w:type="dxa"/>
              <w:left w:w="80" w:type="dxa"/>
              <w:bottom w:w="80" w:type="dxa"/>
              <w:right w:w="80" w:type="dxa"/>
            </w:tcMar>
          </w:tcPr>
          <w:p w14:paraId="7B92FE12" w14:textId="77777777" w:rsidR="00EC7A70" w:rsidRDefault="00EC7A70" w:rsidP="00D420CD">
            <w:r>
              <w:rPr>
                <w:rFonts w:ascii="Roboto Mono" w:hAnsi="Roboto Mono"/>
                <w:b/>
                <w:color w:val="FFFFFF"/>
                <w:sz w:val="16"/>
              </w:rPr>
              <w:t>GET UART_MODE</w:t>
            </w:r>
          </w:p>
        </w:tc>
        <w:tc>
          <w:tcPr>
            <w:tcW w:w="3600" w:type="dxa"/>
            <w:vMerge/>
          </w:tcPr>
          <w:p w14:paraId="5129E45C" w14:textId="77777777" w:rsidR="00EC7A70" w:rsidRDefault="00EC7A70" w:rsidP="00D420CD"/>
        </w:tc>
      </w:tr>
      <w:tr w:rsidR="00EC7A70" w14:paraId="05D44FA8" w14:textId="77777777" w:rsidTr="00D420CD">
        <w:trPr>
          <w:jc w:val="center"/>
        </w:trPr>
        <w:tc>
          <w:tcPr>
            <w:tcW w:w="5760" w:type="dxa"/>
            <w:tcMar>
              <w:top w:w="80" w:type="dxa"/>
              <w:left w:w="80" w:type="dxa"/>
              <w:bottom w:w="0" w:type="dxa"/>
              <w:right w:w="80" w:type="dxa"/>
            </w:tcMar>
          </w:tcPr>
          <w:p w14:paraId="2D617DAA" w14:textId="77777777" w:rsidR="00EC7A70" w:rsidRDefault="00EC7A70" w:rsidP="00D420CD">
            <w:r>
              <w:rPr>
                <w:color w:val="000000"/>
                <w:sz w:val="18"/>
              </w:rPr>
              <w:t>Response Example</w:t>
            </w:r>
          </w:p>
        </w:tc>
        <w:tc>
          <w:tcPr>
            <w:tcW w:w="3600" w:type="dxa"/>
            <w:vMerge/>
          </w:tcPr>
          <w:p w14:paraId="101EBA0D" w14:textId="77777777" w:rsidR="00EC7A70" w:rsidRDefault="00EC7A70" w:rsidP="00D420CD"/>
        </w:tc>
      </w:tr>
      <w:tr w:rsidR="00EC7A70" w14:paraId="7D913C0F" w14:textId="77777777" w:rsidTr="00D420CD">
        <w:trPr>
          <w:jc w:val="center"/>
        </w:trPr>
        <w:tc>
          <w:tcPr>
            <w:tcW w:w="5760" w:type="dxa"/>
            <w:shd w:val="clear" w:color="auto" w:fill="000000"/>
            <w:tcMar>
              <w:top w:w="0" w:type="dxa"/>
              <w:left w:w="80" w:type="dxa"/>
              <w:bottom w:w="80" w:type="dxa"/>
              <w:right w:w="80" w:type="dxa"/>
            </w:tcMar>
          </w:tcPr>
          <w:p w14:paraId="3D0085B8" w14:textId="77777777" w:rsidR="00EC7A70" w:rsidRDefault="00EC7A70" w:rsidP="00D420CD">
            <w:r>
              <w:rPr>
                <w:rFonts w:ascii="Roboto Mono" w:hAnsi="Roboto Mono"/>
                <w:b/>
                <w:color w:val="FFFFFF"/>
                <w:sz w:val="16"/>
              </w:rPr>
              <w:t>UART_MODE API</w:t>
            </w:r>
          </w:p>
        </w:tc>
        <w:tc>
          <w:tcPr>
            <w:tcW w:w="3600" w:type="dxa"/>
            <w:vMerge/>
          </w:tcPr>
          <w:p w14:paraId="5816CBB1" w14:textId="77777777" w:rsidR="00EC7A70" w:rsidRDefault="00EC7A70" w:rsidP="00D420CD"/>
        </w:tc>
      </w:tr>
      <w:tr w:rsidR="00EC7A70" w14:paraId="46CB3DEF" w14:textId="77777777" w:rsidTr="00D420CD">
        <w:trPr>
          <w:jc w:val="center"/>
        </w:trPr>
        <w:tc>
          <w:tcPr>
            <w:tcW w:w="9360" w:type="dxa"/>
            <w:gridSpan w:val="2"/>
            <w:shd w:val="clear" w:color="auto" w:fill="E0F6EC"/>
            <w:tcMar>
              <w:top w:w="80" w:type="dxa"/>
              <w:left w:w="80" w:type="dxa"/>
              <w:bottom w:w="80" w:type="dxa"/>
              <w:right w:w="80" w:type="dxa"/>
            </w:tcMar>
          </w:tcPr>
          <w:p w14:paraId="47BA07D4" w14:textId="77777777" w:rsidR="00EC7A70" w:rsidRDefault="00EC7A70" w:rsidP="00D420CD">
            <w:r>
              <w:rPr>
                <w:color w:val="000000"/>
                <w:sz w:val="16"/>
              </w:rPr>
              <w:t xml:space="preserve">Additional Notes: </w:t>
            </w:r>
          </w:p>
        </w:tc>
      </w:tr>
    </w:tbl>
    <w:p w14:paraId="5C5AF385" w14:textId="77777777" w:rsidR="00EC7A70" w:rsidRDefault="00EC7A70" w:rsidP="00EC7A70">
      <w:pPr>
        <w:pStyle w:val="Heading2"/>
      </w:pPr>
      <w:bookmarkStart w:id="94" w:name="_Toc218512855"/>
      <w:r>
        <w:rPr>
          <w:rFonts w:ascii="Roboto" w:hAnsi="Roboto"/>
          <w:color w:val="000000"/>
          <w:sz w:val="28"/>
        </w:rPr>
        <w:lastRenderedPageBreak/>
        <w:t>5.27 Get MUTE Input</w:t>
      </w:r>
      <w:bookmarkEnd w:id="94"/>
    </w:p>
    <w:p w14:paraId="283D1B4C" w14:textId="77777777" w:rsidR="00EC7A70" w:rsidRDefault="00EC7A70" w:rsidP="00EC7A70">
      <w:r>
        <w:rPr>
          <w:rFonts w:ascii="Roboto" w:hAnsi="Roboto"/>
          <w:sz w:val="18"/>
        </w:rPr>
        <w:br/>
        <w:t>Get the status of the MUTE input.</w:t>
      </w:r>
    </w:p>
    <w:tbl>
      <w:tblPr>
        <w:tblStyle w:val="luka"/>
        <w:tblW w:w="0" w:type="auto"/>
        <w:jc w:val="center"/>
        <w:tblLook w:val="04A0" w:firstRow="1" w:lastRow="0" w:firstColumn="1" w:lastColumn="0" w:noHBand="0" w:noVBand="1"/>
      </w:tblPr>
      <w:tblGrid>
        <w:gridCol w:w="5760"/>
        <w:gridCol w:w="3600"/>
      </w:tblGrid>
      <w:tr w:rsidR="00EC7A70" w14:paraId="4778883B" w14:textId="77777777" w:rsidTr="00D420CD">
        <w:trPr>
          <w:jc w:val="center"/>
        </w:trPr>
        <w:tc>
          <w:tcPr>
            <w:tcW w:w="5760" w:type="dxa"/>
            <w:tcMar>
              <w:top w:w="80" w:type="dxa"/>
              <w:left w:w="80" w:type="dxa"/>
              <w:bottom w:w="80" w:type="dxa"/>
              <w:right w:w="80" w:type="dxa"/>
            </w:tcMar>
          </w:tcPr>
          <w:p w14:paraId="4B4CEE40" w14:textId="77777777" w:rsidR="00EC7A70" w:rsidRDefault="00EC7A70" w:rsidP="00D420CD">
            <w:r>
              <w:rPr>
                <w:color w:val="000000"/>
                <w:sz w:val="18"/>
              </w:rPr>
              <w:t>Command Structure</w:t>
            </w:r>
            <w:r>
              <w:rPr>
                <w:rFonts w:ascii="Roboto Mono" w:hAnsi="Roboto Mono"/>
                <w:b/>
                <w:color w:val="000000"/>
                <w:sz w:val="16"/>
              </w:rPr>
              <w:br/>
              <w:t>GET MUTE_CONTROL</w:t>
            </w:r>
          </w:p>
        </w:tc>
        <w:tc>
          <w:tcPr>
            <w:tcW w:w="3600" w:type="dxa"/>
            <w:vMerge w:val="restart"/>
            <w:shd w:val="clear" w:color="auto" w:fill="F2F2F2"/>
            <w:tcMar>
              <w:top w:w="80" w:type="dxa"/>
              <w:left w:w="80" w:type="dxa"/>
              <w:bottom w:w="80" w:type="dxa"/>
              <w:right w:w="80" w:type="dxa"/>
            </w:tcMar>
          </w:tcPr>
          <w:p w14:paraId="615CFD91" w14:textId="77777777" w:rsidR="00EC7A70" w:rsidRDefault="00EC7A70" w:rsidP="00D420CD">
            <w:r>
              <w:rPr>
                <w:color w:val="000000"/>
                <w:sz w:val="16"/>
              </w:rPr>
              <w:t>Parameters:</w:t>
            </w:r>
            <w:r>
              <w:rPr>
                <w:color w:val="000000"/>
                <w:sz w:val="16"/>
              </w:rPr>
              <w:br/>
              <w:t>HIGH: The MUTE input is shorted, forcing mute to be active.</w:t>
            </w:r>
          </w:p>
        </w:tc>
      </w:tr>
      <w:tr w:rsidR="00EC7A70" w14:paraId="59039C2C" w14:textId="77777777" w:rsidTr="00D420CD">
        <w:trPr>
          <w:jc w:val="center"/>
        </w:trPr>
        <w:tc>
          <w:tcPr>
            <w:tcW w:w="5760" w:type="dxa"/>
            <w:tcMar>
              <w:top w:w="80" w:type="dxa"/>
              <w:left w:w="80" w:type="dxa"/>
              <w:bottom w:w="80" w:type="dxa"/>
              <w:right w:w="80" w:type="dxa"/>
            </w:tcMar>
          </w:tcPr>
          <w:p w14:paraId="760F1021" w14:textId="77777777" w:rsidR="00EC7A70" w:rsidRDefault="00EC7A70" w:rsidP="00D420CD">
            <w:r>
              <w:rPr>
                <w:color w:val="000000"/>
                <w:sz w:val="18"/>
              </w:rPr>
              <w:t>Response Structure</w:t>
            </w:r>
            <w:r>
              <w:rPr>
                <w:rFonts w:ascii="Roboto Mono" w:hAnsi="Roboto Mono"/>
                <w:b/>
                <w:color w:val="000000"/>
                <w:sz w:val="16"/>
              </w:rPr>
              <w:br/>
              <w:t>MUTE_CONTROL &lt; HIGH | LOW &gt;</w:t>
            </w:r>
          </w:p>
        </w:tc>
        <w:tc>
          <w:tcPr>
            <w:tcW w:w="3600" w:type="dxa"/>
            <w:vMerge/>
          </w:tcPr>
          <w:p w14:paraId="3AEAB3E1" w14:textId="77777777" w:rsidR="00EC7A70" w:rsidRDefault="00EC7A70" w:rsidP="00D420CD"/>
        </w:tc>
      </w:tr>
      <w:tr w:rsidR="00EC7A70" w14:paraId="32BDE04D" w14:textId="77777777" w:rsidTr="00D420CD">
        <w:trPr>
          <w:jc w:val="center"/>
        </w:trPr>
        <w:tc>
          <w:tcPr>
            <w:tcW w:w="5760" w:type="dxa"/>
            <w:tcMar>
              <w:top w:w="80" w:type="dxa"/>
              <w:left w:w="80" w:type="dxa"/>
              <w:bottom w:w="0" w:type="dxa"/>
              <w:right w:w="80" w:type="dxa"/>
            </w:tcMar>
          </w:tcPr>
          <w:p w14:paraId="7A8B313A" w14:textId="77777777" w:rsidR="00EC7A70" w:rsidRDefault="00EC7A70" w:rsidP="00D420CD">
            <w:r>
              <w:rPr>
                <w:color w:val="000000"/>
                <w:sz w:val="18"/>
              </w:rPr>
              <w:t>Command Example</w:t>
            </w:r>
          </w:p>
        </w:tc>
        <w:tc>
          <w:tcPr>
            <w:tcW w:w="3600" w:type="dxa"/>
            <w:vMerge/>
          </w:tcPr>
          <w:p w14:paraId="48EC77D4" w14:textId="77777777" w:rsidR="00EC7A70" w:rsidRDefault="00EC7A70" w:rsidP="00D420CD"/>
        </w:tc>
      </w:tr>
      <w:tr w:rsidR="00EC7A70" w14:paraId="15398651" w14:textId="77777777" w:rsidTr="00D420CD">
        <w:trPr>
          <w:jc w:val="center"/>
        </w:trPr>
        <w:tc>
          <w:tcPr>
            <w:tcW w:w="5760" w:type="dxa"/>
            <w:shd w:val="clear" w:color="auto" w:fill="000000"/>
            <w:tcMar>
              <w:top w:w="0" w:type="dxa"/>
              <w:left w:w="80" w:type="dxa"/>
              <w:bottom w:w="80" w:type="dxa"/>
              <w:right w:w="80" w:type="dxa"/>
            </w:tcMar>
          </w:tcPr>
          <w:p w14:paraId="3952AD1C" w14:textId="77777777" w:rsidR="00EC7A70" w:rsidRDefault="00EC7A70" w:rsidP="00D420CD">
            <w:r>
              <w:rPr>
                <w:rFonts w:ascii="Roboto Mono" w:hAnsi="Roboto Mono"/>
                <w:b/>
                <w:color w:val="FFFFFF"/>
                <w:sz w:val="16"/>
              </w:rPr>
              <w:t>GET MUTE_CONTROL</w:t>
            </w:r>
          </w:p>
        </w:tc>
        <w:tc>
          <w:tcPr>
            <w:tcW w:w="3600" w:type="dxa"/>
            <w:vMerge/>
          </w:tcPr>
          <w:p w14:paraId="33C7DB6C" w14:textId="77777777" w:rsidR="00EC7A70" w:rsidRDefault="00EC7A70" w:rsidP="00D420CD"/>
        </w:tc>
      </w:tr>
      <w:tr w:rsidR="00EC7A70" w14:paraId="6D1ECBEA" w14:textId="77777777" w:rsidTr="00D420CD">
        <w:trPr>
          <w:jc w:val="center"/>
        </w:trPr>
        <w:tc>
          <w:tcPr>
            <w:tcW w:w="5760" w:type="dxa"/>
            <w:tcMar>
              <w:top w:w="80" w:type="dxa"/>
              <w:left w:w="80" w:type="dxa"/>
              <w:bottom w:w="0" w:type="dxa"/>
              <w:right w:w="80" w:type="dxa"/>
            </w:tcMar>
          </w:tcPr>
          <w:p w14:paraId="5AE2A139" w14:textId="77777777" w:rsidR="00EC7A70" w:rsidRDefault="00EC7A70" w:rsidP="00D420CD">
            <w:r>
              <w:rPr>
                <w:color w:val="000000"/>
                <w:sz w:val="18"/>
              </w:rPr>
              <w:t>Response Example</w:t>
            </w:r>
          </w:p>
        </w:tc>
        <w:tc>
          <w:tcPr>
            <w:tcW w:w="3600" w:type="dxa"/>
            <w:vMerge/>
          </w:tcPr>
          <w:p w14:paraId="434FF2B4" w14:textId="77777777" w:rsidR="00EC7A70" w:rsidRDefault="00EC7A70" w:rsidP="00D420CD"/>
        </w:tc>
      </w:tr>
      <w:tr w:rsidR="00EC7A70" w14:paraId="3DB12D3D" w14:textId="77777777" w:rsidTr="00D420CD">
        <w:trPr>
          <w:jc w:val="center"/>
        </w:trPr>
        <w:tc>
          <w:tcPr>
            <w:tcW w:w="5760" w:type="dxa"/>
            <w:shd w:val="clear" w:color="auto" w:fill="000000"/>
            <w:tcMar>
              <w:top w:w="0" w:type="dxa"/>
              <w:left w:w="80" w:type="dxa"/>
              <w:bottom w:w="80" w:type="dxa"/>
              <w:right w:w="80" w:type="dxa"/>
            </w:tcMar>
          </w:tcPr>
          <w:p w14:paraId="5181B8C2" w14:textId="77777777" w:rsidR="00EC7A70" w:rsidRDefault="00EC7A70" w:rsidP="00D420CD">
            <w:r>
              <w:rPr>
                <w:rFonts w:ascii="Roboto Mono" w:hAnsi="Roboto Mono"/>
                <w:b/>
                <w:color w:val="FFFFFF"/>
                <w:sz w:val="16"/>
              </w:rPr>
              <w:t>MUTE_CONTROL LOW</w:t>
            </w:r>
          </w:p>
        </w:tc>
        <w:tc>
          <w:tcPr>
            <w:tcW w:w="3600" w:type="dxa"/>
            <w:vMerge/>
          </w:tcPr>
          <w:p w14:paraId="7899C1EA" w14:textId="77777777" w:rsidR="00EC7A70" w:rsidRDefault="00EC7A70" w:rsidP="00D420CD"/>
        </w:tc>
      </w:tr>
      <w:tr w:rsidR="00EC7A70" w14:paraId="03CC1270" w14:textId="77777777" w:rsidTr="00D420CD">
        <w:trPr>
          <w:jc w:val="center"/>
        </w:trPr>
        <w:tc>
          <w:tcPr>
            <w:tcW w:w="9360" w:type="dxa"/>
            <w:gridSpan w:val="2"/>
            <w:shd w:val="clear" w:color="auto" w:fill="E0F6EC"/>
            <w:tcMar>
              <w:top w:w="80" w:type="dxa"/>
              <w:left w:w="80" w:type="dxa"/>
              <w:bottom w:w="80" w:type="dxa"/>
              <w:right w:w="80" w:type="dxa"/>
            </w:tcMar>
          </w:tcPr>
          <w:p w14:paraId="5121411F" w14:textId="77777777" w:rsidR="00EC7A70" w:rsidRDefault="00EC7A70" w:rsidP="00D420CD">
            <w:r>
              <w:rPr>
                <w:color w:val="000000"/>
                <w:sz w:val="16"/>
              </w:rPr>
              <w:t xml:space="preserve">Additional Notes: </w:t>
            </w:r>
          </w:p>
        </w:tc>
      </w:tr>
    </w:tbl>
    <w:p w14:paraId="647BD984" w14:textId="039ACF98" w:rsidR="00EC7A70" w:rsidRPr="000B05FA" w:rsidRDefault="00EC7A70" w:rsidP="00EC7A70">
      <w:pPr>
        <w:pStyle w:val="Heading1"/>
        <w:rPr>
          <w:rFonts w:ascii="Roboto" w:hAnsi="Roboto"/>
          <w:color w:val="000000"/>
          <w:sz w:val="32"/>
        </w:rPr>
      </w:pPr>
      <w:bookmarkStart w:id="95" w:name="_Toc218512856"/>
      <w:r>
        <w:rPr>
          <w:rFonts w:ascii="Roboto" w:hAnsi="Roboto"/>
          <w:color w:val="000000"/>
          <w:sz w:val="32"/>
        </w:rPr>
        <w:t>6</w:t>
      </w:r>
      <w:r w:rsidRPr="000B05FA">
        <w:rPr>
          <w:rFonts w:ascii="Roboto" w:hAnsi="Roboto"/>
          <w:color w:val="000000"/>
          <w:sz w:val="32"/>
        </w:rPr>
        <w:t xml:space="preserve">. </w:t>
      </w:r>
      <w:r>
        <w:rPr>
          <w:rFonts w:ascii="Roboto" w:hAnsi="Roboto"/>
          <w:color w:val="000000"/>
          <w:sz w:val="32"/>
          <w:lang w:val="en"/>
        </w:rPr>
        <w:t>Network and BYOD Related Settings</w:t>
      </w:r>
      <w:bookmarkEnd w:id="95"/>
    </w:p>
    <w:p w14:paraId="69C07364" w14:textId="77777777" w:rsidR="00EC7A70" w:rsidRDefault="00EC7A70" w:rsidP="00EC7A70">
      <w:pPr>
        <w:pStyle w:val="Heading2"/>
      </w:pPr>
      <w:bookmarkStart w:id="96" w:name="_Toc218512857"/>
      <w:r>
        <w:rPr>
          <w:rFonts w:ascii="Roboto" w:hAnsi="Roboto"/>
          <w:color w:val="000000"/>
          <w:sz w:val="28"/>
        </w:rPr>
        <w:t>6.1 Set Network Isolation</w:t>
      </w:r>
      <w:bookmarkEnd w:id="96"/>
    </w:p>
    <w:p w14:paraId="1717ADF4" w14:textId="77777777" w:rsidR="00EC7A70" w:rsidRDefault="00EC7A70" w:rsidP="00EC7A70">
      <w:r>
        <w:rPr>
          <w:rFonts w:ascii="Roboto" w:hAnsi="Roboto"/>
          <w:sz w:val="18"/>
        </w:rPr>
        <w:br/>
        <w:t>When network isolation mode is enabled, the device's network ports are separated into two independent VLANs, which can be used to connect to different networks.</w:t>
      </w:r>
      <w:r>
        <w:rPr>
          <w:rFonts w:ascii="Roboto" w:hAnsi="Roboto"/>
          <w:sz w:val="18"/>
        </w:rPr>
        <w:br/>
        <w:t>This API is used to set whether network isolation is enabled.</w:t>
      </w:r>
    </w:p>
    <w:tbl>
      <w:tblPr>
        <w:tblStyle w:val="luka"/>
        <w:tblW w:w="0" w:type="auto"/>
        <w:jc w:val="center"/>
        <w:tblLook w:val="04A0" w:firstRow="1" w:lastRow="0" w:firstColumn="1" w:lastColumn="0" w:noHBand="0" w:noVBand="1"/>
      </w:tblPr>
      <w:tblGrid>
        <w:gridCol w:w="5760"/>
        <w:gridCol w:w="3600"/>
      </w:tblGrid>
      <w:tr w:rsidR="00EC7A70" w14:paraId="2DA412DD" w14:textId="77777777" w:rsidTr="00D420CD">
        <w:trPr>
          <w:jc w:val="center"/>
        </w:trPr>
        <w:tc>
          <w:tcPr>
            <w:tcW w:w="5760" w:type="dxa"/>
            <w:tcMar>
              <w:top w:w="80" w:type="dxa"/>
              <w:left w:w="80" w:type="dxa"/>
              <w:bottom w:w="80" w:type="dxa"/>
              <w:right w:w="80" w:type="dxa"/>
            </w:tcMar>
          </w:tcPr>
          <w:p w14:paraId="02792F54" w14:textId="77777777" w:rsidR="00EC7A70" w:rsidRDefault="00EC7A70" w:rsidP="00D420CD">
            <w:r>
              <w:rPr>
                <w:color w:val="000000"/>
                <w:sz w:val="18"/>
              </w:rPr>
              <w:t>Command Structure</w:t>
            </w:r>
            <w:r>
              <w:rPr>
                <w:rFonts w:ascii="Roboto Mono" w:hAnsi="Roboto Mono"/>
                <w:b/>
                <w:color w:val="000000"/>
                <w:sz w:val="16"/>
              </w:rPr>
              <w:br/>
              <w:t>SET NET_ISOLATION &lt; ON | OFF &gt;</w:t>
            </w:r>
          </w:p>
        </w:tc>
        <w:tc>
          <w:tcPr>
            <w:tcW w:w="3600" w:type="dxa"/>
            <w:vMerge w:val="restart"/>
            <w:shd w:val="clear" w:color="auto" w:fill="F2F2F2"/>
            <w:tcMar>
              <w:top w:w="80" w:type="dxa"/>
              <w:left w:w="80" w:type="dxa"/>
              <w:bottom w:w="80" w:type="dxa"/>
              <w:right w:w="80" w:type="dxa"/>
            </w:tcMar>
          </w:tcPr>
          <w:p w14:paraId="7E195A24" w14:textId="77777777" w:rsidR="00EC7A70" w:rsidRDefault="00EC7A70" w:rsidP="00D420CD">
            <w:r>
              <w:rPr>
                <w:color w:val="000000"/>
                <w:sz w:val="16"/>
              </w:rPr>
              <w:t>Parameters:</w:t>
            </w:r>
            <w:r>
              <w:rPr>
                <w:color w:val="000000"/>
                <w:sz w:val="16"/>
              </w:rPr>
              <w:br/>
              <w:t>ON = Enable network isolation</w:t>
            </w:r>
          </w:p>
        </w:tc>
      </w:tr>
      <w:tr w:rsidR="00EC7A70" w14:paraId="670ADA5E" w14:textId="77777777" w:rsidTr="00D420CD">
        <w:trPr>
          <w:jc w:val="center"/>
        </w:trPr>
        <w:tc>
          <w:tcPr>
            <w:tcW w:w="5760" w:type="dxa"/>
            <w:tcMar>
              <w:top w:w="80" w:type="dxa"/>
              <w:left w:w="80" w:type="dxa"/>
              <w:bottom w:w="80" w:type="dxa"/>
              <w:right w:w="80" w:type="dxa"/>
            </w:tcMar>
          </w:tcPr>
          <w:p w14:paraId="0A74758A" w14:textId="77777777" w:rsidR="00EC7A70" w:rsidRDefault="00EC7A70" w:rsidP="00D420CD">
            <w:r>
              <w:rPr>
                <w:color w:val="000000"/>
                <w:sz w:val="18"/>
              </w:rPr>
              <w:t>Response Structure</w:t>
            </w:r>
            <w:r>
              <w:rPr>
                <w:rFonts w:ascii="Roboto Mono" w:hAnsi="Roboto Mono"/>
                <w:b/>
                <w:color w:val="000000"/>
                <w:sz w:val="16"/>
              </w:rPr>
              <w:br/>
              <w:t>NET_ISOLATION &lt; ON | OFF &gt;</w:t>
            </w:r>
          </w:p>
        </w:tc>
        <w:tc>
          <w:tcPr>
            <w:tcW w:w="3600" w:type="dxa"/>
            <w:vMerge/>
          </w:tcPr>
          <w:p w14:paraId="30CDED06" w14:textId="77777777" w:rsidR="00EC7A70" w:rsidRDefault="00EC7A70" w:rsidP="00D420CD"/>
        </w:tc>
      </w:tr>
      <w:tr w:rsidR="00EC7A70" w14:paraId="296C0459" w14:textId="77777777" w:rsidTr="00D420CD">
        <w:trPr>
          <w:jc w:val="center"/>
        </w:trPr>
        <w:tc>
          <w:tcPr>
            <w:tcW w:w="5760" w:type="dxa"/>
            <w:tcMar>
              <w:top w:w="80" w:type="dxa"/>
              <w:left w:w="80" w:type="dxa"/>
              <w:bottom w:w="0" w:type="dxa"/>
              <w:right w:w="80" w:type="dxa"/>
            </w:tcMar>
          </w:tcPr>
          <w:p w14:paraId="2668242A" w14:textId="77777777" w:rsidR="00EC7A70" w:rsidRDefault="00EC7A70" w:rsidP="00D420CD">
            <w:r>
              <w:rPr>
                <w:color w:val="000000"/>
                <w:sz w:val="18"/>
              </w:rPr>
              <w:t>Command Example</w:t>
            </w:r>
          </w:p>
        </w:tc>
        <w:tc>
          <w:tcPr>
            <w:tcW w:w="3600" w:type="dxa"/>
            <w:vMerge/>
          </w:tcPr>
          <w:p w14:paraId="044014D6" w14:textId="77777777" w:rsidR="00EC7A70" w:rsidRDefault="00EC7A70" w:rsidP="00D420CD"/>
        </w:tc>
      </w:tr>
      <w:tr w:rsidR="00EC7A70" w14:paraId="6F44CC83" w14:textId="77777777" w:rsidTr="00D420CD">
        <w:trPr>
          <w:jc w:val="center"/>
        </w:trPr>
        <w:tc>
          <w:tcPr>
            <w:tcW w:w="5760" w:type="dxa"/>
            <w:shd w:val="clear" w:color="auto" w:fill="000000"/>
            <w:tcMar>
              <w:top w:w="0" w:type="dxa"/>
              <w:left w:w="80" w:type="dxa"/>
              <w:bottom w:w="80" w:type="dxa"/>
              <w:right w:w="80" w:type="dxa"/>
            </w:tcMar>
          </w:tcPr>
          <w:p w14:paraId="2FEFA36C" w14:textId="77777777" w:rsidR="00EC7A70" w:rsidRDefault="00EC7A70" w:rsidP="00D420CD">
            <w:r>
              <w:rPr>
                <w:rFonts w:ascii="Roboto Mono" w:hAnsi="Roboto Mono"/>
                <w:b/>
                <w:color w:val="FFFFFF"/>
                <w:sz w:val="16"/>
              </w:rPr>
              <w:t>SET NET_ISOLATION ON</w:t>
            </w:r>
          </w:p>
        </w:tc>
        <w:tc>
          <w:tcPr>
            <w:tcW w:w="3600" w:type="dxa"/>
            <w:vMerge/>
          </w:tcPr>
          <w:p w14:paraId="175D3EF4" w14:textId="77777777" w:rsidR="00EC7A70" w:rsidRDefault="00EC7A70" w:rsidP="00D420CD"/>
        </w:tc>
      </w:tr>
      <w:tr w:rsidR="00EC7A70" w14:paraId="28B6646B" w14:textId="77777777" w:rsidTr="00D420CD">
        <w:trPr>
          <w:jc w:val="center"/>
        </w:trPr>
        <w:tc>
          <w:tcPr>
            <w:tcW w:w="5760" w:type="dxa"/>
            <w:tcMar>
              <w:top w:w="80" w:type="dxa"/>
              <w:left w:w="80" w:type="dxa"/>
              <w:bottom w:w="0" w:type="dxa"/>
              <w:right w:w="80" w:type="dxa"/>
            </w:tcMar>
          </w:tcPr>
          <w:p w14:paraId="3D66AE6F" w14:textId="77777777" w:rsidR="00EC7A70" w:rsidRDefault="00EC7A70" w:rsidP="00D420CD">
            <w:r>
              <w:rPr>
                <w:color w:val="000000"/>
                <w:sz w:val="18"/>
              </w:rPr>
              <w:t>Response Example</w:t>
            </w:r>
          </w:p>
        </w:tc>
        <w:tc>
          <w:tcPr>
            <w:tcW w:w="3600" w:type="dxa"/>
            <w:vMerge/>
          </w:tcPr>
          <w:p w14:paraId="273EA115" w14:textId="77777777" w:rsidR="00EC7A70" w:rsidRDefault="00EC7A70" w:rsidP="00D420CD"/>
        </w:tc>
      </w:tr>
      <w:tr w:rsidR="00EC7A70" w14:paraId="4732D8DB" w14:textId="77777777" w:rsidTr="00D420CD">
        <w:trPr>
          <w:jc w:val="center"/>
        </w:trPr>
        <w:tc>
          <w:tcPr>
            <w:tcW w:w="5760" w:type="dxa"/>
            <w:shd w:val="clear" w:color="auto" w:fill="000000"/>
            <w:tcMar>
              <w:top w:w="0" w:type="dxa"/>
              <w:left w:w="80" w:type="dxa"/>
              <w:bottom w:w="80" w:type="dxa"/>
              <w:right w:w="80" w:type="dxa"/>
            </w:tcMar>
          </w:tcPr>
          <w:p w14:paraId="783722C7" w14:textId="77777777" w:rsidR="00EC7A70" w:rsidRDefault="00EC7A70" w:rsidP="00D420CD">
            <w:r>
              <w:rPr>
                <w:rFonts w:ascii="Roboto Mono" w:hAnsi="Roboto Mono"/>
                <w:b/>
                <w:color w:val="FFFFFF"/>
                <w:sz w:val="16"/>
              </w:rPr>
              <w:t>NET_ISOLATION ON</w:t>
            </w:r>
          </w:p>
        </w:tc>
        <w:tc>
          <w:tcPr>
            <w:tcW w:w="3600" w:type="dxa"/>
            <w:vMerge/>
          </w:tcPr>
          <w:p w14:paraId="763E1830" w14:textId="77777777" w:rsidR="00EC7A70" w:rsidRDefault="00EC7A70" w:rsidP="00D420CD"/>
        </w:tc>
      </w:tr>
      <w:tr w:rsidR="00EC7A70" w14:paraId="5B0E4B00" w14:textId="77777777" w:rsidTr="00D420CD">
        <w:trPr>
          <w:jc w:val="center"/>
        </w:trPr>
        <w:tc>
          <w:tcPr>
            <w:tcW w:w="9360" w:type="dxa"/>
            <w:gridSpan w:val="2"/>
            <w:shd w:val="clear" w:color="auto" w:fill="E0F6EC"/>
            <w:tcMar>
              <w:top w:w="80" w:type="dxa"/>
              <w:left w:w="80" w:type="dxa"/>
              <w:bottom w:w="80" w:type="dxa"/>
              <w:right w:w="80" w:type="dxa"/>
            </w:tcMar>
          </w:tcPr>
          <w:p w14:paraId="04B6274C" w14:textId="77777777" w:rsidR="00EC7A70" w:rsidRDefault="00EC7A70" w:rsidP="00D420CD">
            <w:r>
              <w:rPr>
                <w:color w:val="000000"/>
                <w:sz w:val="16"/>
              </w:rPr>
              <w:t>Additional Notes: Default: OFF</w:t>
            </w:r>
          </w:p>
        </w:tc>
      </w:tr>
    </w:tbl>
    <w:p w14:paraId="4E602846" w14:textId="5AC75434" w:rsidR="00800BC3" w:rsidRDefault="00800BC3" w:rsidP="00EC7A70"/>
    <w:p w14:paraId="2BF63B17" w14:textId="77777777" w:rsidR="00800BC3" w:rsidRDefault="00800BC3">
      <w:r>
        <w:br w:type="page"/>
      </w:r>
    </w:p>
    <w:p w14:paraId="59F5E723" w14:textId="77777777" w:rsidR="00EC7A70" w:rsidRDefault="00EC7A70" w:rsidP="00EC7A70">
      <w:pPr>
        <w:pStyle w:val="Heading2"/>
      </w:pPr>
      <w:bookmarkStart w:id="97" w:name="_Toc218512858"/>
      <w:r>
        <w:rPr>
          <w:rFonts w:ascii="Roboto" w:hAnsi="Roboto"/>
          <w:color w:val="000000"/>
          <w:sz w:val="28"/>
        </w:rPr>
        <w:lastRenderedPageBreak/>
        <w:t>6.2 Get Network Isolation Settings</w:t>
      </w:r>
      <w:bookmarkEnd w:id="97"/>
    </w:p>
    <w:p w14:paraId="49B0FE29" w14:textId="77777777" w:rsidR="00EC7A70" w:rsidRDefault="00EC7A70" w:rsidP="00EC7A70">
      <w:r>
        <w:rPr>
          <w:rFonts w:ascii="Roboto" w:hAnsi="Roboto"/>
          <w:sz w:val="18"/>
        </w:rPr>
        <w:br/>
        <w:t>Retrieve whether network isolation mode is enabled.</w:t>
      </w:r>
    </w:p>
    <w:tbl>
      <w:tblPr>
        <w:tblStyle w:val="luka"/>
        <w:tblW w:w="0" w:type="auto"/>
        <w:jc w:val="center"/>
        <w:tblLook w:val="04A0" w:firstRow="1" w:lastRow="0" w:firstColumn="1" w:lastColumn="0" w:noHBand="0" w:noVBand="1"/>
      </w:tblPr>
      <w:tblGrid>
        <w:gridCol w:w="5760"/>
        <w:gridCol w:w="3600"/>
      </w:tblGrid>
      <w:tr w:rsidR="00EC7A70" w14:paraId="39FCAEC6" w14:textId="77777777" w:rsidTr="00D420CD">
        <w:trPr>
          <w:jc w:val="center"/>
        </w:trPr>
        <w:tc>
          <w:tcPr>
            <w:tcW w:w="5760" w:type="dxa"/>
            <w:tcMar>
              <w:top w:w="80" w:type="dxa"/>
              <w:left w:w="80" w:type="dxa"/>
              <w:bottom w:w="80" w:type="dxa"/>
              <w:right w:w="80" w:type="dxa"/>
            </w:tcMar>
          </w:tcPr>
          <w:p w14:paraId="26133992" w14:textId="77777777" w:rsidR="00EC7A70" w:rsidRDefault="00EC7A70" w:rsidP="00D420CD">
            <w:r>
              <w:rPr>
                <w:color w:val="000000"/>
                <w:sz w:val="18"/>
              </w:rPr>
              <w:t>Command Structure</w:t>
            </w:r>
            <w:r>
              <w:rPr>
                <w:rFonts w:ascii="Roboto Mono" w:hAnsi="Roboto Mono"/>
                <w:b/>
                <w:color w:val="000000"/>
                <w:sz w:val="16"/>
              </w:rPr>
              <w:br/>
              <w:t>GET NET_ISOLATION</w:t>
            </w:r>
          </w:p>
        </w:tc>
        <w:tc>
          <w:tcPr>
            <w:tcW w:w="3600" w:type="dxa"/>
            <w:vMerge w:val="restart"/>
            <w:shd w:val="clear" w:color="auto" w:fill="F2F2F2"/>
            <w:tcMar>
              <w:top w:w="80" w:type="dxa"/>
              <w:left w:w="80" w:type="dxa"/>
              <w:bottom w:w="80" w:type="dxa"/>
              <w:right w:w="80" w:type="dxa"/>
            </w:tcMar>
          </w:tcPr>
          <w:p w14:paraId="4A94653D" w14:textId="77777777" w:rsidR="00EC7A70" w:rsidRDefault="00EC7A70" w:rsidP="00D420CD">
            <w:r>
              <w:rPr>
                <w:color w:val="000000"/>
                <w:sz w:val="16"/>
              </w:rPr>
              <w:t>Parameters:</w:t>
            </w:r>
            <w:r>
              <w:rPr>
                <w:color w:val="000000"/>
                <w:sz w:val="16"/>
              </w:rPr>
              <w:br/>
            </w:r>
          </w:p>
        </w:tc>
      </w:tr>
      <w:tr w:rsidR="00EC7A70" w14:paraId="13EFB5FF" w14:textId="77777777" w:rsidTr="00D420CD">
        <w:trPr>
          <w:jc w:val="center"/>
        </w:trPr>
        <w:tc>
          <w:tcPr>
            <w:tcW w:w="5760" w:type="dxa"/>
            <w:tcMar>
              <w:top w:w="80" w:type="dxa"/>
              <w:left w:w="80" w:type="dxa"/>
              <w:bottom w:w="80" w:type="dxa"/>
              <w:right w:w="80" w:type="dxa"/>
            </w:tcMar>
          </w:tcPr>
          <w:p w14:paraId="2DC9C510" w14:textId="77777777" w:rsidR="00EC7A70" w:rsidRDefault="00EC7A70" w:rsidP="00D420CD">
            <w:r>
              <w:rPr>
                <w:color w:val="000000"/>
                <w:sz w:val="18"/>
              </w:rPr>
              <w:t>Response Structure</w:t>
            </w:r>
            <w:r>
              <w:rPr>
                <w:rFonts w:ascii="Roboto Mono" w:hAnsi="Roboto Mono"/>
                <w:b/>
                <w:color w:val="000000"/>
                <w:sz w:val="16"/>
              </w:rPr>
              <w:br/>
              <w:t>NET_ISOLATION &lt; ON | OFF &gt;</w:t>
            </w:r>
          </w:p>
        </w:tc>
        <w:tc>
          <w:tcPr>
            <w:tcW w:w="3600" w:type="dxa"/>
            <w:vMerge/>
          </w:tcPr>
          <w:p w14:paraId="3099B634" w14:textId="77777777" w:rsidR="00EC7A70" w:rsidRDefault="00EC7A70" w:rsidP="00D420CD"/>
        </w:tc>
      </w:tr>
      <w:tr w:rsidR="00EC7A70" w14:paraId="1D71DEDC" w14:textId="77777777" w:rsidTr="00D420CD">
        <w:trPr>
          <w:jc w:val="center"/>
        </w:trPr>
        <w:tc>
          <w:tcPr>
            <w:tcW w:w="5760" w:type="dxa"/>
            <w:tcMar>
              <w:top w:w="80" w:type="dxa"/>
              <w:left w:w="80" w:type="dxa"/>
              <w:bottom w:w="0" w:type="dxa"/>
              <w:right w:w="80" w:type="dxa"/>
            </w:tcMar>
          </w:tcPr>
          <w:p w14:paraId="6E25A797" w14:textId="77777777" w:rsidR="00EC7A70" w:rsidRDefault="00EC7A70" w:rsidP="00D420CD">
            <w:r>
              <w:rPr>
                <w:color w:val="000000"/>
                <w:sz w:val="18"/>
              </w:rPr>
              <w:t>Command Example</w:t>
            </w:r>
          </w:p>
        </w:tc>
        <w:tc>
          <w:tcPr>
            <w:tcW w:w="3600" w:type="dxa"/>
            <w:vMerge/>
          </w:tcPr>
          <w:p w14:paraId="359B2F49" w14:textId="77777777" w:rsidR="00EC7A70" w:rsidRDefault="00EC7A70" w:rsidP="00D420CD"/>
        </w:tc>
      </w:tr>
      <w:tr w:rsidR="00EC7A70" w14:paraId="6320B273" w14:textId="77777777" w:rsidTr="00D420CD">
        <w:trPr>
          <w:jc w:val="center"/>
        </w:trPr>
        <w:tc>
          <w:tcPr>
            <w:tcW w:w="5760" w:type="dxa"/>
            <w:shd w:val="clear" w:color="auto" w:fill="000000"/>
            <w:tcMar>
              <w:top w:w="0" w:type="dxa"/>
              <w:left w:w="80" w:type="dxa"/>
              <w:bottom w:w="80" w:type="dxa"/>
              <w:right w:w="80" w:type="dxa"/>
            </w:tcMar>
          </w:tcPr>
          <w:p w14:paraId="347F6182" w14:textId="77777777" w:rsidR="00EC7A70" w:rsidRDefault="00EC7A70" w:rsidP="00D420CD">
            <w:r>
              <w:rPr>
                <w:rFonts w:ascii="Roboto Mono" w:hAnsi="Roboto Mono"/>
                <w:b/>
                <w:color w:val="FFFFFF"/>
                <w:sz w:val="16"/>
              </w:rPr>
              <w:t>GET NET_ISOLATION</w:t>
            </w:r>
          </w:p>
        </w:tc>
        <w:tc>
          <w:tcPr>
            <w:tcW w:w="3600" w:type="dxa"/>
            <w:vMerge/>
          </w:tcPr>
          <w:p w14:paraId="15CC8BED" w14:textId="77777777" w:rsidR="00EC7A70" w:rsidRDefault="00EC7A70" w:rsidP="00D420CD"/>
        </w:tc>
      </w:tr>
      <w:tr w:rsidR="00EC7A70" w14:paraId="7E376977" w14:textId="77777777" w:rsidTr="00D420CD">
        <w:trPr>
          <w:jc w:val="center"/>
        </w:trPr>
        <w:tc>
          <w:tcPr>
            <w:tcW w:w="5760" w:type="dxa"/>
            <w:tcMar>
              <w:top w:w="80" w:type="dxa"/>
              <w:left w:w="80" w:type="dxa"/>
              <w:bottom w:w="0" w:type="dxa"/>
              <w:right w:w="80" w:type="dxa"/>
            </w:tcMar>
          </w:tcPr>
          <w:p w14:paraId="786ADE2F" w14:textId="77777777" w:rsidR="00EC7A70" w:rsidRDefault="00EC7A70" w:rsidP="00D420CD">
            <w:r>
              <w:rPr>
                <w:color w:val="000000"/>
                <w:sz w:val="18"/>
              </w:rPr>
              <w:t>Response Example</w:t>
            </w:r>
          </w:p>
        </w:tc>
        <w:tc>
          <w:tcPr>
            <w:tcW w:w="3600" w:type="dxa"/>
            <w:vMerge/>
          </w:tcPr>
          <w:p w14:paraId="36DAAD4E" w14:textId="77777777" w:rsidR="00EC7A70" w:rsidRDefault="00EC7A70" w:rsidP="00D420CD"/>
        </w:tc>
      </w:tr>
      <w:tr w:rsidR="00EC7A70" w14:paraId="01E46442" w14:textId="77777777" w:rsidTr="00D420CD">
        <w:trPr>
          <w:jc w:val="center"/>
        </w:trPr>
        <w:tc>
          <w:tcPr>
            <w:tcW w:w="5760" w:type="dxa"/>
            <w:shd w:val="clear" w:color="auto" w:fill="000000"/>
            <w:tcMar>
              <w:top w:w="0" w:type="dxa"/>
              <w:left w:w="80" w:type="dxa"/>
              <w:bottom w:w="80" w:type="dxa"/>
              <w:right w:w="80" w:type="dxa"/>
            </w:tcMar>
          </w:tcPr>
          <w:p w14:paraId="2ED5FC28" w14:textId="77777777" w:rsidR="00EC7A70" w:rsidRDefault="00EC7A70" w:rsidP="00D420CD">
            <w:r>
              <w:rPr>
                <w:rFonts w:ascii="Roboto Mono" w:hAnsi="Roboto Mono"/>
                <w:b/>
                <w:color w:val="FFFFFF"/>
                <w:sz w:val="16"/>
              </w:rPr>
              <w:t>NET_ISOLATION ON</w:t>
            </w:r>
          </w:p>
        </w:tc>
        <w:tc>
          <w:tcPr>
            <w:tcW w:w="3600" w:type="dxa"/>
            <w:vMerge/>
          </w:tcPr>
          <w:p w14:paraId="6237632B" w14:textId="77777777" w:rsidR="00EC7A70" w:rsidRDefault="00EC7A70" w:rsidP="00D420CD"/>
        </w:tc>
      </w:tr>
      <w:tr w:rsidR="00EC7A70" w14:paraId="01346638" w14:textId="77777777" w:rsidTr="00D420CD">
        <w:trPr>
          <w:jc w:val="center"/>
        </w:trPr>
        <w:tc>
          <w:tcPr>
            <w:tcW w:w="9360" w:type="dxa"/>
            <w:gridSpan w:val="2"/>
            <w:shd w:val="clear" w:color="auto" w:fill="E0F6EC"/>
            <w:tcMar>
              <w:top w:w="80" w:type="dxa"/>
              <w:left w:w="80" w:type="dxa"/>
              <w:bottom w:w="80" w:type="dxa"/>
              <w:right w:w="80" w:type="dxa"/>
            </w:tcMar>
          </w:tcPr>
          <w:p w14:paraId="31E6E037" w14:textId="77777777" w:rsidR="00EC7A70" w:rsidRDefault="00EC7A70" w:rsidP="00D420CD">
            <w:r>
              <w:rPr>
                <w:color w:val="000000"/>
                <w:sz w:val="16"/>
              </w:rPr>
              <w:t xml:space="preserve">Additional Notes: </w:t>
            </w:r>
          </w:p>
        </w:tc>
      </w:tr>
    </w:tbl>
    <w:p w14:paraId="52421A5B" w14:textId="77777777" w:rsidR="00EC7A70" w:rsidRDefault="00EC7A70" w:rsidP="00EC7A70"/>
    <w:p w14:paraId="4CF9EEC0" w14:textId="77777777" w:rsidR="00EC7A70" w:rsidRDefault="00EC7A70" w:rsidP="00EC7A70">
      <w:pPr>
        <w:pStyle w:val="Heading2"/>
      </w:pPr>
      <w:bookmarkStart w:id="98" w:name="_Toc218512859"/>
      <w:r>
        <w:rPr>
          <w:rFonts w:ascii="Roboto" w:hAnsi="Roboto"/>
          <w:color w:val="000000"/>
          <w:sz w:val="28"/>
        </w:rPr>
        <w:t>6.3 Set IP Address - DHCP</w:t>
      </w:r>
      <w:bookmarkEnd w:id="98"/>
    </w:p>
    <w:p w14:paraId="2B490AF3" w14:textId="77777777" w:rsidR="00EC7A70" w:rsidRDefault="00EC7A70" w:rsidP="00EC7A70">
      <w:r>
        <w:rPr>
          <w:rFonts w:ascii="Roboto" w:hAnsi="Roboto"/>
          <w:sz w:val="18"/>
        </w:rPr>
        <w:br/>
        <w:t>Set the DHCP IP address</w:t>
      </w:r>
    </w:p>
    <w:tbl>
      <w:tblPr>
        <w:tblStyle w:val="luka"/>
        <w:tblW w:w="0" w:type="auto"/>
        <w:jc w:val="center"/>
        <w:tblLook w:val="04A0" w:firstRow="1" w:lastRow="0" w:firstColumn="1" w:lastColumn="0" w:noHBand="0" w:noVBand="1"/>
      </w:tblPr>
      <w:tblGrid>
        <w:gridCol w:w="5760"/>
        <w:gridCol w:w="3600"/>
      </w:tblGrid>
      <w:tr w:rsidR="00EC7A70" w14:paraId="529922C1" w14:textId="77777777" w:rsidTr="00D420CD">
        <w:trPr>
          <w:jc w:val="center"/>
        </w:trPr>
        <w:tc>
          <w:tcPr>
            <w:tcW w:w="5760" w:type="dxa"/>
            <w:tcMar>
              <w:top w:w="80" w:type="dxa"/>
              <w:left w:w="80" w:type="dxa"/>
              <w:bottom w:w="80" w:type="dxa"/>
              <w:right w:w="80" w:type="dxa"/>
            </w:tcMar>
          </w:tcPr>
          <w:p w14:paraId="2C35E5E5" w14:textId="77777777" w:rsidR="00EC7A70" w:rsidRDefault="00EC7A70" w:rsidP="00D420CD">
            <w:r>
              <w:rPr>
                <w:color w:val="000000"/>
                <w:sz w:val="18"/>
              </w:rPr>
              <w:t>Command Structure</w:t>
            </w:r>
            <w:r>
              <w:rPr>
                <w:rFonts w:ascii="Roboto Mono" w:hAnsi="Roboto Mono"/>
                <w:b/>
                <w:color w:val="000000"/>
                <w:sz w:val="16"/>
              </w:rPr>
              <w:br/>
              <w:t>SET IPADDR &lt; CONTROL | SERVICE &gt; DHCP</w:t>
            </w:r>
          </w:p>
        </w:tc>
        <w:tc>
          <w:tcPr>
            <w:tcW w:w="3600" w:type="dxa"/>
            <w:vMerge w:val="restart"/>
            <w:shd w:val="clear" w:color="auto" w:fill="F2F2F2"/>
            <w:tcMar>
              <w:top w:w="80" w:type="dxa"/>
              <w:left w:w="80" w:type="dxa"/>
              <w:bottom w:w="80" w:type="dxa"/>
              <w:right w:w="80" w:type="dxa"/>
            </w:tcMar>
          </w:tcPr>
          <w:p w14:paraId="2AC13EF6" w14:textId="77777777" w:rsidR="00EC7A70" w:rsidRDefault="00EC7A70" w:rsidP="00D420CD">
            <w:r>
              <w:rPr>
                <w:color w:val="000000"/>
                <w:sz w:val="16"/>
              </w:rPr>
              <w:t>Parameters:</w:t>
            </w:r>
            <w:r>
              <w:rPr>
                <w:color w:val="000000"/>
                <w:sz w:val="16"/>
              </w:rPr>
              <w:br/>
              <w:t>CONTROL = Sets the IP address for the primary/control network</w:t>
            </w:r>
            <w:r>
              <w:rPr>
                <w:color w:val="000000"/>
                <w:sz w:val="16"/>
              </w:rPr>
              <w:br/>
              <w:t>SERVICE = Sets the IP address for the service network when in network isolation mode</w:t>
            </w:r>
          </w:p>
        </w:tc>
      </w:tr>
      <w:tr w:rsidR="00EC7A70" w14:paraId="0D713E10" w14:textId="77777777" w:rsidTr="00D420CD">
        <w:trPr>
          <w:jc w:val="center"/>
        </w:trPr>
        <w:tc>
          <w:tcPr>
            <w:tcW w:w="5760" w:type="dxa"/>
            <w:tcMar>
              <w:top w:w="80" w:type="dxa"/>
              <w:left w:w="80" w:type="dxa"/>
              <w:bottom w:w="80" w:type="dxa"/>
              <w:right w:w="80" w:type="dxa"/>
            </w:tcMar>
          </w:tcPr>
          <w:p w14:paraId="57D73994" w14:textId="77777777" w:rsidR="00EC7A70" w:rsidRDefault="00EC7A70" w:rsidP="00D420CD">
            <w:r>
              <w:rPr>
                <w:color w:val="000000"/>
                <w:sz w:val="18"/>
              </w:rPr>
              <w:t>Response Structure</w:t>
            </w:r>
            <w:r>
              <w:rPr>
                <w:rFonts w:ascii="Roboto Mono" w:hAnsi="Roboto Mono"/>
                <w:b/>
                <w:color w:val="000000"/>
                <w:sz w:val="16"/>
              </w:rPr>
              <w:br/>
              <w:t>IPADDR &lt; CONTROL | SERVICE &gt; DHCP</w:t>
            </w:r>
          </w:p>
        </w:tc>
        <w:tc>
          <w:tcPr>
            <w:tcW w:w="3600" w:type="dxa"/>
            <w:vMerge/>
          </w:tcPr>
          <w:p w14:paraId="76C8B914" w14:textId="77777777" w:rsidR="00EC7A70" w:rsidRDefault="00EC7A70" w:rsidP="00D420CD"/>
        </w:tc>
      </w:tr>
      <w:tr w:rsidR="00EC7A70" w14:paraId="7DB785C9" w14:textId="77777777" w:rsidTr="00D420CD">
        <w:trPr>
          <w:jc w:val="center"/>
        </w:trPr>
        <w:tc>
          <w:tcPr>
            <w:tcW w:w="5760" w:type="dxa"/>
            <w:tcMar>
              <w:top w:w="80" w:type="dxa"/>
              <w:left w:w="80" w:type="dxa"/>
              <w:bottom w:w="0" w:type="dxa"/>
              <w:right w:w="80" w:type="dxa"/>
            </w:tcMar>
          </w:tcPr>
          <w:p w14:paraId="4C66A0C9" w14:textId="77777777" w:rsidR="00EC7A70" w:rsidRDefault="00EC7A70" w:rsidP="00D420CD">
            <w:r>
              <w:rPr>
                <w:color w:val="000000"/>
                <w:sz w:val="18"/>
              </w:rPr>
              <w:t>Command Example</w:t>
            </w:r>
          </w:p>
        </w:tc>
        <w:tc>
          <w:tcPr>
            <w:tcW w:w="3600" w:type="dxa"/>
            <w:vMerge/>
          </w:tcPr>
          <w:p w14:paraId="183328F9" w14:textId="77777777" w:rsidR="00EC7A70" w:rsidRDefault="00EC7A70" w:rsidP="00D420CD"/>
        </w:tc>
      </w:tr>
      <w:tr w:rsidR="00EC7A70" w14:paraId="2BA0FEA5" w14:textId="77777777" w:rsidTr="00D420CD">
        <w:trPr>
          <w:jc w:val="center"/>
        </w:trPr>
        <w:tc>
          <w:tcPr>
            <w:tcW w:w="5760" w:type="dxa"/>
            <w:shd w:val="clear" w:color="auto" w:fill="000000"/>
            <w:tcMar>
              <w:top w:w="0" w:type="dxa"/>
              <w:left w:w="80" w:type="dxa"/>
              <w:bottom w:w="80" w:type="dxa"/>
              <w:right w:w="80" w:type="dxa"/>
            </w:tcMar>
          </w:tcPr>
          <w:p w14:paraId="04946C1B" w14:textId="77777777" w:rsidR="00EC7A70" w:rsidRDefault="00EC7A70" w:rsidP="00D420CD">
            <w:r>
              <w:rPr>
                <w:rFonts w:ascii="Roboto Mono" w:hAnsi="Roboto Mono"/>
                <w:b/>
                <w:color w:val="FFFFFF"/>
                <w:sz w:val="16"/>
              </w:rPr>
              <w:t>SET IPADDR CONTROL DHCP</w:t>
            </w:r>
          </w:p>
        </w:tc>
        <w:tc>
          <w:tcPr>
            <w:tcW w:w="3600" w:type="dxa"/>
            <w:vMerge/>
          </w:tcPr>
          <w:p w14:paraId="4D03F37E" w14:textId="77777777" w:rsidR="00EC7A70" w:rsidRDefault="00EC7A70" w:rsidP="00D420CD"/>
        </w:tc>
      </w:tr>
      <w:tr w:rsidR="00EC7A70" w14:paraId="4EF755EB" w14:textId="77777777" w:rsidTr="00D420CD">
        <w:trPr>
          <w:jc w:val="center"/>
        </w:trPr>
        <w:tc>
          <w:tcPr>
            <w:tcW w:w="5760" w:type="dxa"/>
            <w:tcMar>
              <w:top w:w="80" w:type="dxa"/>
              <w:left w:w="80" w:type="dxa"/>
              <w:bottom w:w="0" w:type="dxa"/>
              <w:right w:w="80" w:type="dxa"/>
            </w:tcMar>
          </w:tcPr>
          <w:p w14:paraId="5A55B98F" w14:textId="77777777" w:rsidR="00EC7A70" w:rsidRDefault="00EC7A70" w:rsidP="00D420CD">
            <w:r>
              <w:rPr>
                <w:color w:val="000000"/>
                <w:sz w:val="18"/>
              </w:rPr>
              <w:t>Response Example</w:t>
            </w:r>
          </w:p>
        </w:tc>
        <w:tc>
          <w:tcPr>
            <w:tcW w:w="3600" w:type="dxa"/>
            <w:vMerge/>
          </w:tcPr>
          <w:p w14:paraId="25BC96F1" w14:textId="77777777" w:rsidR="00EC7A70" w:rsidRDefault="00EC7A70" w:rsidP="00D420CD"/>
        </w:tc>
      </w:tr>
      <w:tr w:rsidR="00EC7A70" w14:paraId="3CF11165" w14:textId="77777777" w:rsidTr="00D420CD">
        <w:trPr>
          <w:jc w:val="center"/>
        </w:trPr>
        <w:tc>
          <w:tcPr>
            <w:tcW w:w="5760" w:type="dxa"/>
            <w:shd w:val="clear" w:color="auto" w:fill="000000"/>
            <w:tcMar>
              <w:top w:w="0" w:type="dxa"/>
              <w:left w:w="80" w:type="dxa"/>
              <w:bottom w:w="80" w:type="dxa"/>
              <w:right w:w="80" w:type="dxa"/>
            </w:tcMar>
          </w:tcPr>
          <w:p w14:paraId="01A80552" w14:textId="77777777" w:rsidR="00EC7A70" w:rsidRDefault="00EC7A70" w:rsidP="00D420CD">
            <w:r>
              <w:rPr>
                <w:rFonts w:ascii="Roboto Mono" w:hAnsi="Roboto Mono"/>
                <w:b/>
                <w:color w:val="FFFFFF"/>
                <w:sz w:val="16"/>
              </w:rPr>
              <w:t>IPADDR CONTROL DHCP</w:t>
            </w:r>
          </w:p>
        </w:tc>
        <w:tc>
          <w:tcPr>
            <w:tcW w:w="3600" w:type="dxa"/>
            <w:vMerge/>
          </w:tcPr>
          <w:p w14:paraId="25E0D250" w14:textId="77777777" w:rsidR="00EC7A70" w:rsidRDefault="00EC7A70" w:rsidP="00D420CD"/>
        </w:tc>
      </w:tr>
      <w:tr w:rsidR="00EC7A70" w14:paraId="1A948A11" w14:textId="77777777" w:rsidTr="00D420CD">
        <w:trPr>
          <w:jc w:val="center"/>
        </w:trPr>
        <w:tc>
          <w:tcPr>
            <w:tcW w:w="9360" w:type="dxa"/>
            <w:gridSpan w:val="2"/>
            <w:shd w:val="clear" w:color="auto" w:fill="E0F6EC"/>
            <w:tcMar>
              <w:top w:w="80" w:type="dxa"/>
              <w:left w:w="80" w:type="dxa"/>
              <w:bottom w:w="80" w:type="dxa"/>
              <w:right w:w="80" w:type="dxa"/>
            </w:tcMar>
          </w:tcPr>
          <w:p w14:paraId="073515DE" w14:textId="77777777" w:rsidR="00EC7A70" w:rsidRDefault="00EC7A70" w:rsidP="00D420CD">
            <w:r>
              <w:rPr>
                <w:color w:val="000000"/>
                <w:sz w:val="16"/>
              </w:rPr>
              <w:t>Additional Notes: By default, both networks use DHCP mode</w:t>
            </w:r>
          </w:p>
        </w:tc>
      </w:tr>
    </w:tbl>
    <w:p w14:paraId="4F816C4A" w14:textId="7FF7E0ED" w:rsidR="00800BC3" w:rsidRDefault="00800BC3" w:rsidP="00EC7A70"/>
    <w:p w14:paraId="637CE9C5" w14:textId="77777777" w:rsidR="00800BC3" w:rsidRDefault="00800BC3">
      <w:r>
        <w:br w:type="page"/>
      </w:r>
    </w:p>
    <w:p w14:paraId="332442FA" w14:textId="77777777" w:rsidR="00EC7A70" w:rsidRDefault="00EC7A70" w:rsidP="00EC7A70">
      <w:pPr>
        <w:pStyle w:val="Heading2"/>
      </w:pPr>
      <w:bookmarkStart w:id="99" w:name="_Toc218512860"/>
      <w:r>
        <w:rPr>
          <w:rFonts w:ascii="Roboto" w:hAnsi="Roboto"/>
          <w:color w:val="000000"/>
          <w:sz w:val="28"/>
        </w:rPr>
        <w:lastRenderedPageBreak/>
        <w:t>6.4 Set IP Address - Static</w:t>
      </w:r>
      <w:bookmarkEnd w:id="99"/>
    </w:p>
    <w:p w14:paraId="112A4079" w14:textId="77777777" w:rsidR="00EC7A70" w:rsidRDefault="00EC7A70" w:rsidP="00EC7A70">
      <w:r>
        <w:rPr>
          <w:rFonts w:ascii="Roboto" w:hAnsi="Roboto"/>
          <w:sz w:val="18"/>
        </w:rPr>
        <w:br/>
        <w:t>Set a static IP address.</w:t>
      </w:r>
    </w:p>
    <w:tbl>
      <w:tblPr>
        <w:tblStyle w:val="luka"/>
        <w:tblW w:w="0" w:type="auto"/>
        <w:jc w:val="center"/>
        <w:tblLook w:val="04A0" w:firstRow="1" w:lastRow="0" w:firstColumn="1" w:lastColumn="0" w:noHBand="0" w:noVBand="1"/>
      </w:tblPr>
      <w:tblGrid>
        <w:gridCol w:w="5760"/>
        <w:gridCol w:w="3600"/>
      </w:tblGrid>
      <w:tr w:rsidR="00EC7A70" w14:paraId="6B151D53" w14:textId="77777777" w:rsidTr="00D420CD">
        <w:trPr>
          <w:jc w:val="center"/>
        </w:trPr>
        <w:tc>
          <w:tcPr>
            <w:tcW w:w="5760" w:type="dxa"/>
            <w:tcMar>
              <w:top w:w="80" w:type="dxa"/>
              <w:left w:w="80" w:type="dxa"/>
              <w:bottom w:w="80" w:type="dxa"/>
              <w:right w:w="80" w:type="dxa"/>
            </w:tcMar>
          </w:tcPr>
          <w:p w14:paraId="1CF818A8" w14:textId="77777777" w:rsidR="00EC7A70" w:rsidRDefault="00EC7A70" w:rsidP="00D420CD">
            <w:r>
              <w:rPr>
                <w:color w:val="000000"/>
                <w:sz w:val="18"/>
              </w:rPr>
              <w:t>Command Structure</w:t>
            </w:r>
            <w:r>
              <w:rPr>
                <w:rFonts w:ascii="Roboto Mono" w:hAnsi="Roboto Mono"/>
                <w:b/>
                <w:color w:val="000000"/>
                <w:sz w:val="16"/>
              </w:rPr>
              <w:br/>
              <w:t xml:space="preserve">SET IPADDR &lt; CONTROL | SERVICE &gt; STATIC &lt; </w:t>
            </w:r>
            <w:proofErr w:type="spellStart"/>
            <w:r>
              <w:rPr>
                <w:rFonts w:ascii="Roboto Mono" w:hAnsi="Roboto Mono"/>
                <w:b/>
                <w:color w:val="000000"/>
                <w:sz w:val="16"/>
              </w:rPr>
              <w:t>IPAddress</w:t>
            </w:r>
            <w:proofErr w:type="spellEnd"/>
            <w:r>
              <w:rPr>
                <w:rFonts w:ascii="Roboto Mono" w:hAnsi="Roboto Mono"/>
                <w:b/>
                <w:color w:val="000000"/>
                <w:sz w:val="16"/>
              </w:rPr>
              <w:t xml:space="preserve"> &gt; &lt; </w:t>
            </w:r>
            <w:proofErr w:type="spellStart"/>
            <w:r>
              <w:rPr>
                <w:rFonts w:ascii="Roboto Mono" w:hAnsi="Roboto Mono"/>
                <w:b/>
                <w:color w:val="000000"/>
                <w:sz w:val="16"/>
              </w:rPr>
              <w:t>NetMask</w:t>
            </w:r>
            <w:proofErr w:type="spellEnd"/>
            <w:r>
              <w:rPr>
                <w:rFonts w:ascii="Roboto Mono" w:hAnsi="Roboto Mono"/>
                <w:b/>
                <w:color w:val="000000"/>
                <w:sz w:val="16"/>
              </w:rPr>
              <w:t xml:space="preserve"> &gt; [ Gateway [ </w:t>
            </w:r>
            <w:proofErr w:type="spellStart"/>
            <w:proofErr w:type="gramStart"/>
            <w:r>
              <w:rPr>
                <w:rFonts w:ascii="Roboto Mono" w:hAnsi="Roboto Mono"/>
                <w:b/>
                <w:color w:val="000000"/>
                <w:sz w:val="16"/>
              </w:rPr>
              <w:t>DNSServer</w:t>
            </w:r>
            <w:proofErr w:type="spellEnd"/>
            <w:r>
              <w:rPr>
                <w:rFonts w:ascii="Roboto Mono" w:hAnsi="Roboto Mono"/>
                <w:b/>
                <w:color w:val="000000"/>
                <w:sz w:val="16"/>
              </w:rPr>
              <w:t xml:space="preserve"> ]</w:t>
            </w:r>
            <w:proofErr w:type="gramEnd"/>
            <w:r>
              <w:rPr>
                <w:rFonts w:ascii="Roboto Mono" w:hAnsi="Roboto Mono"/>
                <w:b/>
                <w:color w:val="000000"/>
                <w:sz w:val="16"/>
              </w:rPr>
              <w:t xml:space="preserve"> ]</w:t>
            </w:r>
          </w:p>
        </w:tc>
        <w:tc>
          <w:tcPr>
            <w:tcW w:w="3600" w:type="dxa"/>
            <w:vMerge w:val="restart"/>
            <w:shd w:val="clear" w:color="auto" w:fill="F2F2F2"/>
            <w:tcMar>
              <w:top w:w="80" w:type="dxa"/>
              <w:left w:w="80" w:type="dxa"/>
              <w:bottom w:w="80" w:type="dxa"/>
              <w:right w:w="80" w:type="dxa"/>
            </w:tcMar>
          </w:tcPr>
          <w:p w14:paraId="74D6AF6F" w14:textId="77777777" w:rsidR="00EC7A70" w:rsidRDefault="00EC7A70" w:rsidP="00D420CD">
            <w:r>
              <w:rPr>
                <w:color w:val="000000"/>
                <w:sz w:val="16"/>
              </w:rPr>
              <w:t>Parameters:</w:t>
            </w:r>
            <w:r>
              <w:rPr>
                <w:color w:val="000000"/>
                <w:sz w:val="16"/>
              </w:rPr>
              <w:br/>
              <w:t>Gateway and DNS server are optional parameters.</w:t>
            </w:r>
          </w:p>
        </w:tc>
      </w:tr>
      <w:tr w:rsidR="00EC7A70" w14:paraId="48676D9D" w14:textId="77777777" w:rsidTr="00D420CD">
        <w:trPr>
          <w:jc w:val="center"/>
        </w:trPr>
        <w:tc>
          <w:tcPr>
            <w:tcW w:w="5760" w:type="dxa"/>
            <w:tcMar>
              <w:top w:w="80" w:type="dxa"/>
              <w:left w:w="80" w:type="dxa"/>
              <w:bottom w:w="80" w:type="dxa"/>
              <w:right w:w="80" w:type="dxa"/>
            </w:tcMar>
          </w:tcPr>
          <w:p w14:paraId="2412D77D" w14:textId="77777777" w:rsidR="00EC7A70" w:rsidRDefault="00EC7A70" w:rsidP="00D420CD">
            <w:r>
              <w:rPr>
                <w:color w:val="000000"/>
                <w:sz w:val="18"/>
              </w:rPr>
              <w:t>Response Structure</w:t>
            </w:r>
            <w:r>
              <w:rPr>
                <w:rFonts w:ascii="Roboto Mono" w:hAnsi="Roboto Mono"/>
                <w:b/>
                <w:color w:val="000000"/>
                <w:sz w:val="16"/>
              </w:rPr>
              <w:br/>
              <w:t xml:space="preserve">IPADDR &lt; CONTROL | SERVICE &gt; STATIC &lt; </w:t>
            </w:r>
            <w:proofErr w:type="spellStart"/>
            <w:r>
              <w:rPr>
                <w:rFonts w:ascii="Roboto Mono" w:hAnsi="Roboto Mono"/>
                <w:b/>
                <w:color w:val="000000"/>
                <w:sz w:val="16"/>
              </w:rPr>
              <w:t>IPAddress</w:t>
            </w:r>
            <w:proofErr w:type="spellEnd"/>
            <w:r>
              <w:rPr>
                <w:rFonts w:ascii="Roboto Mono" w:hAnsi="Roboto Mono"/>
                <w:b/>
                <w:color w:val="000000"/>
                <w:sz w:val="16"/>
              </w:rPr>
              <w:t xml:space="preserve"> &gt; &lt; </w:t>
            </w:r>
            <w:proofErr w:type="spellStart"/>
            <w:r>
              <w:rPr>
                <w:rFonts w:ascii="Roboto Mono" w:hAnsi="Roboto Mono"/>
                <w:b/>
                <w:color w:val="000000"/>
                <w:sz w:val="16"/>
              </w:rPr>
              <w:t>NetMask</w:t>
            </w:r>
            <w:proofErr w:type="spellEnd"/>
            <w:r>
              <w:rPr>
                <w:rFonts w:ascii="Roboto Mono" w:hAnsi="Roboto Mono"/>
                <w:b/>
                <w:color w:val="000000"/>
                <w:sz w:val="16"/>
              </w:rPr>
              <w:t xml:space="preserve"> &gt; [ Gateway [ </w:t>
            </w:r>
            <w:proofErr w:type="spellStart"/>
            <w:proofErr w:type="gramStart"/>
            <w:r>
              <w:rPr>
                <w:rFonts w:ascii="Roboto Mono" w:hAnsi="Roboto Mono"/>
                <w:b/>
                <w:color w:val="000000"/>
                <w:sz w:val="16"/>
              </w:rPr>
              <w:t>DNSServer</w:t>
            </w:r>
            <w:proofErr w:type="spellEnd"/>
            <w:r>
              <w:rPr>
                <w:rFonts w:ascii="Roboto Mono" w:hAnsi="Roboto Mono"/>
                <w:b/>
                <w:color w:val="000000"/>
                <w:sz w:val="16"/>
              </w:rPr>
              <w:t xml:space="preserve"> ]</w:t>
            </w:r>
            <w:proofErr w:type="gramEnd"/>
            <w:r>
              <w:rPr>
                <w:rFonts w:ascii="Roboto Mono" w:hAnsi="Roboto Mono"/>
                <w:b/>
                <w:color w:val="000000"/>
                <w:sz w:val="16"/>
              </w:rPr>
              <w:t xml:space="preserve"> ]</w:t>
            </w:r>
          </w:p>
        </w:tc>
        <w:tc>
          <w:tcPr>
            <w:tcW w:w="3600" w:type="dxa"/>
            <w:vMerge/>
          </w:tcPr>
          <w:p w14:paraId="01E1A444" w14:textId="77777777" w:rsidR="00EC7A70" w:rsidRDefault="00EC7A70" w:rsidP="00D420CD"/>
        </w:tc>
      </w:tr>
      <w:tr w:rsidR="00EC7A70" w14:paraId="7E6AD034" w14:textId="77777777" w:rsidTr="00D420CD">
        <w:trPr>
          <w:jc w:val="center"/>
        </w:trPr>
        <w:tc>
          <w:tcPr>
            <w:tcW w:w="5760" w:type="dxa"/>
            <w:tcMar>
              <w:top w:w="80" w:type="dxa"/>
              <w:left w:w="80" w:type="dxa"/>
              <w:bottom w:w="0" w:type="dxa"/>
              <w:right w:w="80" w:type="dxa"/>
            </w:tcMar>
          </w:tcPr>
          <w:p w14:paraId="42E5009F" w14:textId="77777777" w:rsidR="00EC7A70" w:rsidRDefault="00EC7A70" w:rsidP="00D420CD">
            <w:r>
              <w:rPr>
                <w:color w:val="000000"/>
                <w:sz w:val="18"/>
              </w:rPr>
              <w:t>Command Example</w:t>
            </w:r>
          </w:p>
        </w:tc>
        <w:tc>
          <w:tcPr>
            <w:tcW w:w="3600" w:type="dxa"/>
            <w:vMerge/>
          </w:tcPr>
          <w:p w14:paraId="6655A369" w14:textId="77777777" w:rsidR="00EC7A70" w:rsidRDefault="00EC7A70" w:rsidP="00D420CD"/>
        </w:tc>
      </w:tr>
      <w:tr w:rsidR="00EC7A70" w14:paraId="0FF0751D" w14:textId="77777777" w:rsidTr="00D420CD">
        <w:trPr>
          <w:jc w:val="center"/>
        </w:trPr>
        <w:tc>
          <w:tcPr>
            <w:tcW w:w="5760" w:type="dxa"/>
            <w:shd w:val="clear" w:color="auto" w:fill="000000"/>
            <w:tcMar>
              <w:top w:w="0" w:type="dxa"/>
              <w:left w:w="80" w:type="dxa"/>
              <w:bottom w:w="80" w:type="dxa"/>
              <w:right w:w="80" w:type="dxa"/>
            </w:tcMar>
          </w:tcPr>
          <w:p w14:paraId="62C24BA8" w14:textId="77777777" w:rsidR="00EC7A70" w:rsidRDefault="00EC7A70" w:rsidP="00D420CD">
            <w:r>
              <w:rPr>
                <w:rFonts w:ascii="Roboto Mono" w:hAnsi="Roboto Mono"/>
                <w:b/>
                <w:color w:val="FFFFFF"/>
                <w:sz w:val="16"/>
              </w:rPr>
              <w:t>SET IPADDR SERVICE STATIC 192.168.1.34 255.255.255.0 192.168.1.1 192.168.1.2</w:t>
            </w:r>
          </w:p>
        </w:tc>
        <w:tc>
          <w:tcPr>
            <w:tcW w:w="3600" w:type="dxa"/>
            <w:vMerge/>
          </w:tcPr>
          <w:p w14:paraId="52DD541B" w14:textId="77777777" w:rsidR="00EC7A70" w:rsidRDefault="00EC7A70" w:rsidP="00D420CD"/>
        </w:tc>
      </w:tr>
      <w:tr w:rsidR="00EC7A70" w14:paraId="4CD6EADD" w14:textId="77777777" w:rsidTr="00D420CD">
        <w:trPr>
          <w:jc w:val="center"/>
        </w:trPr>
        <w:tc>
          <w:tcPr>
            <w:tcW w:w="5760" w:type="dxa"/>
            <w:tcMar>
              <w:top w:w="80" w:type="dxa"/>
              <w:left w:w="80" w:type="dxa"/>
              <w:bottom w:w="0" w:type="dxa"/>
              <w:right w:w="80" w:type="dxa"/>
            </w:tcMar>
          </w:tcPr>
          <w:p w14:paraId="16C9A331" w14:textId="77777777" w:rsidR="00EC7A70" w:rsidRDefault="00EC7A70" w:rsidP="00D420CD">
            <w:r>
              <w:rPr>
                <w:color w:val="000000"/>
                <w:sz w:val="18"/>
              </w:rPr>
              <w:t>Response Example</w:t>
            </w:r>
          </w:p>
        </w:tc>
        <w:tc>
          <w:tcPr>
            <w:tcW w:w="3600" w:type="dxa"/>
            <w:vMerge/>
          </w:tcPr>
          <w:p w14:paraId="5086577B" w14:textId="77777777" w:rsidR="00EC7A70" w:rsidRDefault="00EC7A70" w:rsidP="00D420CD"/>
        </w:tc>
      </w:tr>
      <w:tr w:rsidR="00EC7A70" w14:paraId="4AC9112A" w14:textId="77777777" w:rsidTr="00D420CD">
        <w:trPr>
          <w:jc w:val="center"/>
        </w:trPr>
        <w:tc>
          <w:tcPr>
            <w:tcW w:w="5760" w:type="dxa"/>
            <w:shd w:val="clear" w:color="auto" w:fill="000000"/>
            <w:tcMar>
              <w:top w:w="0" w:type="dxa"/>
              <w:left w:w="80" w:type="dxa"/>
              <w:bottom w:w="80" w:type="dxa"/>
              <w:right w:w="80" w:type="dxa"/>
            </w:tcMar>
          </w:tcPr>
          <w:p w14:paraId="6BFD10AD" w14:textId="77777777" w:rsidR="00EC7A70" w:rsidRDefault="00EC7A70" w:rsidP="00D420CD">
            <w:r>
              <w:rPr>
                <w:rFonts w:ascii="Roboto Mono" w:hAnsi="Roboto Mono"/>
                <w:b/>
                <w:color w:val="FFFFFF"/>
                <w:sz w:val="16"/>
              </w:rPr>
              <w:t>IPADDR SERVICE STATIC 192.168.1.34 255.255.255.0 192.168.1.1 192.168.1.2</w:t>
            </w:r>
          </w:p>
        </w:tc>
        <w:tc>
          <w:tcPr>
            <w:tcW w:w="3600" w:type="dxa"/>
            <w:vMerge/>
          </w:tcPr>
          <w:p w14:paraId="6675A85E" w14:textId="77777777" w:rsidR="00EC7A70" w:rsidRDefault="00EC7A70" w:rsidP="00D420CD"/>
        </w:tc>
      </w:tr>
      <w:tr w:rsidR="00EC7A70" w14:paraId="1FE306C9" w14:textId="77777777" w:rsidTr="00D420CD">
        <w:trPr>
          <w:jc w:val="center"/>
        </w:trPr>
        <w:tc>
          <w:tcPr>
            <w:tcW w:w="9360" w:type="dxa"/>
            <w:gridSpan w:val="2"/>
            <w:shd w:val="clear" w:color="auto" w:fill="E0F6EC"/>
            <w:tcMar>
              <w:top w:w="80" w:type="dxa"/>
              <w:left w:w="80" w:type="dxa"/>
              <w:bottom w:w="80" w:type="dxa"/>
              <w:right w:w="80" w:type="dxa"/>
            </w:tcMar>
          </w:tcPr>
          <w:p w14:paraId="1EA44B22" w14:textId="77777777" w:rsidR="00EC7A70" w:rsidRDefault="00EC7A70" w:rsidP="00D420CD">
            <w:r>
              <w:rPr>
                <w:color w:val="000000"/>
                <w:sz w:val="16"/>
              </w:rPr>
              <w:t xml:space="preserve">Additional Notes: </w:t>
            </w:r>
          </w:p>
        </w:tc>
      </w:tr>
    </w:tbl>
    <w:p w14:paraId="6387FFAB" w14:textId="77777777" w:rsidR="00EC7A70" w:rsidRDefault="00EC7A70" w:rsidP="00EC7A70"/>
    <w:p w14:paraId="73683B3A" w14:textId="77777777" w:rsidR="00EC7A70" w:rsidRDefault="00EC7A70" w:rsidP="00EC7A70">
      <w:pPr>
        <w:pStyle w:val="Heading2"/>
      </w:pPr>
      <w:bookmarkStart w:id="100" w:name="_Toc218512861"/>
      <w:r>
        <w:rPr>
          <w:rFonts w:ascii="Roboto" w:hAnsi="Roboto"/>
          <w:color w:val="000000"/>
          <w:sz w:val="28"/>
        </w:rPr>
        <w:t>6.5 Get IP Address</w:t>
      </w:r>
      <w:bookmarkEnd w:id="100"/>
    </w:p>
    <w:p w14:paraId="00B526CC" w14:textId="77777777" w:rsidR="00EC7A70" w:rsidRDefault="00EC7A70" w:rsidP="00EC7A70">
      <w:r>
        <w:rPr>
          <w:rFonts w:ascii="Roboto" w:hAnsi="Roboto"/>
          <w:sz w:val="18"/>
        </w:rPr>
        <w:br/>
        <w:t>Get the device's IP address.</w:t>
      </w:r>
    </w:p>
    <w:tbl>
      <w:tblPr>
        <w:tblStyle w:val="luka"/>
        <w:tblW w:w="0" w:type="auto"/>
        <w:jc w:val="center"/>
        <w:tblLook w:val="04A0" w:firstRow="1" w:lastRow="0" w:firstColumn="1" w:lastColumn="0" w:noHBand="0" w:noVBand="1"/>
      </w:tblPr>
      <w:tblGrid>
        <w:gridCol w:w="5760"/>
        <w:gridCol w:w="3600"/>
      </w:tblGrid>
      <w:tr w:rsidR="00EC7A70" w14:paraId="381BADDB" w14:textId="77777777" w:rsidTr="00D420CD">
        <w:trPr>
          <w:jc w:val="center"/>
        </w:trPr>
        <w:tc>
          <w:tcPr>
            <w:tcW w:w="5760" w:type="dxa"/>
            <w:tcMar>
              <w:top w:w="80" w:type="dxa"/>
              <w:left w:w="80" w:type="dxa"/>
              <w:bottom w:w="80" w:type="dxa"/>
              <w:right w:w="80" w:type="dxa"/>
            </w:tcMar>
          </w:tcPr>
          <w:p w14:paraId="409E0400" w14:textId="77777777" w:rsidR="00EC7A70" w:rsidRDefault="00EC7A70" w:rsidP="00D420CD">
            <w:r>
              <w:rPr>
                <w:color w:val="000000"/>
                <w:sz w:val="18"/>
              </w:rPr>
              <w:t>Command Structure</w:t>
            </w:r>
            <w:r>
              <w:rPr>
                <w:rFonts w:ascii="Roboto Mono" w:hAnsi="Roboto Mono"/>
                <w:b/>
                <w:color w:val="000000"/>
                <w:sz w:val="16"/>
              </w:rPr>
              <w:br/>
              <w:t>GET IPADDR &lt; CONTROL | SERVICE | ALL &gt;</w:t>
            </w:r>
          </w:p>
        </w:tc>
        <w:tc>
          <w:tcPr>
            <w:tcW w:w="3600" w:type="dxa"/>
            <w:vMerge w:val="restart"/>
            <w:shd w:val="clear" w:color="auto" w:fill="F2F2F2"/>
            <w:tcMar>
              <w:top w:w="80" w:type="dxa"/>
              <w:left w:w="80" w:type="dxa"/>
              <w:bottom w:w="80" w:type="dxa"/>
              <w:right w:w="80" w:type="dxa"/>
            </w:tcMar>
          </w:tcPr>
          <w:p w14:paraId="090C4E12" w14:textId="77777777" w:rsidR="00EC7A70" w:rsidRDefault="00EC7A70" w:rsidP="00D420CD">
            <w:r>
              <w:rPr>
                <w:color w:val="000000"/>
                <w:sz w:val="16"/>
              </w:rPr>
              <w:t>Parameters:</w:t>
            </w:r>
            <w:r>
              <w:rPr>
                <w:color w:val="000000"/>
                <w:sz w:val="16"/>
              </w:rPr>
              <w:br/>
              <w:t>ALL = Get the IP addresses for both network interfaces</w:t>
            </w:r>
          </w:p>
        </w:tc>
      </w:tr>
      <w:tr w:rsidR="00EC7A70" w14:paraId="518FD15B" w14:textId="77777777" w:rsidTr="00D420CD">
        <w:trPr>
          <w:jc w:val="center"/>
        </w:trPr>
        <w:tc>
          <w:tcPr>
            <w:tcW w:w="5760" w:type="dxa"/>
            <w:tcMar>
              <w:top w:w="80" w:type="dxa"/>
              <w:left w:w="80" w:type="dxa"/>
              <w:bottom w:w="80" w:type="dxa"/>
              <w:right w:w="80" w:type="dxa"/>
            </w:tcMar>
          </w:tcPr>
          <w:p w14:paraId="18E96F92" w14:textId="77777777" w:rsidR="00EC7A70" w:rsidRDefault="00EC7A70" w:rsidP="00D420CD">
            <w:r>
              <w:rPr>
                <w:color w:val="000000"/>
                <w:sz w:val="18"/>
              </w:rPr>
              <w:t>Response Structure</w:t>
            </w:r>
            <w:r>
              <w:rPr>
                <w:rFonts w:ascii="Roboto Mono" w:hAnsi="Roboto Mono"/>
                <w:b/>
                <w:color w:val="000000"/>
                <w:sz w:val="16"/>
              </w:rPr>
              <w:br/>
              <w:t xml:space="preserve">IPADDR &lt; CONTROL | SERVICE &gt; &lt; DHCP | STATIC &gt; &lt; </w:t>
            </w:r>
            <w:proofErr w:type="spellStart"/>
            <w:r>
              <w:rPr>
                <w:rFonts w:ascii="Roboto Mono" w:hAnsi="Roboto Mono"/>
                <w:b/>
                <w:color w:val="000000"/>
                <w:sz w:val="16"/>
              </w:rPr>
              <w:t>IPAddress</w:t>
            </w:r>
            <w:proofErr w:type="spellEnd"/>
            <w:r>
              <w:rPr>
                <w:rFonts w:ascii="Roboto Mono" w:hAnsi="Roboto Mono"/>
                <w:b/>
                <w:color w:val="000000"/>
                <w:sz w:val="16"/>
              </w:rPr>
              <w:t xml:space="preserve"> &gt; &lt; </w:t>
            </w:r>
            <w:proofErr w:type="spellStart"/>
            <w:r>
              <w:rPr>
                <w:rFonts w:ascii="Roboto Mono" w:hAnsi="Roboto Mono"/>
                <w:b/>
                <w:color w:val="000000"/>
                <w:sz w:val="16"/>
              </w:rPr>
              <w:t>NetMask</w:t>
            </w:r>
            <w:proofErr w:type="spellEnd"/>
            <w:r>
              <w:rPr>
                <w:rFonts w:ascii="Roboto Mono" w:hAnsi="Roboto Mono"/>
                <w:b/>
                <w:color w:val="000000"/>
                <w:sz w:val="16"/>
              </w:rPr>
              <w:t xml:space="preserve"> &gt; [ Gateway [ </w:t>
            </w:r>
            <w:proofErr w:type="spellStart"/>
            <w:proofErr w:type="gramStart"/>
            <w:r>
              <w:rPr>
                <w:rFonts w:ascii="Roboto Mono" w:hAnsi="Roboto Mono"/>
                <w:b/>
                <w:color w:val="000000"/>
                <w:sz w:val="16"/>
              </w:rPr>
              <w:t>DNSServer</w:t>
            </w:r>
            <w:proofErr w:type="spellEnd"/>
            <w:r>
              <w:rPr>
                <w:rFonts w:ascii="Roboto Mono" w:hAnsi="Roboto Mono"/>
                <w:b/>
                <w:color w:val="000000"/>
                <w:sz w:val="16"/>
              </w:rPr>
              <w:t xml:space="preserve"> ]</w:t>
            </w:r>
            <w:proofErr w:type="gramEnd"/>
            <w:r>
              <w:rPr>
                <w:rFonts w:ascii="Roboto Mono" w:hAnsi="Roboto Mono"/>
                <w:b/>
                <w:color w:val="000000"/>
                <w:sz w:val="16"/>
              </w:rPr>
              <w:t xml:space="preserve"> ] </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 xml:space="preserve">IPADDR CONTROL &lt; DHCP | STATIC &gt; &lt; </w:t>
            </w:r>
            <w:proofErr w:type="spellStart"/>
            <w:r>
              <w:rPr>
                <w:rFonts w:ascii="Roboto Mono" w:hAnsi="Roboto Mono"/>
                <w:b/>
                <w:color w:val="000000"/>
                <w:sz w:val="16"/>
              </w:rPr>
              <w:t>IPAddress</w:t>
            </w:r>
            <w:proofErr w:type="spellEnd"/>
            <w:r>
              <w:rPr>
                <w:rFonts w:ascii="Roboto Mono" w:hAnsi="Roboto Mono"/>
                <w:b/>
                <w:color w:val="000000"/>
                <w:sz w:val="16"/>
              </w:rPr>
              <w:t xml:space="preserve"> &gt; &lt; </w:t>
            </w:r>
            <w:proofErr w:type="spellStart"/>
            <w:r>
              <w:rPr>
                <w:rFonts w:ascii="Roboto Mono" w:hAnsi="Roboto Mono"/>
                <w:b/>
                <w:color w:val="000000"/>
                <w:sz w:val="16"/>
              </w:rPr>
              <w:t>NetMask</w:t>
            </w:r>
            <w:proofErr w:type="spellEnd"/>
            <w:r>
              <w:rPr>
                <w:rFonts w:ascii="Roboto Mono" w:hAnsi="Roboto Mono"/>
                <w:b/>
                <w:color w:val="000000"/>
                <w:sz w:val="16"/>
              </w:rPr>
              <w:t xml:space="preserve"> &gt; [ Gateway [ </w:t>
            </w:r>
            <w:proofErr w:type="spellStart"/>
            <w:proofErr w:type="gramStart"/>
            <w:r>
              <w:rPr>
                <w:rFonts w:ascii="Roboto Mono" w:hAnsi="Roboto Mono"/>
                <w:b/>
                <w:color w:val="000000"/>
                <w:sz w:val="16"/>
              </w:rPr>
              <w:t>DNSServer</w:t>
            </w:r>
            <w:proofErr w:type="spellEnd"/>
            <w:r>
              <w:rPr>
                <w:rFonts w:ascii="Roboto Mono" w:hAnsi="Roboto Mono"/>
                <w:b/>
                <w:color w:val="000000"/>
                <w:sz w:val="16"/>
              </w:rPr>
              <w:t xml:space="preserve"> ]</w:t>
            </w:r>
            <w:proofErr w:type="gramEnd"/>
            <w:r>
              <w:rPr>
                <w:rFonts w:ascii="Roboto Mono" w:hAnsi="Roboto Mono"/>
                <w:b/>
                <w:color w:val="000000"/>
                <w:sz w:val="16"/>
              </w:rPr>
              <w:t xml:space="preserve"> ] </w:t>
            </w:r>
            <w:r>
              <w:rPr>
                <w:rFonts w:ascii="Roboto Mono" w:hAnsi="Roboto Mono"/>
                <w:b/>
                <w:color w:val="000000"/>
                <w:sz w:val="16"/>
              </w:rPr>
              <w:br/>
              <w:t xml:space="preserve">IPADDR SERVICE &lt; DHCP | STATIC &gt; &lt; </w:t>
            </w:r>
            <w:proofErr w:type="spellStart"/>
            <w:r>
              <w:rPr>
                <w:rFonts w:ascii="Roboto Mono" w:hAnsi="Roboto Mono"/>
                <w:b/>
                <w:color w:val="000000"/>
                <w:sz w:val="16"/>
              </w:rPr>
              <w:t>IPAddress</w:t>
            </w:r>
            <w:proofErr w:type="spellEnd"/>
            <w:r>
              <w:rPr>
                <w:rFonts w:ascii="Roboto Mono" w:hAnsi="Roboto Mono"/>
                <w:b/>
                <w:color w:val="000000"/>
                <w:sz w:val="16"/>
              </w:rPr>
              <w:t xml:space="preserve"> &gt; &lt; </w:t>
            </w:r>
            <w:proofErr w:type="spellStart"/>
            <w:r>
              <w:rPr>
                <w:rFonts w:ascii="Roboto Mono" w:hAnsi="Roboto Mono"/>
                <w:b/>
                <w:color w:val="000000"/>
                <w:sz w:val="16"/>
              </w:rPr>
              <w:t>NetMask</w:t>
            </w:r>
            <w:proofErr w:type="spellEnd"/>
            <w:r>
              <w:rPr>
                <w:rFonts w:ascii="Roboto Mono" w:hAnsi="Roboto Mono"/>
                <w:b/>
                <w:color w:val="000000"/>
                <w:sz w:val="16"/>
              </w:rPr>
              <w:t xml:space="preserve"> &gt; [ Gateway [ </w:t>
            </w:r>
            <w:proofErr w:type="spellStart"/>
            <w:proofErr w:type="gramStart"/>
            <w:r>
              <w:rPr>
                <w:rFonts w:ascii="Roboto Mono" w:hAnsi="Roboto Mono"/>
                <w:b/>
                <w:color w:val="000000"/>
                <w:sz w:val="16"/>
              </w:rPr>
              <w:t>DNSServer</w:t>
            </w:r>
            <w:proofErr w:type="spellEnd"/>
            <w:r>
              <w:rPr>
                <w:rFonts w:ascii="Roboto Mono" w:hAnsi="Roboto Mono"/>
                <w:b/>
                <w:color w:val="000000"/>
                <w:sz w:val="16"/>
              </w:rPr>
              <w:t xml:space="preserve"> ]</w:t>
            </w:r>
            <w:proofErr w:type="gramEnd"/>
            <w:r>
              <w:rPr>
                <w:rFonts w:ascii="Roboto Mono" w:hAnsi="Roboto Mono"/>
                <w:b/>
                <w:color w:val="000000"/>
                <w:sz w:val="16"/>
              </w:rPr>
              <w:t xml:space="preserve"> ]</w:t>
            </w:r>
          </w:p>
        </w:tc>
        <w:tc>
          <w:tcPr>
            <w:tcW w:w="3600" w:type="dxa"/>
            <w:vMerge/>
          </w:tcPr>
          <w:p w14:paraId="4E69F2AE" w14:textId="77777777" w:rsidR="00EC7A70" w:rsidRDefault="00EC7A70" w:rsidP="00D420CD"/>
        </w:tc>
      </w:tr>
      <w:tr w:rsidR="00EC7A70" w14:paraId="2F0DC772" w14:textId="77777777" w:rsidTr="00D420CD">
        <w:trPr>
          <w:jc w:val="center"/>
        </w:trPr>
        <w:tc>
          <w:tcPr>
            <w:tcW w:w="5760" w:type="dxa"/>
            <w:tcMar>
              <w:top w:w="80" w:type="dxa"/>
              <w:left w:w="80" w:type="dxa"/>
              <w:bottom w:w="0" w:type="dxa"/>
              <w:right w:w="80" w:type="dxa"/>
            </w:tcMar>
          </w:tcPr>
          <w:p w14:paraId="155F693A" w14:textId="77777777" w:rsidR="00EC7A70" w:rsidRDefault="00EC7A70" w:rsidP="00D420CD">
            <w:r>
              <w:rPr>
                <w:color w:val="000000"/>
                <w:sz w:val="18"/>
              </w:rPr>
              <w:t>Command Example</w:t>
            </w:r>
          </w:p>
        </w:tc>
        <w:tc>
          <w:tcPr>
            <w:tcW w:w="3600" w:type="dxa"/>
            <w:vMerge/>
          </w:tcPr>
          <w:p w14:paraId="08548F65" w14:textId="77777777" w:rsidR="00EC7A70" w:rsidRDefault="00EC7A70" w:rsidP="00D420CD"/>
        </w:tc>
      </w:tr>
      <w:tr w:rsidR="00EC7A70" w14:paraId="0D318CC8" w14:textId="77777777" w:rsidTr="00D420CD">
        <w:trPr>
          <w:jc w:val="center"/>
        </w:trPr>
        <w:tc>
          <w:tcPr>
            <w:tcW w:w="5760" w:type="dxa"/>
            <w:shd w:val="clear" w:color="auto" w:fill="000000"/>
            <w:tcMar>
              <w:top w:w="0" w:type="dxa"/>
              <w:left w:w="80" w:type="dxa"/>
              <w:bottom w:w="80" w:type="dxa"/>
              <w:right w:w="80" w:type="dxa"/>
            </w:tcMar>
          </w:tcPr>
          <w:p w14:paraId="3EA92B45" w14:textId="77777777" w:rsidR="00EC7A70" w:rsidRDefault="00EC7A70" w:rsidP="00D420CD">
            <w:r>
              <w:rPr>
                <w:rFonts w:ascii="Roboto Mono" w:hAnsi="Roboto Mono"/>
                <w:b/>
                <w:color w:val="FFFFFF"/>
                <w:sz w:val="16"/>
              </w:rPr>
              <w:t>GET IPADDR SERVICE</w:t>
            </w:r>
          </w:p>
        </w:tc>
        <w:tc>
          <w:tcPr>
            <w:tcW w:w="3600" w:type="dxa"/>
            <w:vMerge/>
          </w:tcPr>
          <w:p w14:paraId="7AEDBB26" w14:textId="77777777" w:rsidR="00EC7A70" w:rsidRDefault="00EC7A70" w:rsidP="00D420CD"/>
        </w:tc>
      </w:tr>
      <w:tr w:rsidR="00EC7A70" w14:paraId="1E5EC3C9" w14:textId="77777777" w:rsidTr="00D420CD">
        <w:trPr>
          <w:jc w:val="center"/>
        </w:trPr>
        <w:tc>
          <w:tcPr>
            <w:tcW w:w="5760" w:type="dxa"/>
            <w:tcMar>
              <w:top w:w="80" w:type="dxa"/>
              <w:left w:w="80" w:type="dxa"/>
              <w:bottom w:w="0" w:type="dxa"/>
              <w:right w:w="80" w:type="dxa"/>
            </w:tcMar>
          </w:tcPr>
          <w:p w14:paraId="40F27E64" w14:textId="77777777" w:rsidR="00EC7A70" w:rsidRDefault="00EC7A70" w:rsidP="00D420CD">
            <w:r>
              <w:rPr>
                <w:color w:val="000000"/>
                <w:sz w:val="18"/>
              </w:rPr>
              <w:t>Response Example</w:t>
            </w:r>
          </w:p>
        </w:tc>
        <w:tc>
          <w:tcPr>
            <w:tcW w:w="3600" w:type="dxa"/>
            <w:vMerge/>
          </w:tcPr>
          <w:p w14:paraId="31E7A2D6" w14:textId="77777777" w:rsidR="00EC7A70" w:rsidRDefault="00EC7A70" w:rsidP="00D420CD"/>
        </w:tc>
      </w:tr>
      <w:tr w:rsidR="00EC7A70" w14:paraId="7F0AFAA4" w14:textId="77777777" w:rsidTr="00D420CD">
        <w:trPr>
          <w:jc w:val="center"/>
        </w:trPr>
        <w:tc>
          <w:tcPr>
            <w:tcW w:w="5760" w:type="dxa"/>
            <w:shd w:val="clear" w:color="auto" w:fill="000000"/>
            <w:tcMar>
              <w:top w:w="0" w:type="dxa"/>
              <w:left w:w="80" w:type="dxa"/>
              <w:bottom w:w="80" w:type="dxa"/>
              <w:right w:w="80" w:type="dxa"/>
            </w:tcMar>
          </w:tcPr>
          <w:p w14:paraId="3489B9E8" w14:textId="77777777" w:rsidR="00EC7A70" w:rsidRDefault="00EC7A70" w:rsidP="00D420CD">
            <w:r>
              <w:rPr>
                <w:rFonts w:ascii="Roboto Mono" w:hAnsi="Roboto Mono"/>
                <w:b/>
                <w:color w:val="FFFFFF"/>
                <w:sz w:val="16"/>
              </w:rPr>
              <w:t>IPADDR SERVICE STATIC 192.168.1.34 255.255.255.0 192.168.1.1 192.168.1.2</w:t>
            </w:r>
          </w:p>
        </w:tc>
        <w:tc>
          <w:tcPr>
            <w:tcW w:w="3600" w:type="dxa"/>
            <w:vMerge/>
          </w:tcPr>
          <w:p w14:paraId="22ADC27D" w14:textId="77777777" w:rsidR="00EC7A70" w:rsidRDefault="00EC7A70" w:rsidP="00D420CD"/>
        </w:tc>
      </w:tr>
      <w:tr w:rsidR="00EC7A70" w14:paraId="6AE20644" w14:textId="77777777" w:rsidTr="00D420CD">
        <w:trPr>
          <w:jc w:val="center"/>
        </w:trPr>
        <w:tc>
          <w:tcPr>
            <w:tcW w:w="9360" w:type="dxa"/>
            <w:gridSpan w:val="2"/>
            <w:shd w:val="clear" w:color="auto" w:fill="E0F6EC"/>
            <w:tcMar>
              <w:top w:w="80" w:type="dxa"/>
              <w:left w:w="80" w:type="dxa"/>
              <w:bottom w:w="80" w:type="dxa"/>
              <w:right w:w="80" w:type="dxa"/>
            </w:tcMar>
          </w:tcPr>
          <w:p w14:paraId="633E5F7C" w14:textId="77777777" w:rsidR="00EC7A70" w:rsidRDefault="00EC7A70" w:rsidP="00D420CD">
            <w:r>
              <w:rPr>
                <w:color w:val="000000"/>
                <w:sz w:val="16"/>
              </w:rPr>
              <w:t xml:space="preserve">Additional Notes: </w:t>
            </w:r>
          </w:p>
        </w:tc>
      </w:tr>
    </w:tbl>
    <w:p w14:paraId="7C173FF5" w14:textId="1233B7E9" w:rsidR="00800BC3" w:rsidRDefault="00800BC3" w:rsidP="00EC7A70"/>
    <w:p w14:paraId="65231692" w14:textId="77777777" w:rsidR="00800BC3" w:rsidRDefault="00800BC3">
      <w:r>
        <w:br w:type="page"/>
      </w:r>
    </w:p>
    <w:p w14:paraId="22FD9184" w14:textId="77777777" w:rsidR="00EC7A70" w:rsidRDefault="00EC7A70" w:rsidP="00EC7A70">
      <w:pPr>
        <w:pStyle w:val="Heading2"/>
      </w:pPr>
      <w:bookmarkStart w:id="101" w:name="_Toc218512862"/>
      <w:r>
        <w:rPr>
          <w:rFonts w:ascii="Roboto" w:hAnsi="Roboto"/>
          <w:color w:val="000000"/>
          <w:sz w:val="28"/>
        </w:rPr>
        <w:lastRenderedPageBreak/>
        <w:t>6.6 Configure USB-C Network Adapter Function</w:t>
      </w:r>
      <w:bookmarkEnd w:id="101"/>
    </w:p>
    <w:p w14:paraId="74C44400" w14:textId="77777777" w:rsidR="00EC7A70" w:rsidRDefault="00EC7A70" w:rsidP="00EC7A70">
      <w:r>
        <w:rPr>
          <w:rFonts w:ascii="Roboto" w:hAnsi="Roboto"/>
          <w:sz w:val="18"/>
        </w:rPr>
        <w:br/>
        <w:t>This API enables or disables the network adapter on the USB-C port.</w:t>
      </w:r>
    </w:p>
    <w:tbl>
      <w:tblPr>
        <w:tblStyle w:val="luka"/>
        <w:tblW w:w="0" w:type="auto"/>
        <w:jc w:val="center"/>
        <w:tblLook w:val="04A0" w:firstRow="1" w:lastRow="0" w:firstColumn="1" w:lastColumn="0" w:noHBand="0" w:noVBand="1"/>
      </w:tblPr>
      <w:tblGrid>
        <w:gridCol w:w="5760"/>
        <w:gridCol w:w="3600"/>
      </w:tblGrid>
      <w:tr w:rsidR="00EC7A70" w14:paraId="15FB001C" w14:textId="77777777" w:rsidTr="00D420CD">
        <w:trPr>
          <w:jc w:val="center"/>
        </w:trPr>
        <w:tc>
          <w:tcPr>
            <w:tcW w:w="5760" w:type="dxa"/>
            <w:tcMar>
              <w:top w:w="80" w:type="dxa"/>
              <w:left w:w="80" w:type="dxa"/>
              <w:bottom w:w="80" w:type="dxa"/>
              <w:right w:w="80" w:type="dxa"/>
            </w:tcMar>
          </w:tcPr>
          <w:p w14:paraId="2871A60B" w14:textId="77777777" w:rsidR="00EC7A70" w:rsidRDefault="00EC7A70" w:rsidP="00D420CD">
            <w:r>
              <w:rPr>
                <w:color w:val="000000"/>
                <w:sz w:val="18"/>
              </w:rPr>
              <w:t>Command Structure</w:t>
            </w:r>
            <w:r>
              <w:rPr>
                <w:rFonts w:ascii="Roboto Mono" w:hAnsi="Roboto Mono"/>
                <w:b/>
                <w:color w:val="000000"/>
                <w:sz w:val="16"/>
              </w:rPr>
              <w:br/>
              <w:t>SET USBNIC &lt; IN1 | IN2 &gt; &lt; ON | OFF &gt;</w:t>
            </w:r>
          </w:p>
        </w:tc>
        <w:tc>
          <w:tcPr>
            <w:tcW w:w="3600" w:type="dxa"/>
            <w:vMerge w:val="restart"/>
            <w:shd w:val="clear" w:color="auto" w:fill="F2F2F2"/>
            <w:tcMar>
              <w:top w:w="80" w:type="dxa"/>
              <w:left w:w="80" w:type="dxa"/>
              <w:bottom w:w="80" w:type="dxa"/>
              <w:right w:w="80" w:type="dxa"/>
            </w:tcMar>
          </w:tcPr>
          <w:p w14:paraId="2AFBB928" w14:textId="77777777" w:rsidR="00EC7A70" w:rsidRDefault="00EC7A70" w:rsidP="00D420CD">
            <w:r>
              <w:rPr>
                <w:color w:val="000000"/>
                <w:sz w:val="16"/>
              </w:rPr>
              <w:t>Parameters:</w:t>
            </w:r>
            <w:r>
              <w:rPr>
                <w:color w:val="000000"/>
                <w:sz w:val="16"/>
              </w:rPr>
              <w:br/>
              <w:t>ON = Enable the USB port network adapter</w:t>
            </w:r>
          </w:p>
        </w:tc>
      </w:tr>
      <w:tr w:rsidR="00EC7A70" w14:paraId="18104292" w14:textId="77777777" w:rsidTr="00D420CD">
        <w:trPr>
          <w:jc w:val="center"/>
        </w:trPr>
        <w:tc>
          <w:tcPr>
            <w:tcW w:w="5760" w:type="dxa"/>
            <w:tcMar>
              <w:top w:w="80" w:type="dxa"/>
              <w:left w:w="80" w:type="dxa"/>
              <w:bottom w:w="80" w:type="dxa"/>
              <w:right w:w="80" w:type="dxa"/>
            </w:tcMar>
          </w:tcPr>
          <w:p w14:paraId="593FFE13" w14:textId="77777777" w:rsidR="00EC7A70" w:rsidRDefault="00EC7A70" w:rsidP="00D420CD">
            <w:r>
              <w:rPr>
                <w:color w:val="000000"/>
                <w:sz w:val="18"/>
              </w:rPr>
              <w:t>Response Structure</w:t>
            </w:r>
            <w:r>
              <w:rPr>
                <w:rFonts w:ascii="Roboto Mono" w:hAnsi="Roboto Mono"/>
                <w:b/>
                <w:color w:val="000000"/>
                <w:sz w:val="16"/>
              </w:rPr>
              <w:br/>
              <w:t>USBNIC &lt; IN1 | IN2 &gt; &lt; ON | OFF &gt;</w:t>
            </w:r>
          </w:p>
        </w:tc>
        <w:tc>
          <w:tcPr>
            <w:tcW w:w="3600" w:type="dxa"/>
            <w:vMerge/>
          </w:tcPr>
          <w:p w14:paraId="0702F8D2" w14:textId="77777777" w:rsidR="00EC7A70" w:rsidRDefault="00EC7A70" w:rsidP="00D420CD"/>
        </w:tc>
      </w:tr>
      <w:tr w:rsidR="00EC7A70" w14:paraId="5936AB2F" w14:textId="77777777" w:rsidTr="00D420CD">
        <w:trPr>
          <w:jc w:val="center"/>
        </w:trPr>
        <w:tc>
          <w:tcPr>
            <w:tcW w:w="5760" w:type="dxa"/>
            <w:tcMar>
              <w:top w:w="80" w:type="dxa"/>
              <w:left w:w="80" w:type="dxa"/>
              <w:bottom w:w="0" w:type="dxa"/>
              <w:right w:w="80" w:type="dxa"/>
            </w:tcMar>
          </w:tcPr>
          <w:p w14:paraId="42D689F2" w14:textId="77777777" w:rsidR="00EC7A70" w:rsidRDefault="00EC7A70" w:rsidP="00D420CD">
            <w:r>
              <w:rPr>
                <w:color w:val="000000"/>
                <w:sz w:val="18"/>
              </w:rPr>
              <w:t>Command Example</w:t>
            </w:r>
          </w:p>
        </w:tc>
        <w:tc>
          <w:tcPr>
            <w:tcW w:w="3600" w:type="dxa"/>
            <w:vMerge/>
          </w:tcPr>
          <w:p w14:paraId="3B76D784" w14:textId="77777777" w:rsidR="00EC7A70" w:rsidRDefault="00EC7A70" w:rsidP="00D420CD"/>
        </w:tc>
      </w:tr>
      <w:tr w:rsidR="00EC7A70" w14:paraId="7000E3EA" w14:textId="77777777" w:rsidTr="00D420CD">
        <w:trPr>
          <w:jc w:val="center"/>
        </w:trPr>
        <w:tc>
          <w:tcPr>
            <w:tcW w:w="5760" w:type="dxa"/>
            <w:shd w:val="clear" w:color="auto" w:fill="000000"/>
            <w:tcMar>
              <w:top w:w="0" w:type="dxa"/>
              <w:left w:w="80" w:type="dxa"/>
              <w:bottom w:w="80" w:type="dxa"/>
              <w:right w:w="80" w:type="dxa"/>
            </w:tcMar>
          </w:tcPr>
          <w:p w14:paraId="215207D0" w14:textId="77777777" w:rsidR="00EC7A70" w:rsidRDefault="00EC7A70" w:rsidP="00D420CD">
            <w:r>
              <w:rPr>
                <w:rFonts w:ascii="Roboto Mono" w:hAnsi="Roboto Mono"/>
                <w:b/>
                <w:color w:val="FFFFFF"/>
                <w:sz w:val="16"/>
              </w:rPr>
              <w:t>SET USBNIC IN1 OFF</w:t>
            </w:r>
          </w:p>
        </w:tc>
        <w:tc>
          <w:tcPr>
            <w:tcW w:w="3600" w:type="dxa"/>
            <w:vMerge/>
          </w:tcPr>
          <w:p w14:paraId="630272F4" w14:textId="77777777" w:rsidR="00EC7A70" w:rsidRDefault="00EC7A70" w:rsidP="00D420CD"/>
        </w:tc>
      </w:tr>
      <w:tr w:rsidR="00EC7A70" w14:paraId="38FB03D9" w14:textId="77777777" w:rsidTr="00D420CD">
        <w:trPr>
          <w:jc w:val="center"/>
        </w:trPr>
        <w:tc>
          <w:tcPr>
            <w:tcW w:w="5760" w:type="dxa"/>
            <w:tcMar>
              <w:top w:w="80" w:type="dxa"/>
              <w:left w:w="80" w:type="dxa"/>
              <w:bottom w:w="0" w:type="dxa"/>
              <w:right w:w="80" w:type="dxa"/>
            </w:tcMar>
          </w:tcPr>
          <w:p w14:paraId="6D3469B6" w14:textId="77777777" w:rsidR="00EC7A70" w:rsidRDefault="00EC7A70" w:rsidP="00D420CD">
            <w:r>
              <w:rPr>
                <w:color w:val="000000"/>
                <w:sz w:val="18"/>
              </w:rPr>
              <w:t>Response Example</w:t>
            </w:r>
          </w:p>
        </w:tc>
        <w:tc>
          <w:tcPr>
            <w:tcW w:w="3600" w:type="dxa"/>
            <w:vMerge/>
          </w:tcPr>
          <w:p w14:paraId="0EC865EE" w14:textId="77777777" w:rsidR="00EC7A70" w:rsidRDefault="00EC7A70" w:rsidP="00D420CD"/>
        </w:tc>
      </w:tr>
      <w:tr w:rsidR="00EC7A70" w14:paraId="3E71A847" w14:textId="77777777" w:rsidTr="00D420CD">
        <w:trPr>
          <w:jc w:val="center"/>
        </w:trPr>
        <w:tc>
          <w:tcPr>
            <w:tcW w:w="5760" w:type="dxa"/>
            <w:shd w:val="clear" w:color="auto" w:fill="000000"/>
            <w:tcMar>
              <w:top w:w="0" w:type="dxa"/>
              <w:left w:w="80" w:type="dxa"/>
              <w:bottom w:w="80" w:type="dxa"/>
              <w:right w:w="80" w:type="dxa"/>
            </w:tcMar>
          </w:tcPr>
          <w:p w14:paraId="10CF7201" w14:textId="77777777" w:rsidR="00EC7A70" w:rsidRDefault="00EC7A70" w:rsidP="00D420CD">
            <w:r>
              <w:rPr>
                <w:rFonts w:ascii="Roboto Mono" w:hAnsi="Roboto Mono"/>
                <w:b/>
                <w:color w:val="FFFFFF"/>
                <w:sz w:val="16"/>
              </w:rPr>
              <w:t>USBNIC IN1 OFF</w:t>
            </w:r>
          </w:p>
        </w:tc>
        <w:tc>
          <w:tcPr>
            <w:tcW w:w="3600" w:type="dxa"/>
            <w:vMerge/>
          </w:tcPr>
          <w:p w14:paraId="01553F7F" w14:textId="77777777" w:rsidR="00EC7A70" w:rsidRDefault="00EC7A70" w:rsidP="00D420CD"/>
        </w:tc>
      </w:tr>
      <w:tr w:rsidR="00EC7A70" w14:paraId="38C26681" w14:textId="77777777" w:rsidTr="00D420CD">
        <w:trPr>
          <w:jc w:val="center"/>
        </w:trPr>
        <w:tc>
          <w:tcPr>
            <w:tcW w:w="9360" w:type="dxa"/>
            <w:gridSpan w:val="2"/>
            <w:shd w:val="clear" w:color="auto" w:fill="E0F6EC"/>
            <w:tcMar>
              <w:top w:w="80" w:type="dxa"/>
              <w:left w:w="80" w:type="dxa"/>
              <w:bottom w:w="80" w:type="dxa"/>
              <w:right w:w="80" w:type="dxa"/>
            </w:tcMar>
          </w:tcPr>
          <w:p w14:paraId="29518E07" w14:textId="77777777" w:rsidR="00EC7A70" w:rsidRDefault="00EC7A70" w:rsidP="00D420CD">
            <w:r>
              <w:rPr>
                <w:color w:val="000000"/>
                <w:sz w:val="16"/>
              </w:rPr>
              <w:t>Additional Notes: Default: ON</w:t>
            </w:r>
          </w:p>
        </w:tc>
      </w:tr>
    </w:tbl>
    <w:p w14:paraId="14E3330A" w14:textId="77777777" w:rsidR="00EC7A70" w:rsidRDefault="00EC7A70" w:rsidP="00EC7A70"/>
    <w:p w14:paraId="6B29C7BE" w14:textId="77777777" w:rsidR="00EC7A70" w:rsidRDefault="00EC7A70" w:rsidP="00EC7A70">
      <w:pPr>
        <w:pStyle w:val="Heading2"/>
      </w:pPr>
      <w:bookmarkStart w:id="102" w:name="_Toc218512863"/>
      <w:r>
        <w:rPr>
          <w:rFonts w:ascii="Roboto" w:hAnsi="Roboto"/>
          <w:color w:val="000000"/>
          <w:sz w:val="28"/>
        </w:rPr>
        <w:t>6.7 Get USB Network Adapter Switch Status</w:t>
      </w:r>
      <w:bookmarkEnd w:id="102"/>
    </w:p>
    <w:p w14:paraId="3CE0BE4F" w14:textId="77777777" w:rsidR="00EC7A70" w:rsidRDefault="00EC7A70" w:rsidP="00EC7A70">
      <w:r>
        <w:rPr>
          <w:rFonts w:ascii="Roboto" w:hAnsi="Roboto"/>
          <w:sz w:val="18"/>
        </w:rPr>
        <w:br/>
        <w:t>Get the on/off status of the USB-C interface network adapter.</w:t>
      </w:r>
    </w:p>
    <w:tbl>
      <w:tblPr>
        <w:tblStyle w:val="luka"/>
        <w:tblW w:w="0" w:type="auto"/>
        <w:jc w:val="center"/>
        <w:tblLook w:val="04A0" w:firstRow="1" w:lastRow="0" w:firstColumn="1" w:lastColumn="0" w:noHBand="0" w:noVBand="1"/>
      </w:tblPr>
      <w:tblGrid>
        <w:gridCol w:w="5760"/>
        <w:gridCol w:w="3600"/>
      </w:tblGrid>
      <w:tr w:rsidR="00EC7A70" w14:paraId="0F1FA0B8" w14:textId="77777777" w:rsidTr="00D420CD">
        <w:trPr>
          <w:jc w:val="center"/>
        </w:trPr>
        <w:tc>
          <w:tcPr>
            <w:tcW w:w="5760" w:type="dxa"/>
            <w:tcMar>
              <w:top w:w="80" w:type="dxa"/>
              <w:left w:w="80" w:type="dxa"/>
              <w:bottom w:w="80" w:type="dxa"/>
              <w:right w:w="80" w:type="dxa"/>
            </w:tcMar>
          </w:tcPr>
          <w:p w14:paraId="14F1A0F6" w14:textId="77777777" w:rsidR="00EC7A70" w:rsidRDefault="00EC7A70" w:rsidP="00D420CD">
            <w:r>
              <w:rPr>
                <w:color w:val="000000"/>
                <w:sz w:val="18"/>
              </w:rPr>
              <w:t>Command Structure</w:t>
            </w:r>
            <w:r>
              <w:rPr>
                <w:rFonts w:ascii="Roboto Mono" w:hAnsi="Roboto Mono"/>
                <w:b/>
                <w:color w:val="000000"/>
                <w:sz w:val="16"/>
              </w:rPr>
              <w:br/>
              <w:t>GET USBNIC &lt; IN1 | IN2 | ALL &gt;</w:t>
            </w:r>
          </w:p>
        </w:tc>
        <w:tc>
          <w:tcPr>
            <w:tcW w:w="3600" w:type="dxa"/>
            <w:vMerge w:val="restart"/>
            <w:shd w:val="clear" w:color="auto" w:fill="F2F2F2"/>
            <w:tcMar>
              <w:top w:w="80" w:type="dxa"/>
              <w:left w:w="80" w:type="dxa"/>
              <w:bottom w:w="80" w:type="dxa"/>
              <w:right w:w="80" w:type="dxa"/>
            </w:tcMar>
          </w:tcPr>
          <w:p w14:paraId="14B8C30E" w14:textId="77777777" w:rsidR="00EC7A70" w:rsidRDefault="00EC7A70" w:rsidP="00D420CD">
            <w:r>
              <w:rPr>
                <w:color w:val="000000"/>
                <w:sz w:val="16"/>
              </w:rPr>
              <w:t>Parameters:</w:t>
            </w:r>
            <w:r>
              <w:rPr>
                <w:color w:val="000000"/>
                <w:sz w:val="16"/>
              </w:rPr>
              <w:br/>
              <w:t>ALL = Get the on/off status of both USB network interfaces</w:t>
            </w:r>
            <w:r>
              <w:rPr>
                <w:color w:val="000000"/>
                <w:sz w:val="16"/>
              </w:rPr>
              <w:br/>
              <w:t>IN1 = USB-C IN port</w:t>
            </w:r>
            <w:r>
              <w:rPr>
                <w:color w:val="000000"/>
                <w:sz w:val="16"/>
              </w:rPr>
              <w:br/>
              <w:t>IN2 = USB HOST port</w:t>
            </w:r>
          </w:p>
        </w:tc>
      </w:tr>
      <w:tr w:rsidR="00EC7A70" w14:paraId="6BF005B5" w14:textId="77777777" w:rsidTr="00D420CD">
        <w:trPr>
          <w:jc w:val="center"/>
        </w:trPr>
        <w:tc>
          <w:tcPr>
            <w:tcW w:w="5760" w:type="dxa"/>
            <w:tcMar>
              <w:top w:w="80" w:type="dxa"/>
              <w:left w:w="80" w:type="dxa"/>
              <w:bottom w:w="80" w:type="dxa"/>
              <w:right w:w="80" w:type="dxa"/>
            </w:tcMar>
          </w:tcPr>
          <w:p w14:paraId="4B6561E6" w14:textId="77777777" w:rsidR="00EC7A70" w:rsidRDefault="00EC7A70" w:rsidP="00D420CD">
            <w:r>
              <w:rPr>
                <w:color w:val="000000"/>
                <w:sz w:val="18"/>
              </w:rPr>
              <w:t>Response Structure</w:t>
            </w:r>
            <w:r>
              <w:rPr>
                <w:rFonts w:ascii="Roboto Mono" w:hAnsi="Roboto Mono"/>
                <w:b/>
                <w:color w:val="000000"/>
                <w:sz w:val="16"/>
              </w:rPr>
              <w:br/>
              <w:t>USBNIC &lt; IN1 | IN2 &gt; &lt; ON | OFF &gt;</w:t>
            </w:r>
            <w:r>
              <w:rPr>
                <w:rFonts w:ascii="Roboto Mono" w:hAnsi="Roboto Mono"/>
                <w:b/>
                <w:color w:val="000000"/>
                <w:sz w:val="16"/>
              </w:rPr>
              <w:br/>
            </w:r>
            <w:r>
              <w:rPr>
                <w:rFonts w:ascii="SimSun" w:eastAsia="SimSun" w:hAnsi="SimSun" w:cs="SimSun" w:hint="eastAsia"/>
                <w:b/>
                <w:color w:val="000000"/>
                <w:sz w:val="16"/>
              </w:rPr>
              <w:t>或</w:t>
            </w:r>
            <w:r>
              <w:rPr>
                <w:rFonts w:ascii="Roboto Mono" w:hAnsi="Roboto Mono"/>
                <w:b/>
                <w:color w:val="000000"/>
                <w:sz w:val="16"/>
              </w:rPr>
              <w:br/>
              <w:t>USBNIC IN1 &lt; ON | OFF &gt;</w:t>
            </w:r>
            <w:r>
              <w:rPr>
                <w:rFonts w:ascii="Roboto Mono" w:hAnsi="Roboto Mono"/>
                <w:b/>
                <w:color w:val="000000"/>
                <w:sz w:val="16"/>
              </w:rPr>
              <w:br/>
              <w:t>USBNIC IN2 &lt; ON | OFF &gt;</w:t>
            </w:r>
          </w:p>
        </w:tc>
        <w:tc>
          <w:tcPr>
            <w:tcW w:w="3600" w:type="dxa"/>
            <w:vMerge/>
          </w:tcPr>
          <w:p w14:paraId="0B699118" w14:textId="77777777" w:rsidR="00EC7A70" w:rsidRDefault="00EC7A70" w:rsidP="00D420CD"/>
        </w:tc>
      </w:tr>
      <w:tr w:rsidR="00EC7A70" w14:paraId="4F8D5B62" w14:textId="77777777" w:rsidTr="00D420CD">
        <w:trPr>
          <w:jc w:val="center"/>
        </w:trPr>
        <w:tc>
          <w:tcPr>
            <w:tcW w:w="5760" w:type="dxa"/>
            <w:tcMar>
              <w:top w:w="80" w:type="dxa"/>
              <w:left w:w="80" w:type="dxa"/>
              <w:bottom w:w="0" w:type="dxa"/>
              <w:right w:w="80" w:type="dxa"/>
            </w:tcMar>
          </w:tcPr>
          <w:p w14:paraId="7217CF3C" w14:textId="77777777" w:rsidR="00EC7A70" w:rsidRDefault="00EC7A70" w:rsidP="00D420CD">
            <w:r>
              <w:rPr>
                <w:color w:val="000000"/>
                <w:sz w:val="18"/>
              </w:rPr>
              <w:t>Command Example</w:t>
            </w:r>
          </w:p>
        </w:tc>
        <w:tc>
          <w:tcPr>
            <w:tcW w:w="3600" w:type="dxa"/>
            <w:vMerge/>
          </w:tcPr>
          <w:p w14:paraId="167632F3" w14:textId="77777777" w:rsidR="00EC7A70" w:rsidRDefault="00EC7A70" w:rsidP="00D420CD"/>
        </w:tc>
      </w:tr>
      <w:tr w:rsidR="00EC7A70" w14:paraId="542B7F92" w14:textId="77777777" w:rsidTr="00D420CD">
        <w:trPr>
          <w:jc w:val="center"/>
        </w:trPr>
        <w:tc>
          <w:tcPr>
            <w:tcW w:w="5760" w:type="dxa"/>
            <w:shd w:val="clear" w:color="auto" w:fill="000000"/>
            <w:tcMar>
              <w:top w:w="0" w:type="dxa"/>
              <w:left w:w="80" w:type="dxa"/>
              <w:bottom w:w="80" w:type="dxa"/>
              <w:right w:w="80" w:type="dxa"/>
            </w:tcMar>
          </w:tcPr>
          <w:p w14:paraId="7CF7A6E6" w14:textId="77777777" w:rsidR="00EC7A70" w:rsidRDefault="00EC7A70" w:rsidP="00D420CD">
            <w:r>
              <w:rPr>
                <w:rFonts w:ascii="Roboto Mono" w:hAnsi="Roboto Mono"/>
                <w:b/>
                <w:color w:val="FFFFFF"/>
                <w:sz w:val="16"/>
              </w:rPr>
              <w:t>GET USBNIC IN1</w:t>
            </w:r>
          </w:p>
        </w:tc>
        <w:tc>
          <w:tcPr>
            <w:tcW w:w="3600" w:type="dxa"/>
            <w:vMerge/>
          </w:tcPr>
          <w:p w14:paraId="43CABFC3" w14:textId="77777777" w:rsidR="00EC7A70" w:rsidRDefault="00EC7A70" w:rsidP="00D420CD"/>
        </w:tc>
      </w:tr>
      <w:tr w:rsidR="00EC7A70" w14:paraId="48B9D2C3" w14:textId="77777777" w:rsidTr="00D420CD">
        <w:trPr>
          <w:jc w:val="center"/>
        </w:trPr>
        <w:tc>
          <w:tcPr>
            <w:tcW w:w="5760" w:type="dxa"/>
            <w:tcMar>
              <w:top w:w="80" w:type="dxa"/>
              <w:left w:w="80" w:type="dxa"/>
              <w:bottom w:w="0" w:type="dxa"/>
              <w:right w:w="80" w:type="dxa"/>
            </w:tcMar>
          </w:tcPr>
          <w:p w14:paraId="23C9D4D0" w14:textId="77777777" w:rsidR="00EC7A70" w:rsidRDefault="00EC7A70" w:rsidP="00D420CD">
            <w:r>
              <w:rPr>
                <w:color w:val="000000"/>
                <w:sz w:val="18"/>
              </w:rPr>
              <w:t>Response Example</w:t>
            </w:r>
          </w:p>
        </w:tc>
        <w:tc>
          <w:tcPr>
            <w:tcW w:w="3600" w:type="dxa"/>
            <w:vMerge/>
          </w:tcPr>
          <w:p w14:paraId="10F60210" w14:textId="77777777" w:rsidR="00EC7A70" w:rsidRDefault="00EC7A70" w:rsidP="00D420CD"/>
        </w:tc>
      </w:tr>
      <w:tr w:rsidR="00EC7A70" w14:paraId="75C7FAA0" w14:textId="77777777" w:rsidTr="00D420CD">
        <w:trPr>
          <w:jc w:val="center"/>
        </w:trPr>
        <w:tc>
          <w:tcPr>
            <w:tcW w:w="5760" w:type="dxa"/>
            <w:shd w:val="clear" w:color="auto" w:fill="000000"/>
            <w:tcMar>
              <w:top w:w="0" w:type="dxa"/>
              <w:left w:w="80" w:type="dxa"/>
              <w:bottom w:w="80" w:type="dxa"/>
              <w:right w:w="80" w:type="dxa"/>
            </w:tcMar>
          </w:tcPr>
          <w:p w14:paraId="1BD77076" w14:textId="77777777" w:rsidR="00EC7A70" w:rsidRDefault="00EC7A70" w:rsidP="00D420CD">
            <w:r>
              <w:rPr>
                <w:rFonts w:ascii="Roboto Mono" w:hAnsi="Roboto Mono"/>
                <w:b/>
                <w:color w:val="FFFFFF"/>
                <w:sz w:val="16"/>
              </w:rPr>
              <w:t>USBNIC IN1 OFF</w:t>
            </w:r>
          </w:p>
        </w:tc>
        <w:tc>
          <w:tcPr>
            <w:tcW w:w="3600" w:type="dxa"/>
            <w:vMerge/>
          </w:tcPr>
          <w:p w14:paraId="33022EBE" w14:textId="77777777" w:rsidR="00EC7A70" w:rsidRDefault="00EC7A70" w:rsidP="00D420CD"/>
        </w:tc>
      </w:tr>
      <w:tr w:rsidR="00EC7A70" w14:paraId="140F142C" w14:textId="77777777" w:rsidTr="00D420CD">
        <w:trPr>
          <w:jc w:val="center"/>
        </w:trPr>
        <w:tc>
          <w:tcPr>
            <w:tcW w:w="9360" w:type="dxa"/>
            <w:gridSpan w:val="2"/>
            <w:shd w:val="clear" w:color="auto" w:fill="E0F6EC"/>
            <w:tcMar>
              <w:top w:w="80" w:type="dxa"/>
              <w:left w:w="80" w:type="dxa"/>
              <w:bottom w:w="80" w:type="dxa"/>
              <w:right w:w="80" w:type="dxa"/>
            </w:tcMar>
          </w:tcPr>
          <w:p w14:paraId="13E6B088" w14:textId="77777777" w:rsidR="00EC7A70" w:rsidRDefault="00EC7A70" w:rsidP="00D420CD">
            <w:r>
              <w:rPr>
                <w:color w:val="000000"/>
                <w:sz w:val="16"/>
              </w:rPr>
              <w:t xml:space="preserve">Additional Notes: </w:t>
            </w:r>
          </w:p>
        </w:tc>
      </w:tr>
    </w:tbl>
    <w:p w14:paraId="21858965" w14:textId="73E74A4F" w:rsidR="00800BC3" w:rsidRDefault="00800BC3" w:rsidP="00EC7A70"/>
    <w:p w14:paraId="0B1AAF77" w14:textId="77777777" w:rsidR="00800BC3" w:rsidRDefault="00800BC3">
      <w:r>
        <w:br w:type="page"/>
      </w:r>
    </w:p>
    <w:p w14:paraId="1AF49E04" w14:textId="77777777" w:rsidR="00EC7A70" w:rsidRDefault="00EC7A70" w:rsidP="00EC7A70">
      <w:pPr>
        <w:pStyle w:val="Heading2"/>
      </w:pPr>
      <w:bookmarkStart w:id="103" w:name="_Toc218512864"/>
      <w:r>
        <w:rPr>
          <w:rFonts w:ascii="Roboto" w:hAnsi="Roboto"/>
          <w:color w:val="000000"/>
          <w:sz w:val="28"/>
        </w:rPr>
        <w:lastRenderedPageBreak/>
        <w:t>6.8 Configure HTTPS</w:t>
      </w:r>
      <w:bookmarkEnd w:id="103"/>
    </w:p>
    <w:p w14:paraId="355ECD61"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0B3541D4" w14:textId="77777777" w:rsidTr="00D420CD">
        <w:trPr>
          <w:jc w:val="center"/>
        </w:trPr>
        <w:tc>
          <w:tcPr>
            <w:tcW w:w="5760" w:type="dxa"/>
            <w:tcMar>
              <w:top w:w="80" w:type="dxa"/>
              <w:left w:w="80" w:type="dxa"/>
              <w:bottom w:w="80" w:type="dxa"/>
              <w:right w:w="80" w:type="dxa"/>
            </w:tcMar>
          </w:tcPr>
          <w:p w14:paraId="10F9D87C" w14:textId="77777777" w:rsidR="00EC7A70" w:rsidRDefault="00EC7A70" w:rsidP="00D420CD">
            <w:r>
              <w:rPr>
                <w:color w:val="000000"/>
                <w:sz w:val="18"/>
              </w:rPr>
              <w:t>Command Structure</w:t>
            </w:r>
            <w:r>
              <w:rPr>
                <w:rFonts w:ascii="Roboto Mono" w:hAnsi="Roboto Mono"/>
                <w:b/>
                <w:color w:val="000000"/>
                <w:sz w:val="16"/>
              </w:rPr>
              <w:br/>
              <w:t>SET HTTPS &lt; ON | OFF &gt;</w:t>
            </w:r>
          </w:p>
        </w:tc>
        <w:tc>
          <w:tcPr>
            <w:tcW w:w="3600" w:type="dxa"/>
            <w:vMerge w:val="restart"/>
            <w:shd w:val="clear" w:color="auto" w:fill="F2F2F2"/>
            <w:tcMar>
              <w:top w:w="80" w:type="dxa"/>
              <w:left w:w="80" w:type="dxa"/>
              <w:bottom w:w="80" w:type="dxa"/>
              <w:right w:w="80" w:type="dxa"/>
            </w:tcMar>
          </w:tcPr>
          <w:p w14:paraId="5BF2C325" w14:textId="77777777" w:rsidR="00EC7A70" w:rsidRDefault="00EC7A70" w:rsidP="00D420CD">
            <w:r>
              <w:rPr>
                <w:color w:val="000000"/>
                <w:sz w:val="16"/>
              </w:rPr>
              <w:t>Parameters:</w:t>
            </w:r>
            <w:r>
              <w:rPr>
                <w:color w:val="000000"/>
                <w:sz w:val="16"/>
              </w:rPr>
              <w:br/>
              <w:t>ON = Enables HTTPS</w:t>
            </w:r>
          </w:p>
        </w:tc>
      </w:tr>
      <w:tr w:rsidR="00EC7A70" w14:paraId="28B6D803" w14:textId="77777777" w:rsidTr="00D420CD">
        <w:trPr>
          <w:jc w:val="center"/>
        </w:trPr>
        <w:tc>
          <w:tcPr>
            <w:tcW w:w="5760" w:type="dxa"/>
            <w:tcMar>
              <w:top w:w="80" w:type="dxa"/>
              <w:left w:w="80" w:type="dxa"/>
              <w:bottom w:w="80" w:type="dxa"/>
              <w:right w:w="80" w:type="dxa"/>
            </w:tcMar>
          </w:tcPr>
          <w:p w14:paraId="152B1E43" w14:textId="77777777" w:rsidR="00EC7A70" w:rsidRDefault="00EC7A70" w:rsidP="00D420CD">
            <w:r>
              <w:rPr>
                <w:color w:val="000000"/>
                <w:sz w:val="18"/>
              </w:rPr>
              <w:t>Response Structure</w:t>
            </w:r>
            <w:r>
              <w:rPr>
                <w:rFonts w:ascii="Roboto Mono" w:hAnsi="Roboto Mono"/>
                <w:b/>
                <w:color w:val="000000"/>
                <w:sz w:val="16"/>
              </w:rPr>
              <w:br/>
              <w:t>HTTPS &lt; ON | OFF &gt;</w:t>
            </w:r>
          </w:p>
        </w:tc>
        <w:tc>
          <w:tcPr>
            <w:tcW w:w="3600" w:type="dxa"/>
            <w:vMerge/>
          </w:tcPr>
          <w:p w14:paraId="3234A551" w14:textId="77777777" w:rsidR="00EC7A70" w:rsidRDefault="00EC7A70" w:rsidP="00D420CD"/>
        </w:tc>
      </w:tr>
      <w:tr w:rsidR="00EC7A70" w14:paraId="4A67F6B5" w14:textId="77777777" w:rsidTr="00D420CD">
        <w:trPr>
          <w:jc w:val="center"/>
        </w:trPr>
        <w:tc>
          <w:tcPr>
            <w:tcW w:w="5760" w:type="dxa"/>
            <w:tcMar>
              <w:top w:w="80" w:type="dxa"/>
              <w:left w:w="80" w:type="dxa"/>
              <w:bottom w:w="0" w:type="dxa"/>
              <w:right w:w="80" w:type="dxa"/>
            </w:tcMar>
          </w:tcPr>
          <w:p w14:paraId="0989BECA" w14:textId="77777777" w:rsidR="00EC7A70" w:rsidRDefault="00EC7A70" w:rsidP="00D420CD">
            <w:r>
              <w:rPr>
                <w:color w:val="000000"/>
                <w:sz w:val="18"/>
              </w:rPr>
              <w:t>Command Example</w:t>
            </w:r>
          </w:p>
        </w:tc>
        <w:tc>
          <w:tcPr>
            <w:tcW w:w="3600" w:type="dxa"/>
            <w:vMerge/>
          </w:tcPr>
          <w:p w14:paraId="0468FABE" w14:textId="77777777" w:rsidR="00EC7A70" w:rsidRDefault="00EC7A70" w:rsidP="00D420CD"/>
        </w:tc>
      </w:tr>
      <w:tr w:rsidR="00EC7A70" w14:paraId="75889F02" w14:textId="77777777" w:rsidTr="00D420CD">
        <w:trPr>
          <w:jc w:val="center"/>
        </w:trPr>
        <w:tc>
          <w:tcPr>
            <w:tcW w:w="5760" w:type="dxa"/>
            <w:shd w:val="clear" w:color="auto" w:fill="000000"/>
            <w:tcMar>
              <w:top w:w="0" w:type="dxa"/>
              <w:left w:w="80" w:type="dxa"/>
              <w:bottom w:w="80" w:type="dxa"/>
              <w:right w:w="80" w:type="dxa"/>
            </w:tcMar>
          </w:tcPr>
          <w:p w14:paraId="117053A0" w14:textId="77777777" w:rsidR="00EC7A70" w:rsidRDefault="00EC7A70" w:rsidP="00D420CD">
            <w:r>
              <w:rPr>
                <w:rFonts w:ascii="Roboto Mono" w:hAnsi="Roboto Mono"/>
                <w:b/>
                <w:color w:val="FFFFFF"/>
                <w:sz w:val="16"/>
              </w:rPr>
              <w:t>SET HTTPS ON</w:t>
            </w:r>
          </w:p>
        </w:tc>
        <w:tc>
          <w:tcPr>
            <w:tcW w:w="3600" w:type="dxa"/>
            <w:vMerge/>
          </w:tcPr>
          <w:p w14:paraId="1D44DABF" w14:textId="77777777" w:rsidR="00EC7A70" w:rsidRDefault="00EC7A70" w:rsidP="00D420CD"/>
        </w:tc>
      </w:tr>
      <w:tr w:rsidR="00EC7A70" w14:paraId="26D7B28E" w14:textId="77777777" w:rsidTr="00D420CD">
        <w:trPr>
          <w:jc w:val="center"/>
        </w:trPr>
        <w:tc>
          <w:tcPr>
            <w:tcW w:w="5760" w:type="dxa"/>
            <w:tcMar>
              <w:top w:w="80" w:type="dxa"/>
              <w:left w:w="80" w:type="dxa"/>
              <w:bottom w:w="0" w:type="dxa"/>
              <w:right w:w="80" w:type="dxa"/>
            </w:tcMar>
          </w:tcPr>
          <w:p w14:paraId="154916D3" w14:textId="77777777" w:rsidR="00EC7A70" w:rsidRDefault="00EC7A70" w:rsidP="00D420CD">
            <w:r>
              <w:rPr>
                <w:color w:val="000000"/>
                <w:sz w:val="18"/>
              </w:rPr>
              <w:t>Response Example</w:t>
            </w:r>
          </w:p>
        </w:tc>
        <w:tc>
          <w:tcPr>
            <w:tcW w:w="3600" w:type="dxa"/>
            <w:vMerge/>
          </w:tcPr>
          <w:p w14:paraId="2FFD6350" w14:textId="77777777" w:rsidR="00EC7A70" w:rsidRDefault="00EC7A70" w:rsidP="00D420CD"/>
        </w:tc>
      </w:tr>
      <w:tr w:rsidR="00EC7A70" w14:paraId="06D75F1B" w14:textId="77777777" w:rsidTr="00D420CD">
        <w:trPr>
          <w:jc w:val="center"/>
        </w:trPr>
        <w:tc>
          <w:tcPr>
            <w:tcW w:w="5760" w:type="dxa"/>
            <w:shd w:val="clear" w:color="auto" w:fill="000000"/>
            <w:tcMar>
              <w:top w:w="0" w:type="dxa"/>
              <w:left w:w="80" w:type="dxa"/>
              <w:bottom w:w="80" w:type="dxa"/>
              <w:right w:w="80" w:type="dxa"/>
            </w:tcMar>
          </w:tcPr>
          <w:p w14:paraId="3BE9B7CB" w14:textId="77777777" w:rsidR="00EC7A70" w:rsidRDefault="00EC7A70" w:rsidP="00D420CD">
            <w:r>
              <w:rPr>
                <w:rFonts w:ascii="Roboto Mono" w:hAnsi="Roboto Mono"/>
                <w:b/>
                <w:color w:val="FFFFFF"/>
                <w:sz w:val="16"/>
              </w:rPr>
              <w:t>HTTPS ON</w:t>
            </w:r>
          </w:p>
        </w:tc>
        <w:tc>
          <w:tcPr>
            <w:tcW w:w="3600" w:type="dxa"/>
            <w:vMerge/>
          </w:tcPr>
          <w:p w14:paraId="103CC828" w14:textId="77777777" w:rsidR="00EC7A70" w:rsidRDefault="00EC7A70" w:rsidP="00D420CD"/>
        </w:tc>
      </w:tr>
      <w:tr w:rsidR="00EC7A70" w14:paraId="2E8FD303" w14:textId="77777777" w:rsidTr="00D420CD">
        <w:trPr>
          <w:jc w:val="center"/>
        </w:trPr>
        <w:tc>
          <w:tcPr>
            <w:tcW w:w="9360" w:type="dxa"/>
            <w:gridSpan w:val="2"/>
            <w:shd w:val="clear" w:color="auto" w:fill="E0F6EC"/>
            <w:tcMar>
              <w:top w:w="80" w:type="dxa"/>
              <w:left w:w="80" w:type="dxa"/>
              <w:bottom w:w="80" w:type="dxa"/>
              <w:right w:w="80" w:type="dxa"/>
            </w:tcMar>
          </w:tcPr>
          <w:p w14:paraId="0F68479C" w14:textId="77777777" w:rsidR="00EC7A70" w:rsidRDefault="00EC7A70" w:rsidP="00D420CD">
            <w:r>
              <w:rPr>
                <w:color w:val="000000"/>
                <w:sz w:val="16"/>
              </w:rPr>
              <w:t>Additional Notes: Default: ON</w:t>
            </w:r>
          </w:p>
        </w:tc>
      </w:tr>
    </w:tbl>
    <w:p w14:paraId="5E9EDB6D" w14:textId="77777777" w:rsidR="00EC7A70" w:rsidRDefault="00EC7A70" w:rsidP="00EC7A70"/>
    <w:p w14:paraId="0F54CD6D" w14:textId="77777777" w:rsidR="00EC7A70" w:rsidRDefault="00EC7A70" w:rsidP="00EC7A70">
      <w:pPr>
        <w:pStyle w:val="Heading2"/>
      </w:pPr>
      <w:bookmarkStart w:id="104" w:name="_Toc218512865"/>
      <w:r>
        <w:rPr>
          <w:rFonts w:ascii="Roboto" w:hAnsi="Roboto"/>
          <w:color w:val="000000"/>
          <w:sz w:val="28"/>
        </w:rPr>
        <w:t>6.9 Get HTTPS Switch Status</w:t>
      </w:r>
      <w:bookmarkEnd w:id="104"/>
    </w:p>
    <w:p w14:paraId="4359867F"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70CB19EF" w14:textId="77777777" w:rsidTr="00D420CD">
        <w:trPr>
          <w:jc w:val="center"/>
        </w:trPr>
        <w:tc>
          <w:tcPr>
            <w:tcW w:w="5760" w:type="dxa"/>
            <w:tcMar>
              <w:top w:w="80" w:type="dxa"/>
              <w:left w:w="80" w:type="dxa"/>
              <w:bottom w:w="80" w:type="dxa"/>
              <w:right w:w="80" w:type="dxa"/>
            </w:tcMar>
          </w:tcPr>
          <w:p w14:paraId="5C897CF1" w14:textId="77777777" w:rsidR="00EC7A70" w:rsidRDefault="00EC7A70" w:rsidP="00D420CD">
            <w:r>
              <w:rPr>
                <w:color w:val="000000"/>
                <w:sz w:val="18"/>
              </w:rPr>
              <w:t>Command Structure</w:t>
            </w:r>
            <w:r>
              <w:rPr>
                <w:rFonts w:ascii="Roboto Mono" w:hAnsi="Roboto Mono"/>
                <w:b/>
                <w:color w:val="000000"/>
                <w:sz w:val="16"/>
              </w:rPr>
              <w:br/>
              <w:t>GET HTTPS</w:t>
            </w:r>
          </w:p>
        </w:tc>
        <w:tc>
          <w:tcPr>
            <w:tcW w:w="3600" w:type="dxa"/>
            <w:vMerge w:val="restart"/>
            <w:shd w:val="clear" w:color="auto" w:fill="F2F2F2"/>
            <w:tcMar>
              <w:top w:w="80" w:type="dxa"/>
              <w:left w:w="80" w:type="dxa"/>
              <w:bottom w:w="80" w:type="dxa"/>
              <w:right w:w="80" w:type="dxa"/>
            </w:tcMar>
          </w:tcPr>
          <w:p w14:paraId="218B1C58" w14:textId="77777777" w:rsidR="00EC7A70" w:rsidRDefault="00EC7A70" w:rsidP="00D420CD">
            <w:r>
              <w:rPr>
                <w:color w:val="000000"/>
                <w:sz w:val="16"/>
              </w:rPr>
              <w:t>Parameters:</w:t>
            </w:r>
            <w:r>
              <w:rPr>
                <w:color w:val="000000"/>
                <w:sz w:val="16"/>
              </w:rPr>
              <w:br/>
            </w:r>
          </w:p>
        </w:tc>
      </w:tr>
      <w:tr w:rsidR="00EC7A70" w14:paraId="0EED34F5" w14:textId="77777777" w:rsidTr="00D420CD">
        <w:trPr>
          <w:jc w:val="center"/>
        </w:trPr>
        <w:tc>
          <w:tcPr>
            <w:tcW w:w="5760" w:type="dxa"/>
            <w:tcMar>
              <w:top w:w="80" w:type="dxa"/>
              <w:left w:w="80" w:type="dxa"/>
              <w:bottom w:w="80" w:type="dxa"/>
              <w:right w:w="80" w:type="dxa"/>
            </w:tcMar>
          </w:tcPr>
          <w:p w14:paraId="3AAEC7FB" w14:textId="77777777" w:rsidR="00EC7A70" w:rsidRDefault="00EC7A70" w:rsidP="00D420CD">
            <w:r>
              <w:rPr>
                <w:color w:val="000000"/>
                <w:sz w:val="18"/>
              </w:rPr>
              <w:t>Response Structure</w:t>
            </w:r>
            <w:r>
              <w:rPr>
                <w:rFonts w:ascii="Roboto Mono" w:hAnsi="Roboto Mono"/>
                <w:b/>
                <w:color w:val="000000"/>
                <w:sz w:val="16"/>
              </w:rPr>
              <w:br/>
              <w:t>HTTPS &lt; ON | OFF &gt;</w:t>
            </w:r>
          </w:p>
        </w:tc>
        <w:tc>
          <w:tcPr>
            <w:tcW w:w="3600" w:type="dxa"/>
            <w:vMerge/>
          </w:tcPr>
          <w:p w14:paraId="5E3AC039" w14:textId="77777777" w:rsidR="00EC7A70" w:rsidRDefault="00EC7A70" w:rsidP="00D420CD"/>
        </w:tc>
      </w:tr>
      <w:tr w:rsidR="00EC7A70" w14:paraId="6708EEBD" w14:textId="77777777" w:rsidTr="00D420CD">
        <w:trPr>
          <w:jc w:val="center"/>
        </w:trPr>
        <w:tc>
          <w:tcPr>
            <w:tcW w:w="5760" w:type="dxa"/>
            <w:tcMar>
              <w:top w:w="80" w:type="dxa"/>
              <w:left w:w="80" w:type="dxa"/>
              <w:bottom w:w="0" w:type="dxa"/>
              <w:right w:w="80" w:type="dxa"/>
            </w:tcMar>
          </w:tcPr>
          <w:p w14:paraId="3D156436" w14:textId="77777777" w:rsidR="00EC7A70" w:rsidRDefault="00EC7A70" w:rsidP="00D420CD">
            <w:r>
              <w:rPr>
                <w:color w:val="000000"/>
                <w:sz w:val="18"/>
              </w:rPr>
              <w:t>Command Example</w:t>
            </w:r>
          </w:p>
        </w:tc>
        <w:tc>
          <w:tcPr>
            <w:tcW w:w="3600" w:type="dxa"/>
            <w:vMerge/>
          </w:tcPr>
          <w:p w14:paraId="78B230D9" w14:textId="77777777" w:rsidR="00EC7A70" w:rsidRDefault="00EC7A70" w:rsidP="00D420CD"/>
        </w:tc>
      </w:tr>
      <w:tr w:rsidR="00EC7A70" w14:paraId="147025A3" w14:textId="77777777" w:rsidTr="00D420CD">
        <w:trPr>
          <w:jc w:val="center"/>
        </w:trPr>
        <w:tc>
          <w:tcPr>
            <w:tcW w:w="5760" w:type="dxa"/>
            <w:shd w:val="clear" w:color="auto" w:fill="000000"/>
            <w:tcMar>
              <w:top w:w="0" w:type="dxa"/>
              <w:left w:w="80" w:type="dxa"/>
              <w:bottom w:w="80" w:type="dxa"/>
              <w:right w:w="80" w:type="dxa"/>
            </w:tcMar>
          </w:tcPr>
          <w:p w14:paraId="5CBBB6E1" w14:textId="77777777" w:rsidR="00EC7A70" w:rsidRDefault="00EC7A70" w:rsidP="00D420CD">
            <w:r>
              <w:rPr>
                <w:rFonts w:ascii="Roboto Mono" w:hAnsi="Roboto Mono"/>
                <w:b/>
                <w:color w:val="FFFFFF"/>
                <w:sz w:val="16"/>
              </w:rPr>
              <w:t>GET HTTPS</w:t>
            </w:r>
          </w:p>
        </w:tc>
        <w:tc>
          <w:tcPr>
            <w:tcW w:w="3600" w:type="dxa"/>
            <w:vMerge/>
          </w:tcPr>
          <w:p w14:paraId="2863B6FF" w14:textId="77777777" w:rsidR="00EC7A70" w:rsidRDefault="00EC7A70" w:rsidP="00D420CD"/>
        </w:tc>
      </w:tr>
      <w:tr w:rsidR="00EC7A70" w14:paraId="620E7C0E" w14:textId="77777777" w:rsidTr="00D420CD">
        <w:trPr>
          <w:jc w:val="center"/>
        </w:trPr>
        <w:tc>
          <w:tcPr>
            <w:tcW w:w="5760" w:type="dxa"/>
            <w:tcMar>
              <w:top w:w="80" w:type="dxa"/>
              <w:left w:w="80" w:type="dxa"/>
              <w:bottom w:w="0" w:type="dxa"/>
              <w:right w:w="80" w:type="dxa"/>
            </w:tcMar>
          </w:tcPr>
          <w:p w14:paraId="2D609F41" w14:textId="77777777" w:rsidR="00EC7A70" w:rsidRDefault="00EC7A70" w:rsidP="00D420CD">
            <w:r>
              <w:rPr>
                <w:color w:val="000000"/>
                <w:sz w:val="18"/>
              </w:rPr>
              <w:t>Response Example</w:t>
            </w:r>
          </w:p>
        </w:tc>
        <w:tc>
          <w:tcPr>
            <w:tcW w:w="3600" w:type="dxa"/>
            <w:vMerge/>
          </w:tcPr>
          <w:p w14:paraId="6ECA4D90" w14:textId="77777777" w:rsidR="00EC7A70" w:rsidRDefault="00EC7A70" w:rsidP="00D420CD"/>
        </w:tc>
      </w:tr>
      <w:tr w:rsidR="00EC7A70" w14:paraId="4EE8F3B7" w14:textId="77777777" w:rsidTr="00D420CD">
        <w:trPr>
          <w:jc w:val="center"/>
        </w:trPr>
        <w:tc>
          <w:tcPr>
            <w:tcW w:w="5760" w:type="dxa"/>
            <w:shd w:val="clear" w:color="auto" w:fill="000000"/>
            <w:tcMar>
              <w:top w:w="0" w:type="dxa"/>
              <w:left w:w="80" w:type="dxa"/>
              <w:bottom w:w="80" w:type="dxa"/>
              <w:right w:w="80" w:type="dxa"/>
            </w:tcMar>
          </w:tcPr>
          <w:p w14:paraId="60BA10E8" w14:textId="77777777" w:rsidR="00EC7A70" w:rsidRDefault="00EC7A70" w:rsidP="00D420CD">
            <w:r>
              <w:rPr>
                <w:rFonts w:ascii="Roboto Mono" w:hAnsi="Roboto Mono"/>
                <w:b/>
                <w:color w:val="FFFFFF"/>
                <w:sz w:val="16"/>
              </w:rPr>
              <w:t>HTTPS ON</w:t>
            </w:r>
          </w:p>
        </w:tc>
        <w:tc>
          <w:tcPr>
            <w:tcW w:w="3600" w:type="dxa"/>
            <w:vMerge/>
          </w:tcPr>
          <w:p w14:paraId="5D277CBB" w14:textId="77777777" w:rsidR="00EC7A70" w:rsidRDefault="00EC7A70" w:rsidP="00D420CD"/>
        </w:tc>
      </w:tr>
      <w:tr w:rsidR="00EC7A70" w14:paraId="30A8B1BF" w14:textId="77777777" w:rsidTr="00D420CD">
        <w:trPr>
          <w:jc w:val="center"/>
        </w:trPr>
        <w:tc>
          <w:tcPr>
            <w:tcW w:w="9360" w:type="dxa"/>
            <w:gridSpan w:val="2"/>
            <w:shd w:val="clear" w:color="auto" w:fill="E0F6EC"/>
            <w:tcMar>
              <w:top w:w="80" w:type="dxa"/>
              <w:left w:w="80" w:type="dxa"/>
              <w:bottom w:w="80" w:type="dxa"/>
              <w:right w:w="80" w:type="dxa"/>
            </w:tcMar>
          </w:tcPr>
          <w:p w14:paraId="59DA8EE4" w14:textId="77777777" w:rsidR="00EC7A70" w:rsidRDefault="00EC7A70" w:rsidP="00D420CD">
            <w:r>
              <w:rPr>
                <w:color w:val="000000"/>
                <w:sz w:val="16"/>
              </w:rPr>
              <w:t xml:space="preserve">Additional Notes: </w:t>
            </w:r>
          </w:p>
        </w:tc>
      </w:tr>
    </w:tbl>
    <w:p w14:paraId="52B7BBF6" w14:textId="77777777" w:rsidR="00EC7A70" w:rsidRDefault="00EC7A70" w:rsidP="00EC7A70"/>
    <w:p w14:paraId="6DB2A275" w14:textId="77777777" w:rsidR="00EC7A70" w:rsidRDefault="00EC7A70" w:rsidP="00EC7A70">
      <w:pPr>
        <w:pStyle w:val="Heading2"/>
      </w:pPr>
      <w:bookmarkStart w:id="105" w:name="_Toc218512866"/>
      <w:r>
        <w:rPr>
          <w:rFonts w:ascii="Roboto" w:hAnsi="Roboto"/>
          <w:color w:val="000000"/>
          <w:sz w:val="28"/>
        </w:rPr>
        <w:t>6.10 Set Telnet over TLS</w:t>
      </w:r>
      <w:bookmarkEnd w:id="105"/>
    </w:p>
    <w:p w14:paraId="790F5764"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1DC62264" w14:textId="77777777" w:rsidTr="00D420CD">
        <w:trPr>
          <w:jc w:val="center"/>
        </w:trPr>
        <w:tc>
          <w:tcPr>
            <w:tcW w:w="5760" w:type="dxa"/>
            <w:tcMar>
              <w:top w:w="80" w:type="dxa"/>
              <w:left w:w="80" w:type="dxa"/>
              <w:bottom w:w="80" w:type="dxa"/>
              <w:right w:w="80" w:type="dxa"/>
            </w:tcMar>
          </w:tcPr>
          <w:p w14:paraId="5C987EF4" w14:textId="77777777" w:rsidR="00EC7A70" w:rsidRDefault="00EC7A70" w:rsidP="00D420CD">
            <w:r>
              <w:rPr>
                <w:color w:val="000000"/>
                <w:sz w:val="18"/>
              </w:rPr>
              <w:t>Command Structure</w:t>
            </w:r>
            <w:r>
              <w:rPr>
                <w:rFonts w:ascii="Roboto Mono" w:hAnsi="Roboto Mono"/>
                <w:b/>
                <w:color w:val="000000"/>
                <w:sz w:val="16"/>
              </w:rPr>
              <w:br/>
              <w:t>SET TELNETS &lt; ON | OFF &gt;</w:t>
            </w:r>
          </w:p>
        </w:tc>
        <w:tc>
          <w:tcPr>
            <w:tcW w:w="3600" w:type="dxa"/>
            <w:vMerge w:val="restart"/>
            <w:shd w:val="clear" w:color="auto" w:fill="F2F2F2"/>
            <w:tcMar>
              <w:top w:w="80" w:type="dxa"/>
              <w:left w:w="80" w:type="dxa"/>
              <w:bottom w:w="80" w:type="dxa"/>
              <w:right w:w="80" w:type="dxa"/>
            </w:tcMar>
          </w:tcPr>
          <w:p w14:paraId="614B3892" w14:textId="77777777" w:rsidR="00EC7A70" w:rsidRDefault="00EC7A70" w:rsidP="00D420CD">
            <w:r>
              <w:rPr>
                <w:color w:val="000000"/>
                <w:sz w:val="16"/>
              </w:rPr>
              <w:t>Parameters:</w:t>
            </w:r>
            <w:r>
              <w:rPr>
                <w:color w:val="000000"/>
                <w:sz w:val="16"/>
              </w:rPr>
              <w:br/>
              <w:t>ON = Enable Telnet over TLS</w:t>
            </w:r>
          </w:p>
        </w:tc>
      </w:tr>
      <w:tr w:rsidR="00EC7A70" w14:paraId="6FF33BF7" w14:textId="77777777" w:rsidTr="00D420CD">
        <w:trPr>
          <w:jc w:val="center"/>
        </w:trPr>
        <w:tc>
          <w:tcPr>
            <w:tcW w:w="5760" w:type="dxa"/>
            <w:tcMar>
              <w:top w:w="80" w:type="dxa"/>
              <w:left w:w="80" w:type="dxa"/>
              <w:bottom w:w="80" w:type="dxa"/>
              <w:right w:w="80" w:type="dxa"/>
            </w:tcMar>
          </w:tcPr>
          <w:p w14:paraId="552218A4" w14:textId="77777777" w:rsidR="00EC7A70" w:rsidRDefault="00EC7A70" w:rsidP="00D420CD">
            <w:r>
              <w:rPr>
                <w:color w:val="000000"/>
                <w:sz w:val="18"/>
              </w:rPr>
              <w:t>Response Structure</w:t>
            </w:r>
            <w:r>
              <w:rPr>
                <w:rFonts w:ascii="Roboto Mono" w:hAnsi="Roboto Mono"/>
                <w:b/>
                <w:color w:val="000000"/>
                <w:sz w:val="16"/>
              </w:rPr>
              <w:br/>
              <w:t>TELNETS &lt; ON | OFF &gt;</w:t>
            </w:r>
          </w:p>
        </w:tc>
        <w:tc>
          <w:tcPr>
            <w:tcW w:w="3600" w:type="dxa"/>
            <w:vMerge/>
          </w:tcPr>
          <w:p w14:paraId="18181BE7" w14:textId="77777777" w:rsidR="00EC7A70" w:rsidRDefault="00EC7A70" w:rsidP="00D420CD"/>
        </w:tc>
      </w:tr>
      <w:tr w:rsidR="00EC7A70" w14:paraId="2433CFEF" w14:textId="77777777" w:rsidTr="00D420CD">
        <w:trPr>
          <w:jc w:val="center"/>
        </w:trPr>
        <w:tc>
          <w:tcPr>
            <w:tcW w:w="5760" w:type="dxa"/>
            <w:tcMar>
              <w:top w:w="80" w:type="dxa"/>
              <w:left w:w="80" w:type="dxa"/>
              <w:bottom w:w="0" w:type="dxa"/>
              <w:right w:w="80" w:type="dxa"/>
            </w:tcMar>
          </w:tcPr>
          <w:p w14:paraId="615064C5" w14:textId="77777777" w:rsidR="00EC7A70" w:rsidRDefault="00EC7A70" w:rsidP="00D420CD">
            <w:r>
              <w:rPr>
                <w:color w:val="000000"/>
                <w:sz w:val="18"/>
              </w:rPr>
              <w:t>Command Example</w:t>
            </w:r>
          </w:p>
        </w:tc>
        <w:tc>
          <w:tcPr>
            <w:tcW w:w="3600" w:type="dxa"/>
            <w:vMerge/>
          </w:tcPr>
          <w:p w14:paraId="6436C516" w14:textId="77777777" w:rsidR="00EC7A70" w:rsidRDefault="00EC7A70" w:rsidP="00D420CD"/>
        </w:tc>
      </w:tr>
      <w:tr w:rsidR="00EC7A70" w14:paraId="707229AF" w14:textId="77777777" w:rsidTr="00D420CD">
        <w:trPr>
          <w:jc w:val="center"/>
        </w:trPr>
        <w:tc>
          <w:tcPr>
            <w:tcW w:w="5760" w:type="dxa"/>
            <w:shd w:val="clear" w:color="auto" w:fill="000000"/>
            <w:tcMar>
              <w:top w:w="0" w:type="dxa"/>
              <w:left w:w="80" w:type="dxa"/>
              <w:bottom w:w="80" w:type="dxa"/>
              <w:right w:w="80" w:type="dxa"/>
            </w:tcMar>
          </w:tcPr>
          <w:p w14:paraId="72BCCFB9" w14:textId="77777777" w:rsidR="00EC7A70" w:rsidRDefault="00EC7A70" w:rsidP="00D420CD">
            <w:r>
              <w:rPr>
                <w:rFonts w:ascii="Roboto Mono" w:hAnsi="Roboto Mono"/>
                <w:b/>
                <w:color w:val="FFFFFF"/>
                <w:sz w:val="16"/>
              </w:rPr>
              <w:t>SET TELNETS ON</w:t>
            </w:r>
          </w:p>
        </w:tc>
        <w:tc>
          <w:tcPr>
            <w:tcW w:w="3600" w:type="dxa"/>
            <w:vMerge/>
          </w:tcPr>
          <w:p w14:paraId="5079EC7C" w14:textId="77777777" w:rsidR="00EC7A70" w:rsidRDefault="00EC7A70" w:rsidP="00D420CD"/>
        </w:tc>
      </w:tr>
      <w:tr w:rsidR="00EC7A70" w14:paraId="02432689" w14:textId="77777777" w:rsidTr="00D420CD">
        <w:trPr>
          <w:jc w:val="center"/>
        </w:trPr>
        <w:tc>
          <w:tcPr>
            <w:tcW w:w="5760" w:type="dxa"/>
            <w:tcMar>
              <w:top w:w="80" w:type="dxa"/>
              <w:left w:w="80" w:type="dxa"/>
              <w:bottom w:w="0" w:type="dxa"/>
              <w:right w:w="80" w:type="dxa"/>
            </w:tcMar>
          </w:tcPr>
          <w:p w14:paraId="66B61A34" w14:textId="77777777" w:rsidR="00EC7A70" w:rsidRDefault="00EC7A70" w:rsidP="00D420CD">
            <w:r>
              <w:rPr>
                <w:color w:val="000000"/>
                <w:sz w:val="18"/>
              </w:rPr>
              <w:t>Response Example</w:t>
            </w:r>
          </w:p>
        </w:tc>
        <w:tc>
          <w:tcPr>
            <w:tcW w:w="3600" w:type="dxa"/>
            <w:vMerge/>
          </w:tcPr>
          <w:p w14:paraId="73183200" w14:textId="77777777" w:rsidR="00EC7A70" w:rsidRDefault="00EC7A70" w:rsidP="00D420CD"/>
        </w:tc>
      </w:tr>
      <w:tr w:rsidR="00EC7A70" w14:paraId="4E433F77" w14:textId="77777777" w:rsidTr="00D420CD">
        <w:trPr>
          <w:jc w:val="center"/>
        </w:trPr>
        <w:tc>
          <w:tcPr>
            <w:tcW w:w="5760" w:type="dxa"/>
            <w:shd w:val="clear" w:color="auto" w:fill="000000"/>
            <w:tcMar>
              <w:top w:w="0" w:type="dxa"/>
              <w:left w:w="80" w:type="dxa"/>
              <w:bottom w:w="80" w:type="dxa"/>
              <w:right w:w="80" w:type="dxa"/>
            </w:tcMar>
          </w:tcPr>
          <w:p w14:paraId="652A050C" w14:textId="77777777" w:rsidR="00EC7A70" w:rsidRDefault="00EC7A70" w:rsidP="00D420CD">
            <w:r>
              <w:rPr>
                <w:rFonts w:ascii="Roboto Mono" w:hAnsi="Roboto Mono"/>
                <w:b/>
                <w:color w:val="FFFFFF"/>
                <w:sz w:val="16"/>
              </w:rPr>
              <w:t>TELNETS ON</w:t>
            </w:r>
          </w:p>
        </w:tc>
        <w:tc>
          <w:tcPr>
            <w:tcW w:w="3600" w:type="dxa"/>
            <w:vMerge/>
          </w:tcPr>
          <w:p w14:paraId="18108ECE" w14:textId="77777777" w:rsidR="00EC7A70" w:rsidRDefault="00EC7A70" w:rsidP="00D420CD"/>
        </w:tc>
      </w:tr>
      <w:tr w:rsidR="00EC7A70" w14:paraId="1C0013E7" w14:textId="77777777" w:rsidTr="00D420CD">
        <w:trPr>
          <w:jc w:val="center"/>
        </w:trPr>
        <w:tc>
          <w:tcPr>
            <w:tcW w:w="9360" w:type="dxa"/>
            <w:gridSpan w:val="2"/>
            <w:shd w:val="clear" w:color="auto" w:fill="E0F6EC"/>
            <w:tcMar>
              <w:top w:w="80" w:type="dxa"/>
              <w:left w:w="80" w:type="dxa"/>
              <w:bottom w:w="80" w:type="dxa"/>
              <w:right w:w="80" w:type="dxa"/>
            </w:tcMar>
          </w:tcPr>
          <w:p w14:paraId="04E68EC7" w14:textId="77777777" w:rsidR="00EC7A70" w:rsidRDefault="00EC7A70" w:rsidP="00D420CD">
            <w:r>
              <w:rPr>
                <w:color w:val="000000"/>
                <w:sz w:val="16"/>
              </w:rPr>
              <w:t>Additional Notes: Default: OFF</w:t>
            </w:r>
          </w:p>
        </w:tc>
      </w:tr>
    </w:tbl>
    <w:p w14:paraId="4A0853D1" w14:textId="77777777" w:rsidR="00EC7A70" w:rsidRDefault="00EC7A70" w:rsidP="00EC7A70"/>
    <w:p w14:paraId="3C845D08" w14:textId="77777777" w:rsidR="00EC7A70" w:rsidRDefault="00EC7A70" w:rsidP="00EC7A70">
      <w:pPr>
        <w:pStyle w:val="Heading2"/>
      </w:pPr>
      <w:bookmarkStart w:id="106" w:name="_Toc218512867"/>
      <w:r>
        <w:rPr>
          <w:rFonts w:ascii="Roboto" w:hAnsi="Roboto"/>
          <w:color w:val="000000"/>
          <w:sz w:val="28"/>
        </w:rPr>
        <w:lastRenderedPageBreak/>
        <w:t>6.11 Get Telnet over TLS Status</w:t>
      </w:r>
      <w:bookmarkEnd w:id="106"/>
    </w:p>
    <w:p w14:paraId="3CF1C928"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6C3BFE43" w14:textId="77777777" w:rsidTr="00D420CD">
        <w:trPr>
          <w:jc w:val="center"/>
        </w:trPr>
        <w:tc>
          <w:tcPr>
            <w:tcW w:w="5760" w:type="dxa"/>
            <w:tcMar>
              <w:top w:w="80" w:type="dxa"/>
              <w:left w:w="80" w:type="dxa"/>
              <w:bottom w:w="80" w:type="dxa"/>
              <w:right w:w="80" w:type="dxa"/>
            </w:tcMar>
          </w:tcPr>
          <w:p w14:paraId="22BEE7CA" w14:textId="77777777" w:rsidR="00EC7A70" w:rsidRDefault="00EC7A70" w:rsidP="00D420CD">
            <w:r>
              <w:rPr>
                <w:color w:val="000000"/>
                <w:sz w:val="18"/>
              </w:rPr>
              <w:t>Command Structure</w:t>
            </w:r>
            <w:r>
              <w:rPr>
                <w:rFonts w:ascii="Roboto Mono" w:hAnsi="Roboto Mono"/>
                <w:b/>
                <w:color w:val="000000"/>
                <w:sz w:val="16"/>
              </w:rPr>
              <w:br/>
              <w:t>GET TELNETS</w:t>
            </w:r>
          </w:p>
        </w:tc>
        <w:tc>
          <w:tcPr>
            <w:tcW w:w="3600" w:type="dxa"/>
            <w:vMerge w:val="restart"/>
            <w:shd w:val="clear" w:color="auto" w:fill="F2F2F2"/>
            <w:tcMar>
              <w:top w:w="80" w:type="dxa"/>
              <w:left w:w="80" w:type="dxa"/>
              <w:bottom w:w="80" w:type="dxa"/>
              <w:right w:w="80" w:type="dxa"/>
            </w:tcMar>
          </w:tcPr>
          <w:p w14:paraId="10CEE536" w14:textId="77777777" w:rsidR="00EC7A70" w:rsidRDefault="00EC7A70" w:rsidP="00D420CD">
            <w:r>
              <w:rPr>
                <w:color w:val="000000"/>
                <w:sz w:val="16"/>
              </w:rPr>
              <w:t>Parameters:</w:t>
            </w:r>
            <w:r>
              <w:rPr>
                <w:color w:val="000000"/>
                <w:sz w:val="16"/>
              </w:rPr>
              <w:br/>
            </w:r>
          </w:p>
        </w:tc>
      </w:tr>
      <w:tr w:rsidR="00EC7A70" w14:paraId="17BBDDD3" w14:textId="77777777" w:rsidTr="00D420CD">
        <w:trPr>
          <w:jc w:val="center"/>
        </w:trPr>
        <w:tc>
          <w:tcPr>
            <w:tcW w:w="5760" w:type="dxa"/>
            <w:tcMar>
              <w:top w:w="80" w:type="dxa"/>
              <w:left w:w="80" w:type="dxa"/>
              <w:bottom w:w="80" w:type="dxa"/>
              <w:right w:w="80" w:type="dxa"/>
            </w:tcMar>
          </w:tcPr>
          <w:p w14:paraId="549652A4" w14:textId="77777777" w:rsidR="00EC7A70" w:rsidRDefault="00EC7A70" w:rsidP="00D420CD">
            <w:r>
              <w:rPr>
                <w:color w:val="000000"/>
                <w:sz w:val="18"/>
              </w:rPr>
              <w:t>Response Structure</w:t>
            </w:r>
            <w:r>
              <w:rPr>
                <w:rFonts w:ascii="Roboto Mono" w:hAnsi="Roboto Mono"/>
                <w:b/>
                <w:color w:val="000000"/>
                <w:sz w:val="16"/>
              </w:rPr>
              <w:br/>
              <w:t>TELNETS &lt; ON | OFF &gt;</w:t>
            </w:r>
          </w:p>
        </w:tc>
        <w:tc>
          <w:tcPr>
            <w:tcW w:w="3600" w:type="dxa"/>
            <w:vMerge/>
          </w:tcPr>
          <w:p w14:paraId="25ED32A0" w14:textId="77777777" w:rsidR="00EC7A70" w:rsidRDefault="00EC7A70" w:rsidP="00D420CD"/>
        </w:tc>
      </w:tr>
      <w:tr w:rsidR="00EC7A70" w14:paraId="0AF4C271" w14:textId="77777777" w:rsidTr="00D420CD">
        <w:trPr>
          <w:jc w:val="center"/>
        </w:trPr>
        <w:tc>
          <w:tcPr>
            <w:tcW w:w="5760" w:type="dxa"/>
            <w:tcMar>
              <w:top w:w="80" w:type="dxa"/>
              <w:left w:w="80" w:type="dxa"/>
              <w:bottom w:w="0" w:type="dxa"/>
              <w:right w:w="80" w:type="dxa"/>
            </w:tcMar>
          </w:tcPr>
          <w:p w14:paraId="1D3995E3" w14:textId="77777777" w:rsidR="00EC7A70" w:rsidRDefault="00EC7A70" w:rsidP="00D420CD">
            <w:r>
              <w:rPr>
                <w:color w:val="000000"/>
                <w:sz w:val="18"/>
              </w:rPr>
              <w:t>Command Example</w:t>
            </w:r>
          </w:p>
        </w:tc>
        <w:tc>
          <w:tcPr>
            <w:tcW w:w="3600" w:type="dxa"/>
            <w:vMerge/>
          </w:tcPr>
          <w:p w14:paraId="4537DBB7" w14:textId="77777777" w:rsidR="00EC7A70" w:rsidRDefault="00EC7A70" w:rsidP="00D420CD"/>
        </w:tc>
      </w:tr>
      <w:tr w:rsidR="00EC7A70" w14:paraId="3F14832E" w14:textId="77777777" w:rsidTr="00D420CD">
        <w:trPr>
          <w:jc w:val="center"/>
        </w:trPr>
        <w:tc>
          <w:tcPr>
            <w:tcW w:w="5760" w:type="dxa"/>
            <w:shd w:val="clear" w:color="auto" w:fill="000000"/>
            <w:tcMar>
              <w:top w:w="0" w:type="dxa"/>
              <w:left w:w="80" w:type="dxa"/>
              <w:bottom w:w="80" w:type="dxa"/>
              <w:right w:w="80" w:type="dxa"/>
            </w:tcMar>
          </w:tcPr>
          <w:p w14:paraId="6AD41D0C" w14:textId="77777777" w:rsidR="00EC7A70" w:rsidRDefault="00EC7A70" w:rsidP="00D420CD">
            <w:r>
              <w:rPr>
                <w:rFonts w:ascii="Roboto Mono" w:hAnsi="Roboto Mono"/>
                <w:b/>
                <w:color w:val="FFFFFF"/>
                <w:sz w:val="16"/>
              </w:rPr>
              <w:t>GET TELNETS</w:t>
            </w:r>
          </w:p>
        </w:tc>
        <w:tc>
          <w:tcPr>
            <w:tcW w:w="3600" w:type="dxa"/>
            <w:vMerge/>
          </w:tcPr>
          <w:p w14:paraId="666B57CF" w14:textId="77777777" w:rsidR="00EC7A70" w:rsidRDefault="00EC7A70" w:rsidP="00D420CD"/>
        </w:tc>
      </w:tr>
      <w:tr w:rsidR="00EC7A70" w14:paraId="3187A689" w14:textId="77777777" w:rsidTr="00D420CD">
        <w:trPr>
          <w:jc w:val="center"/>
        </w:trPr>
        <w:tc>
          <w:tcPr>
            <w:tcW w:w="5760" w:type="dxa"/>
            <w:tcMar>
              <w:top w:w="80" w:type="dxa"/>
              <w:left w:w="80" w:type="dxa"/>
              <w:bottom w:w="0" w:type="dxa"/>
              <w:right w:w="80" w:type="dxa"/>
            </w:tcMar>
          </w:tcPr>
          <w:p w14:paraId="10F95388" w14:textId="77777777" w:rsidR="00EC7A70" w:rsidRDefault="00EC7A70" w:rsidP="00D420CD">
            <w:r>
              <w:rPr>
                <w:color w:val="000000"/>
                <w:sz w:val="18"/>
              </w:rPr>
              <w:t>Response Example</w:t>
            </w:r>
          </w:p>
        </w:tc>
        <w:tc>
          <w:tcPr>
            <w:tcW w:w="3600" w:type="dxa"/>
            <w:vMerge/>
          </w:tcPr>
          <w:p w14:paraId="48063763" w14:textId="77777777" w:rsidR="00EC7A70" w:rsidRDefault="00EC7A70" w:rsidP="00D420CD"/>
        </w:tc>
      </w:tr>
      <w:tr w:rsidR="00EC7A70" w14:paraId="7F10A610" w14:textId="77777777" w:rsidTr="00D420CD">
        <w:trPr>
          <w:jc w:val="center"/>
        </w:trPr>
        <w:tc>
          <w:tcPr>
            <w:tcW w:w="5760" w:type="dxa"/>
            <w:shd w:val="clear" w:color="auto" w:fill="000000"/>
            <w:tcMar>
              <w:top w:w="0" w:type="dxa"/>
              <w:left w:w="80" w:type="dxa"/>
              <w:bottom w:w="80" w:type="dxa"/>
              <w:right w:w="80" w:type="dxa"/>
            </w:tcMar>
          </w:tcPr>
          <w:p w14:paraId="3C0C99E1" w14:textId="77777777" w:rsidR="00EC7A70" w:rsidRDefault="00EC7A70" w:rsidP="00D420CD">
            <w:r>
              <w:rPr>
                <w:rFonts w:ascii="Roboto Mono" w:hAnsi="Roboto Mono"/>
                <w:b/>
                <w:color w:val="FFFFFF"/>
                <w:sz w:val="16"/>
              </w:rPr>
              <w:t>TELNETS ON</w:t>
            </w:r>
          </w:p>
        </w:tc>
        <w:tc>
          <w:tcPr>
            <w:tcW w:w="3600" w:type="dxa"/>
            <w:vMerge/>
          </w:tcPr>
          <w:p w14:paraId="4A782AD9" w14:textId="77777777" w:rsidR="00EC7A70" w:rsidRDefault="00EC7A70" w:rsidP="00D420CD"/>
        </w:tc>
      </w:tr>
      <w:tr w:rsidR="00EC7A70" w14:paraId="20A37833" w14:textId="77777777" w:rsidTr="00D420CD">
        <w:trPr>
          <w:jc w:val="center"/>
        </w:trPr>
        <w:tc>
          <w:tcPr>
            <w:tcW w:w="9360" w:type="dxa"/>
            <w:gridSpan w:val="2"/>
            <w:shd w:val="clear" w:color="auto" w:fill="E0F6EC"/>
            <w:tcMar>
              <w:top w:w="80" w:type="dxa"/>
              <w:left w:w="80" w:type="dxa"/>
              <w:bottom w:w="80" w:type="dxa"/>
              <w:right w:w="80" w:type="dxa"/>
            </w:tcMar>
          </w:tcPr>
          <w:p w14:paraId="3CBFAED8" w14:textId="77777777" w:rsidR="00EC7A70" w:rsidRDefault="00EC7A70" w:rsidP="00D420CD">
            <w:r>
              <w:rPr>
                <w:color w:val="000000"/>
                <w:sz w:val="16"/>
              </w:rPr>
              <w:t xml:space="preserve">Additional Notes: </w:t>
            </w:r>
          </w:p>
        </w:tc>
      </w:tr>
    </w:tbl>
    <w:p w14:paraId="3A470D4D" w14:textId="77777777" w:rsidR="00EC7A70" w:rsidRDefault="00EC7A70" w:rsidP="00EC7A70"/>
    <w:p w14:paraId="52D61578" w14:textId="77777777" w:rsidR="00EC7A70" w:rsidRDefault="00EC7A70" w:rsidP="00EC7A70">
      <w:pPr>
        <w:pStyle w:val="Heading2"/>
      </w:pPr>
      <w:bookmarkStart w:id="107" w:name="_Toc218512868"/>
      <w:r>
        <w:rPr>
          <w:rFonts w:ascii="Roboto" w:hAnsi="Roboto"/>
          <w:color w:val="000000"/>
          <w:sz w:val="28"/>
        </w:rPr>
        <w:t>6.12 Set Wi-Fi Operating Mode</w:t>
      </w:r>
      <w:bookmarkEnd w:id="107"/>
    </w:p>
    <w:p w14:paraId="7A0275E8" w14:textId="77777777" w:rsidR="00EC7A70" w:rsidRDefault="00EC7A70" w:rsidP="00EC7A70">
      <w:r>
        <w:rPr>
          <w:rFonts w:ascii="Roboto" w:hAnsi="Roboto"/>
          <w:sz w:val="18"/>
        </w:rPr>
        <w:br/>
        <w:t>Set the Wi‑Fi module's frequency band and channel</w:t>
      </w:r>
    </w:p>
    <w:tbl>
      <w:tblPr>
        <w:tblStyle w:val="luka"/>
        <w:tblW w:w="0" w:type="auto"/>
        <w:jc w:val="center"/>
        <w:tblLook w:val="04A0" w:firstRow="1" w:lastRow="0" w:firstColumn="1" w:lastColumn="0" w:noHBand="0" w:noVBand="1"/>
      </w:tblPr>
      <w:tblGrid>
        <w:gridCol w:w="5760"/>
        <w:gridCol w:w="3600"/>
      </w:tblGrid>
      <w:tr w:rsidR="00EC7A70" w14:paraId="5F29F238" w14:textId="77777777" w:rsidTr="00D420CD">
        <w:trPr>
          <w:jc w:val="center"/>
        </w:trPr>
        <w:tc>
          <w:tcPr>
            <w:tcW w:w="5760" w:type="dxa"/>
            <w:tcMar>
              <w:top w:w="80" w:type="dxa"/>
              <w:left w:w="80" w:type="dxa"/>
              <w:bottom w:w="80" w:type="dxa"/>
              <w:right w:w="80" w:type="dxa"/>
            </w:tcMar>
          </w:tcPr>
          <w:p w14:paraId="4B7232E7" w14:textId="77777777" w:rsidR="00EC7A70" w:rsidRDefault="00EC7A70" w:rsidP="00D420CD">
            <w:r>
              <w:rPr>
                <w:color w:val="000000"/>
                <w:sz w:val="18"/>
              </w:rPr>
              <w:t>Command Structure</w:t>
            </w:r>
            <w:r>
              <w:rPr>
                <w:rFonts w:ascii="Roboto Mono" w:hAnsi="Roboto Mono"/>
                <w:b/>
                <w:color w:val="000000"/>
                <w:sz w:val="16"/>
              </w:rPr>
              <w:br/>
              <w:t xml:space="preserve">SET WIFI_MODE &lt; </w:t>
            </w:r>
            <w:proofErr w:type="spellStart"/>
            <w:r>
              <w:rPr>
                <w:rFonts w:ascii="Roboto Mono" w:hAnsi="Roboto Mono"/>
                <w:b/>
                <w:color w:val="000000"/>
                <w:sz w:val="16"/>
              </w:rPr>
              <w:t>WiFiBand</w:t>
            </w:r>
            <w:proofErr w:type="spellEnd"/>
            <w:r>
              <w:rPr>
                <w:rFonts w:ascii="Roboto Mono" w:hAnsi="Roboto Mono"/>
                <w:b/>
                <w:color w:val="000000"/>
                <w:sz w:val="16"/>
              </w:rPr>
              <w:t xml:space="preserve"> &gt; &lt; </w:t>
            </w:r>
            <w:proofErr w:type="spellStart"/>
            <w:r>
              <w:rPr>
                <w:rFonts w:ascii="Roboto Mono" w:hAnsi="Roboto Mono"/>
                <w:b/>
                <w:color w:val="000000"/>
                <w:sz w:val="16"/>
              </w:rPr>
              <w:t>WifiChannel</w:t>
            </w:r>
            <w:proofErr w:type="spellEnd"/>
            <w:r>
              <w:rPr>
                <w:rFonts w:ascii="Roboto Mono" w:hAnsi="Roboto Mono"/>
                <w:b/>
                <w:color w:val="000000"/>
                <w:sz w:val="16"/>
              </w:rPr>
              <w:t xml:space="preserve"> | AUTO &gt;</w:t>
            </w:r>
          </w:p>
        </w:tc>
        <w:tc>
          <w:tcPr>
            <w:tcW w:w="3600" w:type="dxa"/>
            <w:vMerge w:val="restart"/>
            <w:shd w:val="clear" w:color="auto" w:fill="F2F2F2"/>
            <w:tcMar>
              <w:top w:w="80" w:type="dxa"/>
              <w:left w:w="80" w:type="dxa"/>
              <w:bottom w:w="80" w:type="dxa"/>
              <w:right w:w="80" w:type="dxa"/>
            </w:tcMar>
          </w:tcPr>
          <w:p w14:paraId="771797DD" w14:textId="77777777" w:rsidR="00EC7A70" w:rsidRDefault="00EC7A70" w:rsidP="00D420CD">
            <w:r>
              <w:rPr>
                <w:color w:val="000000"/>
                <w:sz w:val="16"/>
              </w:rPr>
              <w:t>Parameters:</w:t>
            </w:r>
            <w:r>
              <w:rPr>
                <w:color w:val="000000"/>
                <w:sz w:val="16"/>
              </w:rPr>
              <w:br/>
            </w:r>
            <w:proofErr w:type="spellStart"/>
            <w:r>
              <w:rPr>
                <w:color w:val="000000"/>
                <w:sz w:val="16"/>
              </w:rPr>
              <w:t>WiFiBand</w:t>
            </w:r>
            <w:proofErr w:type="spellEnd"/>
            <w:r>
              <w:rPr>
                <w:color w:val="000000"/>
                <w:sz w:val="16"/>
              </w:rPr>
              <w:t xml:space="preserve"> = 2 5 — corresponds to the 2.4 GHz and 5 GHz bands, respectively.</w:t>
            </w:r>
            <w:r>
              <w:rPr>
                <w:color w:val="000000"/>
                <w:sz w:val="16"/>
              </w:rPr>
              <w:br/>
            </w:r>
            <w:proofErr w:type="spellStart"/>
            <w:r>
              <w:rPr>
                <w:color w:val="000000"/>
                <w:sz w:val="16"/>
              </w:rPr>
              <w:t>WiFiChannel</w:t>
            </w:r>
            <w:proofErr w:type="spellEnd"/>
            <w:r>
              <w:rPr>
                <w:color w:val="000000"/>
                <w:sz w:val="16"/>
              </w:rPr>
              <w:t xml:space="preserve"> is the Wi‑Fi channel; its valid values depend on the band:</w:t>
            </w:r>
            <w:r>
              <w:rPr>
                <w:color w:val="000000"/>
                <w:sz w:val="16"/>
              </w:rPr>
              <w:br/>
              <w:t>2.4G band:   1 2 3 4 5 6 7 8 9 10 11</w:t>
            </w:r>
            <w:r>
              <w:rPr>
                <w:color w:val="000000"/>
                <w:sz w:val="16"/>
              </w:rPr>
              <w:br/>
              <w:t>5G band: 36 40 44 48 149 153 157 161</w:t>
            </w:r>
            <w:r>
              <w:rPr>
                <w:color w:val="000000"/>
                <w:sz w:val="16"/>
              </w:rPr>
              <w:br/>
              <w:t>AUTO = the device automatically selects an appropriate channel</w:t>
            </w:r>
          </w:p>
        </w:tc>
      </w:tr>
      <w:tr w:rsidR="00EC7A70" w14:paraId="17923328" w14:textId="77777777" w:rsidTr="00D420CD">
        <w:trPr>
          <w:jc w:val="center"/>
        </w:trPr>
        <w:tc>
          <w:tcPr>
            <w:tcW w:w="5760" w:type="dxa"/>
            <w:tcMar>
              <w:top w:w="80" w:type="dxa"/>
              <w:left w:w="80" w:type="dxa"/>
              <w:bottom w:w="80" w:type="dxa"/>
              <w:right w:w="80" w:type="dxa"/>
            </w:tcMar>
          </w:tcPr>
          <w:p w14:paraId="673E2EC6" w14:textId="77777777" w:rsidR="00EC7A70" w:rsidRDefault="00EC7A70" w:rsidP="00D420CD">
            <w:r>
              <w:rPr>
                <w:color w:val="000000"/>
                <w:sz w:val="18"/>
              </w:rPr>
              <w:t>Response Structure</w:t>
            </w:r>
            <w:r>
              <w:rPr>
                <w:rFonts w:ascii="Roboto Mono" w:hAnsi="Roboto Mono"/>
                <w:b/>
                <w:color w:val="000000"/>
                <w:sz w:val="16"/>
              </w:rPr>
              <w:br/>
              <w:t xml:space="preserve">WIFI_MODE &lt; </w:t>
            </w:r>
            <w:proofErr w:type="spellStart"/>
            <w:r>
              <w:rPr>
                <w:rFonts w:ascii="Roboto Mono" w:hAnsi="Roboto Mono"/>
                <w:b/>
                <w:color w:val="000000"/>
                <w:sz w:val="16"/>
              </w:rPr>
              <w:t>WiFiBand</w:t>
            </w:r>
            <w:proofErr w:type="spellEnd"/>
            <w:r>
              <w:rPr>
                <w:rFonts w:ascii="Roboto Mono" w:hAnsi="Roboto Mono"/>
                <w:b/>
                <w:color w:val="000000"/>
                <w:sz w:val="16"/>
              </w:rPr>
              <w:t xml:space="preserve"> &gt; &lt; </w:t>
            </w:r>
            <w:proofErr w:type="spellStart"/>
            <w:r>
              <w:rPr>
                <w:rFonts w:ascii="Roboto Mono" w:hAnsi="Roboto Mono"/>
                <w:b/>
                <w:color w:val="000000"/>
                <w:sz w:val="16"/>
              </w:rPr>
              <w:t>WifiChannel</w:t>
            </w:r>
            <w:proofErr w:type="spellEnd"/>
            <w:r>
              <w:rPr>
                <w:rFonts w:ascii="Roboto Mono" w:hAnsi="Roboto Mono"/>
                <w:b/>
                <w:color w:val="000000"/>
                <w:sz w:val="16"/>
              </w:rPr>
              <w:t xml:space="preserve"> &gt; [ </w:t>
            </w:r>
            <w:proofErr w:type="gramStart"/>
            <w:r>
              <w:rPr>
                <w:rFonts w:ascii="Roboto Mono" w:hAnsi="Roboto Mono"/>
                <w:b/>
                <w:color w:val="000000"/>
                <w:sz w:val="16"/>
              </w:rPr>
              <w:t>AUTO ]</w:t>
            </w:r>
            <w:proofErr w:type="gramEnd"/>
          </w:p>
        </w:tc>
        <w:tc>
          <w:tcPr>
            <w:tcW w:w="3600" w:type="dxa"/>
            <w:vMerge/>
          </w:tcPr>
          <w:p w14:paraId="5795595D" w14:textId="77777777" w:rsidR="00EC7A70" w:rsidRDefault="00EC7A70" w:rsidP="00D420CD"/>
        </w:tc>
      </w:tr>
      <w:tr w:rsidR="00EC7A70" w14:paraId="3982AC49" w14:textId="77777777" w:rsidTr="00D420CD">
        <w:trPr>
          <w:jc w:val="center"/>
        </w:trPr>
        <w:tc>
          <w:tcPr>
            <w:tcW w:w="5760" w:type="dxa"/>
            <w:tcMar>
              <w:top w:w="80" w:type="dxa"/>
              <w:left w:w="80" w:type="dxa"/>
              <w:bottom w:w="0" w:type="dxa"/>
              <w:right w:w="80" w:type="dxa"/>
            </w:tcMar>
          </w:tcPr>
          <w:p w14:paraId="5EC14E5C" w14:textId="77777777" w:rsidR="00EC7A70" w:rsidRDefault="00EC7A70" w:rsidP="00D420CD">
            <w:r>
              <w:rPr>
                <w:color w:val="000000"/>
                <w:sz w:val="18"/>
              </w:rPr>
              <w:t>Command Example</w:t>
            </w:r>
          </w:p>
        </w:tc>
        <w:tc>
          <w:tcPr>
            <w:tcW w:w="3600" w:type="dxa"/>
            <w:vMerge/>
          </w:tcPr>
          <w:p w14:paraId="38E80E8B" w14:textId="77777777" w:rsidR="00EC7A70" w:rsidRDefault="00EC7A70" w:rsidP="00D420CD"/>
        </w:tc>
      </w:tr>
      <w:tr w:rsidR="00EC7A70" w14:paraId="574FB031" w14:textId="77777777" w:rsidTr="00D420CD">
        <w:trPr>
          <w:jc w:val="center"/>
        </w:trPr>
        <w:tc>
          <w:tcPr>
            <w:tcW w:w="5760" w:type="dxa"/>
            <w:shd w:val="clear" w:color="auto" w:fill="000000"/>
            <w:tcMar>
              <w:top w:w="0" w:type="dxa"/>
              <w:left w:w="80" w:type="dxa"/>
              <w:bottom w:w="80" w:type="dxa"/>
              <w:right w:w="80" w:type="dxa"/>
            </w:tcMar>
          </w:tcPr>
          <w:p w14:paraId="6518326D" w14:textId="77777777" w:rsidR="00EC7A70" w:rsidRDefault="00EC7A70" w:rsidP="00D420CD">
            <w:r>
              <w:rPr>
                <w:rFonts w:ascii="Roboto Mono" w:hAnsi="Roboto Mono"/>
                <w:b/>
                <w:color w:val="FFFFFF"/>
                <w:sz w:val="16"/>
              </w:rPr>
              <w:t>SET WIFI_MODE 5 AUTO</w:t>
            </w:r>
          </w:p>
        </w:tc>
        <w:tc>
          <w:tcPr>
            <w:tcW w:w="3600" w:type="dxa"/>
            <w:vMerge/>
          </w:tcPr>
          <w:p w14:paraId="6C536B7E" w14:textId="77777777" w:rsidR="00EC7A70" w:rsidRDefault="00EC7A70" w:rsidP="00D420CD"/>
        </w:tc>
      </w:tr>
      <w:tr w:rsidR="00EC7A70" w14:paraId="2B0D8CF5" w14:textId="77777777" w:rsidTr="00D420CD">
        <w:trPr>
          <w:jc w:val="center"/>
        </w:trPr>
        <w:tc>
          <w:tcPr>
            <w:tcW w:w="5760" w:type="dxa"/>
            <w:tcMar>
              <w:top w:w="80" w:type="dxa"/>
              <w:left w:w="80" w:type="dxa"/>
              <w:bottom w:w="0" w:type="dxa"/>
              <w:right w:w="80" w:type="dxa"/>
            </w:tcMar>
          </w:tcPr>
          <w:p w14:paraId="2727258A" w14:textId="77777777" w:rsidR="00EC7A70" w:rsidRDefault="00EC7A70" w:rsidP="00D420CD">
            <w:r>
              <w:rPr>
                <w:color w:val="000000"/>
                <w:sz w:val="18"/>
              </w:rPr>
              <w:t>Response Example</w:t>
            </w:r>
          </w:p>
        </w:tc>
        <w:tc>
          <w:tcPr>
            <w:tcW w:w="3600" w:type="dxa"/>
            <w:vMerge/>
          </w:tcPr>
          <w:p w14:paraId="23D7DB87" w14:textId="77777777" w:rsidR="00EC7A70" w:rsidRDefault="00EC7A70" w:rsidP="00D420CD"/>
        </w:tc>
      </w:tr>
      <w:tr w:rsidR="00EC7A70" w14:paraId="0F8820F9" w14:textId="77777777" w:rsidTr="00D420CD">
        <w:trPr>
          <w:jc w:val="center"/>
        </w:trPr>
        <w:tc>
          <w:tcPr>
            <w:tcW w:w="5760" w:type="dxa"/>
            <w:shd w:val="clear" w:color="auto" w:fill="000000"/>
            <w:tcMar>
              <w:top w:w="0" w:type="dxa"/>
              <w:left w:w="80" w:type="dxa"/>
              <w:bottom w:w="80" w:type="dxa"/>
              <w:right w:w="80" w:type="dxa"/>
            </w:tcMar>
          </w:tcPr>
          <w:p w14:paraId="41E54E59" w14:textId="77777777" w:rsidR="00EC7A70" w:rsidRDefault="00EC7A70" w:rsidP="00D420CD">
            <w:r>
              <w:rPr>
                <w:rFonts w:ascii="Roboto Mono" w:hAnsi="Roboto Mono"/>
                <w:b/>
                <w:color w:val="FFFFFF"/>
                <w:sz w:val="16"/>
              </w:rPr>
              <w:t>WIFI_MODE 5 161 AUTO</w:t>
            </w:r>
          </w:p>
        </w:tc>
        <w:tc>
          <w:tcPr>
            <w:tcW w:w="3600" w:type="dxa"/>
            <w:vMerge/>
          </w:tcPr>
          <w:p w14:paraId="14FB80C7" w14:textId="77777777" w:rsidR="00EC7A70" w:rsidRDefault="00EC7A70" w:rsidP="00D420CD"/>
        </w:tc>
      </w:tr>
      <w:tr w:rsidR="00EC7A70" w14:paraId="78B6ABDB" w14:textId="77777777" w:rsidTr="00D420CD">
        <w:trPr>
          <w:jc w:val="center"/>
        </w:trPr>
        <w:tc>
          <w:tcPr>
            <w:tcW w:w="9360" w:type="dxa"/>
            <w:gridSpan w:val="2"/>
            <w:shd w:val="clear" w:color="auto" w:fill="E0F6EC"/>
            <w:tcMar>
              <w:top w:w="80" w:type="dxa"/>
              <w:left w:w="80" w:type="dxa"/>
              <w:bottom w:w="80" w:type="dxa"/>
              <w:right w:w="80" w:type="dxa"/>
            </w:tcMar>
          </w:tcPr>
          <w:p w14:paraId="7465994A" w14:textId="77777777" w:rsidR="00EC7A70" w:rsidRDefault="00EC7A70" w:rsidP="00D420CD">
            <w:r>
              <w:rPr>
                <w:color w:val="000000"/>
                <w:sz w:val="16"/>
              </w:rPr>
              <w:t xml:space="preserve">Additional Notes: Default: 5 </w:t>
            </w:r>
            <w:proofErr w:type="gramStart"/>
            <w:r>
              <w:rPr>
                <w:color w:val="000000"/>
                <w:sz w:val="16"/>
              </w:rPr>
              <w:t>AUTO</w:t>
            </w:r>
            <w:proofErr w:type="gramEnd"/>
            <w:r>
              <w:rPr>
                <w:color w:val="000000"/>
                <w:sz w:val="16"/>
              </w:rPr>
              <w:br/>
              <w:t>That is, 5 GHz band with automatic channel selection.</w:t>
            </w:r>
          </w:p>
        </w:tc>
      </w:tr>
    </w:tbl>
    <w:p w14:paraId="12EBFA0E" w14:textId="77777777" w:rsidR="00EC7A70" w:rsidRDefault="00EC7A70" w:rsidP="00EC7A70"/>
    <w:p w14:paraId="01E4AA8E" w14:textId="77777777" w:rsidR="00EC7A70" w:rsidRDefault="00EC7A70" w:rsidP="00EC7A70">
      <w:pPr>
        <w:pStyle w:val="Heading2"/>
      </w:pPr>
      <w:bookmarkStart w:id="108" w:name="_Toc218512869"/>
      <w:r>
        <w:rPr>
          <w:rFonts w:ascii="Roboto" w:hAnsi="Roboto"/>
          <w:color w:val="000000"/>
          <w:sz w:val="28"/>
        </w:rPr>
        <w:t>6.13 Get Wi‑Fi Operating Mode</w:t>
      </w:r>
      <w:bookmarkEnd w:id="108"/>
    </w:p>
    <w:p w14:paraId="3C6FB74B"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69BEC598" w14:textId="77777777" w:rsidTr="00D420CD">
        <w:trPr>
          <w:jc w:val="center"/>
        </w:trPr>
        <w:tc>
          <w:tcPr>
            <w:tcW w:w="5760" w:type="dxa"/>
            <w:tcMar>
              <w:top w:w="80" w:type="dxa"/>
              <w:left w:w="80" w:type="dxa"/>
              <w:bottom w:w="80" w:type="dxa"/>
              <w:right w:w="80" w:type="dxa"/>
            </w:tcMar>
          </w:tcPr>
          <w:p w14:paraId="24D78A72" w14:textId="77777777" w:rsidR="00EC7A70" w:rsidRDefault="00EC7A70" w:rsidP="00D420CD">
            <w:r>
              <w:rPr>
                <w:color w:val="000000"/>
                <w:sz w:val="18"/>
              </w:rPr>
              <w:t>Command Structure</w:t>
            </w:r>
            <w:r>
              <w:rPr>
                <w:rFonts w:ascii="Roboto Mono" w:hAnsi="Roboto Mono"/>
                <w:b/>
                <w:color w:val="000000"/>
                <w:sz w:val="16"/>
              </w:rPr>
              <w:br/>
              <w:t>GET WIFI_MODE</w:t>
            </w:r>
          </w:p>
        </w:tc>
        <w:tc>
          <w:tcPr>
            <w:tcW w:w="3600" w:type="dxa"/>
            <w:vMerge w:val="restart"/>
            <w:shd w:val="clear" w:color="auto" w:fill="F2F2F2"/>
            <w:tcMar>
              <w:top w:w="80" w:type="dxa"/>
              <w:left w:w="80" w:type="dxa"/>
              <w:bottom w:w="80" w:type="dxa"/>
              <w:right w:w="80" w:type="dxa"/>
            </w:tcMar>
          </w:tcPr>
          <w:p w14:paraId="7BE70BDB" w14:textId="77777777" w:rsidR="00EC7A70" w:rsidRDefault="00EC7A70" w:rsidP="00D420CD">
            <w:r>
              <w:rPr>
                <w:color w:val="000000"/>
                <w:sz w:val="16"/>
              </w:rPr>
              <w:t>Parameters:</w:t>
            </w:r>
            <w:r>
              <w:rPr>
                <w:color w:val="000000"/>
                <w:sz w:val="16"/>
              </w:rPr>
              <w:br/>
            </w:r>
          </w:p>
        </w:tc>
      </w:tr>
      <w:tr w:rsidR="00EC7A70" w14:paraId="1FDACCFB" w14:textId="77777777" w:rsidTr="00D420CD">
        <w:trPr>
          <w:jc w:val="center"/>
        </w:trPr>
        <w:tc>
          <w:tcPr>
            <w:tcW w:w="5760" w:type="dxa"/>
            <w:tcMar>
              <w:top w:w="80" w:type="dxa"/>
              <w:left w:w="80" w:type="dxa"/>
              <w:bottom w:w="80" w:type="dxa"/>
              <w:right w:w="80" w:type="dxa"/>
            </w:tcMar>
          </w:tcPr>
          <w:p w14:paraId="56AF4DEE" w14:textId="77777777" w:rsidR="00EC7A70" w:rsidRDefault="00EC7A70" w:rsidP="00D420CD">
            <w:r>
              <w:rPr>
                <w:color w:val="000000"/>
                <w:sz w:val="18"/>
              </w:rPr>
              <w:t>Response Structure</w:t>
            </w:r>
            <w:r>
              <w:rPr>
                <w:rFonts w:ascii="Roboto Mono" w:hAnsi="Roboto Mono"/>
                <w:b/>
                <w:color w:val="000000"/>
                <w:sz w:val="16"/>
              </w:rPr>
              <w:br/>
              <w:t xml:space="preserve">WIFI_MODE &lt; </w:t>
            </w:r>
            <w:proofErr w:type="spellStart"/>
            <w:r>
              <w:rPr>
                <w:rFonts w:ascii="Roboto Mono" w:hAnsi="Roboto Mono"/>
                <w:b/>
                <w:color w:val="000000"/>
                <w:sz w:val="16"/>
              </w:rPr>
              <w:t>WiFiBand</w:t>
            </w:r>
            <w:proofErr w:type="spellEnd"/>
            <w:r>
              <w:rPr>
                <w:rFonts w:ascii="Roboto Mono" w:hAnsi="Roboto Mono"/>
                <w:b/>
                <w:color w:val="000000"/>
                <w:sz w:val="16"/>
              </w:rPr>
              <w:t xml:space="preserve"> &gt; &lt; </w:t>
            </w:r>
            <w:proofErr w:type="spellStart"/>
            <w:r>
              <w:rPr>
                <w:rFonts w:ascii="Roboto Mono" w:hAnsi="Roboto Mono"/>
                <w:b/>
                <w:color w:val="000000"/>
                <w:sz w:val="16"/>
              </w:rPr>
              <w:t>WifiChannel</w:t>
            </w:r>
            <w:proofErr w:type="spellEnd"/>
            <w:r>
              <w:rPr>
                <w:rFonts w:ascii="Roboto Mono" w:hAnsi="Roboto Mono"/>
                <w:b/>
                <w:color w:val="000000"/>
                <w:sz w:val="16"/>
              </w:rPr>
              <w:t xml:space="preserve"> &gt; [ </w:t>
            </w:r>
            <w:proofErr w:type="gramStart"/>
            <w:r>
              <w:rPr>
                <w:rFonts w:ascii="Roboto Mono" w:hAnsi="Roboto Mono"/>
                <w:b/>
                <w:color w:val="000000"/>
                <w:sz w:val="16"/>
              </w:rPr>
              <w:t>AUTO ]</w:t>
            </w:r>
            <w:proofErr w:type="gramEnd"/>
          </w:p>
        </w:tc>
        <w:tc>
          <w:tcPr>
            <w:tcW w:w="3600" w:type="dxa"/>
            <w:vMerge/>
          </w:tcPr>
          <w:p w14:paraId="1E4D8B04" w14:textId="77777777" w:rsidR="00EC7A70" w:rsidRDefault="00EC7A70" w:rsidP="00D420CD"/>
        </w:tc>
      </w:tr>
      <w:tr w:rsidR="00EC7A70" w14:paraId="501B8A16" w14:textId="77777777" w:rsidTr="00D420CD">
        <w:trPr>
          <w:jc w:val="center"/>
        </w:trPr>
        <w:tc>
          <w:tcPr>
            <w:tcW w:w="5760" w:type="dxa"/>
            <w:tcMar>
              <w:top w:w="80" w:type="dxa"/>
              <w:left w:w="80" w:type="dxa"/>
              <w:bottom w:w="0" w:type="dxa"/>
              <w:right w:w="80" w:type="dxa"/>
            </w:tcMar>
          </w:tcPr>
          <w:p w14:paraId="27F67953" w14:textId="77777777" w:rsidR="00EC7A70" w:rsidRDefault="00EC7A70" w:rsidP="00D420CD">
            <w:r>
              <w:rPr>
                <w:color w:val="000000"/>
                <w:sz w:val="18"/>
              </w:rPr>
              <w:t>Command Example</w:t>
            </w:r>
          </w:p>
        </w:tc>
        <w:tc>
          <w:tcPr>
            <w:tcW w:w="3600" w:type="dxa"/>
            <w:vMerge/>
          </w:tcPr>
          <w:p w14:paraId="35992B36" w14:textId="77777777" w:rsidR="00EC7A70" w:rsidRDefault="00EC7A70" w:rsidP="00D420CD"/>
        </w:tc>
      </w:tr>
      <w:tr w:rsidR="00EC7A70" w14:paraId="63AAD4A6" w14:textId="77777777" w:rsidTr="00D420CD">
        <w:trPr>
          <w:jc w:val="center"/>
        </w:trPr>
        <w:tc>
          <w:tcPr>
            <w:tcW w:w="5760" w:type="dxa"/>
            <w:shd w:val="clear" w:color="auto" w:fill="000000"/>
            <w:tcMar>
              <w:top w:w="0" w:type="dxa"/>
              <w:left w:w="80" w:type="dxa"/>
              <w:bottom w:w="80" w:type="dxa"/>
              <w:right w:w="80" w:type="dxa"/>
            </w:tcMar>
          </w:tcPr>
          <w:p w14:paraId="4B8D552B" w14:textId="77777777" w:rsidR="00EC7A70" w:rsidRDefault="00EC7A70" w:rsidP="00D420CD">
            <w:r>
              <w:rPr>
                <w:rFonts w:ascii="Roboto Mono" w:hAnsi="Roboto Mono"/>
                <w:b/>
                <w:color w:val="FFFFFF"/>
                <w:sz w:val="16"/>
              </w:rPr>
              <w:t>GET WIFI_MODE</w:t>
            </w:r>
          </w:p>
        </w:tc>
        <w:tc>
          <w:tcPr>
            <w:tcW w:w="3600" w:type="dxa"/>
            <w:vMerge/>
          </w:tcPr>
          <w:p w14:paraId="08093109" w14:textId="77777777" w:rsidR="00EC7A70" w:rsidRDefault="00EC7A70" w:rsidP="00D420CD"/>
        </w:tc>
      </w:tr>
      <w:tr w:rsidR="00EC7A70" w14:paraId="4EC8668B" w14:textId="77777777" w:rsidTr="00D420CD">
        <w:trPr>
          <w:jc w:val="center"/>
        </w:trPr>
        <w:tc>
          <w:tcPr>
            <w:tcW w:w="5760" w:type="dxa"/>
            <w:tcMar>
              <w:top w:w="80" w:type="dxa"/>
              <w:left w:w="80" w:type="dxa"/>
              <w:bottom w:w="0" w:type="dxa"/>
              <w:right w:w="80" w:type="dxa"/>
            </w:tcMar>
          </w:tcPr>
          <w:p w14:paraId="2BACCEDB" w14:textId="77777777" w:rsidR="00EC7A70" w:rsidRDefault="00EC7A70" w:rsidP="00D420CD">
            <w:r>
              <w:rPr>
                <w:color w:val="000000"/>
                <w:sz w:val="18"/>
              </w:rPr>
              <w:t>Response Example</w:t>
            </w:r>
          </w:p>
        </w:tc>
        <w:tc>
          <w:tcPr>
            <w:tcW w:w="3600" w:type="dxa"/>
            <w:vMerge/>
          </w:tcPr>
          <w:p w14:paraId="1F886647" w14:textId="77777777" w:rsidR="00EC7A70" w:rsidRDefault="00EC7A70" w:rsidP="00D420CD"/>
        </w:tc>
      </w:tr>
      <w:tr w:rsidR="00EC7A70" w14:paraId="5B25718B" w14:textId="77777777" w:rsidTr="00D420CD">
        <w:trPr>
          <w:jc w:val="center"/>
        </w:trPr>
        <w:tc>
          <w:tcPr>
            <w:tcW w:w="5760" w:type="dxa"/>
            <w:shd w:val="clear" w:color="auto" w:fill="000000"/>
            <w:tcMar>
              <w:top w:w="0" w:type="dxa"/>
              <w:left w:w="80" w:type="dxa"/>
              <w:bottom w:w="80" w:type="dxa"/>
              <w:right w:w="80" w:type="dxa"/>
            </w:tcMar>
          </w:tcPr>
          <w:p w14:paraId="7912B789" w14:textId="77777777" w:rsidR="00EC7A70" w:rsidRDefault="00EC7A70" w:rsidP="00D420CD">
            <w:r>
              <w:rPr>
                <w:rFonts w:ascii="Roboto Mono" w:hAnsi="Roboto Mono"/>
                <w:b/>
                <w:color w:val="FFFFFF"/>
                <w:sz w:val="16"/>
              </w:rPr>
              <w:t>WIFI_MODE 5 161 AUTO</w:t>
            </w:r>
          </w:p>
        </w:tc>
        <w:tc>
          <w:tcPr>
            <w:tcW w:w="3600" w:type="dxa"/>
            <w:vMerge/>
          </w:tcPr>
          <w:p w14:paraId="5E180930" w14:textId="77777777" w:rsidR="00EC7A70" w:rsidRDefault="00EC7A70" w:rsidP="00D420CD"/>
        </w:tc>
      </w:tr>
      <w:tr w:rsidR="00EC7A70" w14:paraId="7C7DA712" w14:textId="77777777" w:rsidTr="00D420CD">
        <w:trPr>
          <w:jc w:val="center"/>
        </w:trPr>
        <w:tc>
          <w:tcPr>
            <w:tcW w:w="9360" w:type="dxa"/>
            <w:gridSpan w:val="2"/>
            <w:shd w:val="clear" w:color="auto" w:fill="E0F6EC"/>
            <w:tcMar>
              <w:top w:w="80" w:type="dxa"/>
              <w:left w:w="80" w:type="dxa"/>
              <w:bottom w:w="80" w:type="dxa"/>
              <w:right w:w="80" w:type="dxa"/>
            </w:tcMar>
          </w:tcPr>
          <w:p w14:paraId="4681CC0B" w14:textId="77777777" w:rsidR="00EC7A70" w:rsidRDefault="00EC7A70" w:rsidP="00D420CD">
            <w:r>
              <w:rPr>
                <w:color w:val="000000"/>
                <w:sz w:val="16"/>
              </w:rPr>
              <w:t xml:space="preserve">Additional Notes: </w:t>
            </w:r>
          </w:p>
        </w:tc>
      </w:tr>
    </w:tbl>
    <w:p w14:paraId="7B7F5F03" w14:textId="77777777" w:rsidR="00EC7A70" w:rsidRDefault="00EC7A70" w:rsidP="00EC7A70"/>
    <w:p w14:paraId="606CF17F" w14:textId="77777777" w:rsidR="00EC7A70" w:rsidRDefault="00EC7A70" w:rsidP="00EC7A70">
      <w:pPr>
        <w:pStyle w:val="Heading2"/>
      </w:pPr>
      <w:bookmarkStart w:id="109" w:name="_Toc218512870"/>
      <w:r>
        <w:rPr>
          <w:rFonts w:ascii="Roboto" w:hAnsi="Roboto"/>
          <w:color w:val="000000"/>
          <w:sz w:val="28"/>
        </w:rPr>
        <w:lastRenderedPageBreak/>
        <w:t>6.14 Set Wi-Fi Password</w:t>
      </w:r>
      <w:bookmarkEnd w:id="109"/>
    </w:p>
    <w:p w14:paraId="4E797545" w14:textId="77777777" w:rsidR="00EC7A70" w:rsidRDefault="00EC7A70" w:rsidP="00EC7A70">
      <w:r>
        <w:rPr>
          <w:rFonts w:ascii="Roboto" w:hAnsi="Roboto"/>
          <w:sz w:val="18"/>
        </w:rPr>
        <w:br/>
        <w:t>Set the password for the built-in soft AP used for wireless screen casting.</w:t>
      </w:r>
    </w:p>
    <w:tbl>
      <w:tblPr>
        <w:tblStyle w:val="luka"/>
        <w:tblW w:w="0" w:type="auto"/>
        <w:jc w:val="center"/>
        <w:tblLook w:val="04A0" w:firstRow="1" w:lastRow="0" w:firstColumn="1" w:lastColumn="0" w:noHBand="0" w:noVBand="1"/>
      </w:tblPr>
      <w:tblGrid>
        <w:gridCol w:w="5760"/>
        <w:gridCol w:w="3600"/>
      </w:tblGrid>
      <w:tr w:rsidR="00EC7A70" w14:paraId="02580785" w14:textId="77777777" w:rsidTr="00D420CD">
        <w:trPr>
          <w:jc w:val="center"/>
        </w:trPr>
        <w:tc>
          <w:tcPr>
            <w:tcW w:w="5760" w:type="dxa"/>
            <w:tcMar>
              <w:top w:w="80" w:type="dxa"/>
              <w:left w:w="80" w:type="dxa"/>
              <w:bottom w:w="80" w:type="dxa"/>
              <w:right w:w="80" w:type="dxa"/>
            </w:tcMar>
          </w:tcPr>
          <w:p w14:paraId="2494B3A1" w14:textId="77777777" w:rsidR="00EC7A70" w:rsidRDefault="00EC7A70" w:rsidP="00D420CD">
            <w:r>
              <w:rPr>
                <w:color w:val="000000"/>
                <w:sz w:val="18"/>
              </w:rPr>
              <w:t>Command Structure</w:t>
            </w:r>
            <w:r>
              <w:rPr>
                <w:rFonts w:ascii="Roboto Mono" w:hAnsi="Roboto Mono"/>
                <w:b/>
                <w:color w:val="000000"/>
                <w:sz w:val="16"/>
              </w:rPr>
              <w:br/>
              <w:t xml:space="preserve">SET SOFTAP_PWD &lt; </w:t>
            </w:r>
            <w:proofErr w:type="spellStart"/>
            <w:r>
              <w:rPr>
                <w:rFonts w:ascii="Roboto Mono" w:hAnsi="Roboto Mono"/>
                <w:b/>
                <w:color w:val="000000"/>
                <w:sz w:val="16"/>
              </w:rPr>
              <w:t>WifiPassword</w:t>
            </w:r>
            <w:proofErr w:type="spellEnd"/>
            <w:r>
              <w:rPr>
                <w:rFonts w:ascii="Roboto Mono" w:hAnsi="Roboto Mono"/>
                <w:b/>
                <w:color w:val="000000"/>
                <w:sz w:val="16"/>
              </w:rPr>
              <w:t xml:space="preserve"> &gt;</w:t>
            </w:r>
          </w:p>
        </w:tc>
        <w:tc>
          <w:tcPr>
            <w:tcW w:w="3600" w:type="dxa"/>
            <w:vMerge w:val="restart"/>
            <w:shd w:val="clear" w:color="auto" w:fill="F2F2F2"/>
            <w:tcMar>
              <w:top w:w="80" w:type="dxa"/>
              <w:left w:w="80" w:type="dxa"/>
              <w:bottom w:w="80" w:type="dxa"/>
              <w:right w:w="80" w:type="dxa"/>
            </w:tcMar>
          </w:tcPr>
          <w:p w14:paraId="77BBFFFA" w14:textId="77777777" w:rsidR="00EC7A70" w:rsidRDefault="00EC7A70" w:rsidP="00D420CD">
            <w:r>
              <w:rPr>
                <w:color w:val="000000"/>
                <w:sz w:val="16"/>
              </w:rPr>
              <w:t>Parameters:</w:t>
            </w:r>
            <w:r>
              <w:rPr>
                <w:color w:val="000000"/>
                <w:sz w:val="16"/>
              </w:rPr>
              <w:br/>
              <w:t xml:space="preserve">The parameter </w:t>
            </w:r>
            <w:proofErr w:type="spellStart"/>
            <w:r>
              <w:rPr>
                <w:color w:val="000000"/>
                <w:sz w:val="16"/>
              </w:rPr>
              <w:t>WifiPassword</w:t>
            </w:r>
            <w:proofErr w:type="spellEnd"/>
            <w:r>
              <w:rPr>
                <w:color w:val="000000"/>
                <w:sz w:val="16"/>
              </w:rPr>
              <w:t xml:space="preserve"> must be 8-20 characters in length and may contain only letters, numbers, and the special characters '_' and '-'.</w:t>
            </w:r>
          </w:p>
        </w:tc>
      </w:tr>
      <w:tr w:rsidR="00EC7A70" w14:paraId="428B22A1" w14:textId="77777777" w:rsidTr="00D420CD">
        <w:trPr>
          <w:jc w:val="center"/>
        </w:trPr>
        <w:tc>
          <w:tcPr>
            <w:tcW w:w="5760" w:type="dxa"/>
            <w:tcMar>
              <w:top w:w="80" w:type="dxa"/>
              <w:left w:w="80" w:type="dxa"/>
              <w:bottom w:w="80" w:type="dxa"/>
              <w:right w:w="80" w:type="dxa"/>
            </w:tcMar>
          </w:tcPr>
          <w:p w14:paraId="062529CD" w14:textId="77777777" w:rsidR="00EC7A70" w:rsidRDefault="00EC7A70" w:rsidP="00D420CD">
            <w:r>
              <w:rPr>
                <w:color w:val="000000"/>
                <w:sz w:val="18"/>
              </w:rPr>
              <w:t>Response Structure</w:t>
            </w:r>
            <w:r>
              <w:rPr>
                <w:rFonts w:ascii="Roboto Mono" w:hAnsi="Roboto Mono"/>
                <w:b/>
                <w:color w:val="000000"/>
                <w:sz w:val="16"/>
              </w:rPr>
              <w:br/>
              <w:t xml:space="preserve">SOFTAP_PWD &lt; </w:t>
            </w:r>
            <w:proofErr w:type="spellStart"/>
            <w:r>
              <w:rPr>
                <w:rFonts w:ascii="Roboto Mono" w:hAnsi="Roboto Mono"/>
                <w:b/>
                <w:color w:val="000000"/>
                <w:sz w:val="16"/>
              </w:rPr>
              <w:t>WifiPassword</w:t>
            </w:r>
            <w:proofErr w:type="spellEnd"/>
            <w:r>
              <w:rPr>
                <w:rFonts w:ascii="Roboto Mono" w:hAnsi="Roboto Mono"/>
                <w:b/>
                <w:color w:val="000000"/>
                <w:sz w:val="16"/>
              </w:rPr>
              <w:t xml:space="preserve"> &gt;</w:t>
            </w:r>
          </w:p>
        </w:tc>
        <w:tc>
          <w:tcPr>
            <w:tcW w:w="3600" w:type="dxa"/>
            <w:vMerge/>
          </w:tcPr>
          <w:p w14:paraId="5AC13E98" w14:textId="77777777" w:rsidR="00EC7A70" w:rsidRDefault="00EC7A70" w:rsidP="00D420CD"/>
        </w:tc>
      </w:tr>
      <w:tr w:rsidR="00EC7A70" w14:paraId="026B4959" w14:textId="77777777" w:rsidTr="00D420CD">
        <w:trPr>
          <w:jc w:val="center"/>
        </w:trPr>
        <w:tc>
          <w:tcPr>
            <w:tcW w:w="5760" w:type="dxa"/>
            <w:tcMar>
              <w:top w:w="80" w:type="dxa"/>
              <w:left w:w="80" w:type="dxa"/>
              <w:bottom w:w="0" w:type="dxa"/>
              <w:right w:w="80" w:type="dxa"/>
            </w:tcMar>
          </w:tcPr>
          <w:p w14:paraId="6EBC47BD" w14:textId="77777777" w:rsidR="00EC7A70" w:rsidRDefault="00EC7A70" w:rsidP="00D420CD">
            <w:r>
              <w:rPr>
                <w:color w:val="000000"/>
                <w:sz w:val="18"/>
              </w:rPr>
              <w:t>Command Example</w:t>
            </w:r>
          </w:p>
        </w:tc>
        <w:tc>
          <w:tcPr>
            <w:tcW w:w="3600" w:type="dxa"/>
            <w:vMerge/>
          </w:tcPr>
          <w:p w14:paraId="481901EA" w14:textId="77777777" w:rsidR="00EC7A70" w:rsidRDefault="00EC7A70" w:rsidP="00D420CD"/>
        </w:tc>
      </w:tr>
      <w:tr w:rsidR="00EC7A70" w14:paraId="583885E5" w14:textId="77777777" w:rsidTr="00D420CD">
        <w:trPr>
          <w:jc w:val="center"/>
        </w:trPr>
        <w:tc>
          <w:tcPr>
            <w:tcW w:w="5760" w:type="dxa"/>
            <w:shd w:val="clear" w:color="auto" w:fill="000000"/>
            <w:tcMar>
              <w:top w:w="0" w:type="dxa"/>
              <w:left w:w="80" w:type="dxa"/>
              <w:bottom w:w="80" w:type="dxa"/>
              <w:right w:w="80" w:type="dxa"/>
            </w:tcMar>
          </w:tcPr>
          <w:p w14:paraId="68E99EEA" w14:textId="77777777" w:rsidR="00EC7A70" w:rsidRDefault="00EC7A70" w:rsidP="00D420CD">
            <w:r>
              <w:rPr>
                <w:rFonts w:ascii="Roboto Mono" w:hAnsi="Roboto Mono"/>
                <w:b/>
                <w:color w:val="FFFFFF"/>
                <w:sz w:val="16"/>
              </w:rPr>
              <w:t>SET SOFTAP_PWD 88888888</w:t>
            </w:r>
          </w:p>
        </w:tc>
        <w:tc>
          <w:tcPr>
            <w:tcW w:w="3600" w:type="dxa"/>
            <w:vMerge/>
          </w:tcPr>
          <w:p w14:paraId="65827111" w14:textId="77777777" w:rsidR="00EC7A70" w:rsidRDefault="00EC7A70" w:rsidP="00D420CD"/>
        </w:tc>
      </w:tr>
      <w:tr w:rsidR="00EC7A70" w14:paraId="648D8DC6" w14:textId="77777777" w:rsidTr="00D420CD">
        <w:trPr>
          <w:jc w:val="center"/>
        </w:trPr>
        <w:tc>
          <w:tcPr>
            <w:tcW w:w="5760" w:type="dxa"/>
            <w:tcMar>
              <w:top w:w="80" w:type="dxa"/>
              <w:left w:w="80" w:type="dxa"/>
              <w:bottom w:w="0" w:type="dxa"/>
              <w:right w:w="80" w:type="dxa"/>
            </w:tcMar>
          </w:tcPr>
          <w:p w14:paraId="0B75918A" w14:textId="77777777" w:rsidR="00EC7A70" w:rsidRDefault="00EC7A70" w:rsidP="00D420CD">
            <w:r>
              <w:rPr>
                <w:color w:val="000000"/>
                <w:sz w:val="18"/>
              </w:rPr>
              <w:t>Response Example</w:t>
            </w:r>
          </w:p>
        </w:tc>
        <w:tc>
          <w:tcPr>
            <w:tcW w:w="3600" w:type="dxa"/>
            <w:vMerge/>
          </w:tcPr>
          <w:p w14:paraId="385D0B76" w14:textId="77777777" w:rsidR="00EC7A70" w:rsidRDefault="00EC7A70" w:rsidP="00D420CD"/>
        </w:tc>
      </w:tr>
      <w:tr w:rsidR="00EC7A70" w14:paraId="404AAA8F" w14:textId="77777777" w:rsidTr="00D420CD">
        <w:trPr>
          <w:jc w:val="center"/>
        </w:trPr>
        <w:tc>
          <w:tcPr>
            <w:tcW w:w="5760" w:type="dxa"/>
            <w:shd w:val="clear" w:color="auto" w:fill="000000"/>
            <w:tcMar>
              <w:top w:w="0" w:type="dxa"/>
              <w:left w:w="80" w:type="dxa"/>
              <w:bottom w:w="80" w:type="dxa"/>
              <w:right w:w="80" w:type="dxa"/>
            </w:tcMar>
          </w:tcPr>
          <w:p w14:paraId="2584D1F4" w14:textId="77777777" w:rsidR="00EC7A70" w:rsidRDefault="00EC7A70" w:rsidP="00D420CD">
            <w:r>
              <w:rPr>
                <w:rFonts w:ascii="Roboto Mono" w:hAnsi="Roboto Mono"/>
                <w:b/>
                <w:color w:val="FFFFFF"/>
                <w:sz w:val="16"/>
              </w:rPr>
              <w:t>SOFTAP_PWD 88888888</w:t>
            </w:r>
          </w:p>
        </w:tc>
        <w:tc>
          <w:tcPr>
            <w:tcW w:w="3600" w:type="dxa"/>
            <w:vMerge/>
          </w:tcPr>
          <w:p w14:paraId="73773C21" w14:textId="77777777" w:rsidR="00EC7A70" w:rsidRDefault="00EC7A70" w:rsidP="00D420CD"/>
        </w:tc>
      </w:tr>
      <w:tr w:rsidR="00EC7A70" w14:paraId="7E6F8EDC" w14:textId="77777777" w:rsidTr="00D420CD">
        <w:trPr>
          <w:jc w:val="center"/>
        </w:trPr>
        <w:tc>
          <w:tcPr>
            <w:tcW w:w="9360" w:type="dxa"/>
            <w:gridSpan w:val="2"/>
            <w:shd w:val="clear" w:color="auto" w:fill="E0F6EC"/>
            <w:tcMar>
              <w:top w:w="80" w:type="dxa"/>
              <w:left w:w="80" w:type="dxa"/>
              <w:bottom w:w="80" w:type="dxa"/>
              <w:right w:w="80" w:type="dxa"/>
            </w:tcMar>
          </w:tcPr>
          <w:p w14:paraId="0B7E116F" w14:textId="77777777" w:rsidR="00EC7A70" w:rsidRDefault="00EC7A70" w:rsidP="00D420CD">
            <w:r>
              <w:rPr>
                <w:color w:val="000000"/>
                <w:sz w:val="16"/>
              </w:rPr>
              <w:t>Additional Notes: Default value: 12345678</w:t>
            </w:r>
          </w:p>
        </w:tc>
      </w:tr>
    </w:tbl>
    <w:p w14:paraId="18C88F53" w14:textId="77777777" w:rsidR="00EC7A70" w:rsidRDefault="00EC7A70" w:rsidP="00EC7A70"/>
    <w:p w14:paraId="612F314D" w14:textId="77777777" w:rsidR="00EC7A70" w:rsidRDefault="00EC7A70" w:rsidP="00EC7A70">
      <w:pPr>
        <w:pStyle w:val="Heading2"/>
      </w:pPr>
      <w:bookmarkStart w:id="110" w:name="_Toc218512871"/>
      <w:r>
        <w:rPr>
          <w:rFonts w:ascii="Roboto" w:hAnsi="Roboto"/>
          <w:color w:val="000000"/>
          <w:sz w:val="28"/>
        </w:rPr>
        <w:t>6.15 Get Wi-Fi Password</w:t>
      </w:r>
      <w:bookmarkEnd w:id="110"/>
    </w:p>
    <w:p w14:paraId="6A83421E" w14:textId="77777777" w:rsidR="00EC7A70" w:rsidRDefault="00EC7A70" w:rsidP="00EC7A70">
      <w:r>
        <w:rPr>
          <w:rFonts w:ascii="Roboto" w:hAnsi="Roboto"/>
          <w:sz w:val="18"/>
        </w:rPr>
        <w:br/>
        <w:t>Retrieve the password for the built-in soft AP</w:t>
      </w:r>
    </w:p>
    <w:tbl>
      <w:tblPr>
        <w:tblStyle w:val="luka"/>
        <w:tblW w:w="0" w:type="auto"/>
        <w:jc w:val="center"/>
        <w:tblLook w:val="04A0" w:firstRow="1" w:lastRow="0" w:firstColumn="1" w:lastColumn="0" w:noHBand="0" w:noVBand="1"/>
      </w:tblPr>
      <w:tblGrid>
        <w:gridCol w:w="5760"/>
        <w:gridCol w:w="3600"/>
      </w:tblGrid>
      <w:tr w:rsidR="00EC7A70" w14:paraId="5E2C0E80" w14:textId="77777777" w:rsidTr="00D420CD">
        <w:trPr>
          <w:jc w:val="center"/>
        </w:trPr>
        <w:tc>
          <w:tcPr>
            <w:tcW w:w="5760" w:type="dxa"/>
            <w:tcMar>
              <w:top w:w="80" w:type="dxa"/>
              <w:left w:w="80" w:type="dxa"/>
              <w:bottom w:w="80" w:type="dxa"/>
              <w:right w:w="80" w:type="dxa"/>
            </w:tcMar>
          </w:tcPr>
          <w:p w14:paraId="488C6F5C" w14:textId="77777777" w:rsidR="00EC7A70" w:rsidRDefault="00EC7A70" w:rsidP="00D420CD">
            <w:r>
              <w:rPr>
                <w:color w:val="000000"/>
                <w:sz w:val="18"/>
              </w:rPr>
              <w:t>Command Structure</w:t>
            </w:r>
            <w:r>
              <w:rPr>
                <w:rFonts w:ascii="Roboto Mono" w:hAnsi="Roboto Mono"/>
                <w:b/>
                <w:color w:val="000000"/>
                <w:sz w:val="16"/>
              </w:rPr>
              <w:br/>
              <w:t xml:space="preserve">GET </w:t>
            </w:r>
            <w:proofErr w:type="spellStart"/>
            <w:r>
              <w:rPr>
                <w:rFonts w:ascii="Roboto Mono" w:hAnsi="Roboto Mono"/>
                <w:b/>
                <w:color w:val="000000"/>
                <w:sz w:val="16"/>
              </w:rPr>
              <w:t>SOFtAP_PWD</w:t>
            </w:r>
            <w:proofErr w:type="spellEnd"/>
          </w:p>
        </w:tc>
        <w:tc>
          <w:tcPr>
            <w:tcW w:w="3600" w:type="dxa"/>
            <w:vMerge w:val="restart"/>
            <w:shd w:val="clear" w:color="auto" w:fill="F2F2F2"/>
            <w:tcMar>
              <w:top w:w="80" w:type="dxa"/>
              <w:left w:w="80" w:type="dxa"/>
              <w:bottom w:w="80" w:type="dxa"/>
              <w:right w:w="80" w:type="dxa"/>
            </w:tcMar>
          </w:tcPr>
          <w:p w14:paraId="4E98FCEE" w14:textId="77777777" w:rsidR="00EC7A70" w:rsidRDefault="00EC7A70" w:rsidP="00D420CD">
            <w:r>
              <w:rPr>
                <w:color w:val="000000"/>
                <w:sz w:val="16"/>
              </w:rPr>
              <w:t>Parameters:</w:t>
            </w:r>
            <w:r>
              <w:rPr>
                <w:color w:val="000000"/>
                <w:sz w:val="16"/>
              </w:rPr>
              <w:br/>
            </w:r>
          </w:p>
        </w:tc>
      </w:tr>
      <w:tr w:rsidR="00EC7A70" w14:paraId="5615303D" w14:textId="77777777" w:rsidTr="00D420CD">
        <w:trPr>
          <w:jc w:val="center"/>
        </w:trPr>
        <w:tc>
          <w:tcPr>
            <w:tcW w:w="5760" w:type="dxa"/>
            <w:tcMar>
              <w:top w:w="80" w:type="dxa"/>
              <w:left w:w="80" w:type="dxa"/>
              <w:bottom w:w="80" w:type="dxa"/>
              <w:right w:w="80" w:type="dxa"/>
            </w:tcMar>
          </w:tcPr>
          <w:p w14:paraId="5B352EBF" w14:textId="77777777" w:rsidR="00EC7A70" w:rsidRDefault="00EC7A70" w:rsidP="00D420CD">
            <w:r>
              <w:rPr>
                <w:color w:val="000000"/>
                <w:sz w:val="18"/>
              </w:rPr>
              <w:t>Response Structure</w:t>
            </w:r>
            <w:r>
              <w:rPr>
                <w:rFonts w:ascii="Roboto Mono" w:hAnsi="Roboto Mono"/>
                <w:b/>
                <w:color w:val="000000"/>
                <w:sz w:val="16"/>
              </w:rPr>
              <w:br/>
              <w:t xml:space="preserve">SOFTAP_PWD &lt; </w:t>
            </w:r>
            <w:proofErr w:type="spellStart"/>
            <w:r>
              <w:rPr>
                <w:rFonts w:ascii="Roboto Mono" w:hAnsi="Roboto Mono"/>
                <w:b/>
                <w:color w:val="000000"/>
                <w:sz w:val="16"/>
              </w:rPr>
              <w:t>WifiPassword</w:t>
            </w:r>
            <w:proofErr w:type="spellEnd"/>
            <w:r>
              <w:rPr>
                <w:rFonts w:ascii="Roboto Mono" w:hAnsi="Roboto Mono"/>
                <w:b/>
                <w:color w:val="000000"/>
                <w:sz w:val="16"/>
              </w:rPr>
              <w:t xml:space="preserve"> &gt;</w:t>
            </w:r>
          </w:p>
        </w:tc>
        <w:tc>
          <w:tcPr>
            <w:tcW w:w="3600" w:type="dxa"/>
            <w:vMerge/>
          </w:tcPr>
          <w:p w14:paraId="224F44F5" w14:textId="77777777" w:rsidR="00EC7A70" w:rsidRDefault="00EC7A70" w:rsidP="00D420CD"/>
        </w:tc>
      </w:tr>
      <w:tr w:rsidR="00EC7A70" w14:paraId="756E2C0E" w14:textId="77777777" w:rsidTr="00D420CD">
        <w:trPr>
          <w:jc w:val="center"/>
        </w:trPr>
        <w:tc>
          <w:tcPr>
            <w:tcW w:w="5760" w:type="dxa"/>
            <w:tcMar>
              <w:top w:w="80" w:type="dxa"/>
              <w:left w:w="80" w:type="dxa"/>
              <w:bottom w:w="0" w:type="dxa"/>
              <w:right w:w="80" w:type="dxa"/>
            </w:tcMar>
          </w:tcPr>
          <w:p w14:paraId="05E867B6" w14:textId="77777777" w:rsidR="00EC7A70" w:rsidRDefault="00EC7A70" w:rsidP="00D420CD">
            <w:r>
              <w:rPr>
                <w:color w:val="000000"/>
                <w:sz w:val="18"/>
              </w:rPr>
              <w:t>Command Example</w:t>
            </w:r>
          </w:p>
        </w:tc>
        <w:tc>
          <w:tcPr>
            <w:tcW w:w="3600" w:type="dxa"/>
            <w:vMerge/>
          </w:tcPr>
          <w:p w14:paraId="3FDF5289" w14:textId="77777777" w:rsidR="00EC7A70" w:rsidRDefault="00EC7A70" w:rsidP="00D420CD"/>
        </w:tc>
      </w:tr>
      <w:tr w:rsidR="00EC7A70" w14:paraId="08C3D6DE" w14:textId="77777777" w:rsidTr="00D420CD">
        <w:trPr>
          <w:jc w:val="center"/>
        </w:trPr>
        <w:tc>
          <w:tcPr>
            <w:tcW w:w="5760" w:type="dxa"/>
            <w:shd w:val="clear" w:color="auto" w:fill="000000"/>
            <w:tcMar>
              <w:top w:w="0" w:type="dxa"/>
              <w:left w:w="80" w:type="dxa"/>
              <w:bottom w:w="80" w:type="dxa"/>
              <w:right w:w="80" w:type="dxa"/>
            </w:tcMar>
          </w:tcPr>
          <w:p w14:paraId="1E9D1092" w14:textId="77777777" w:rsidR="00EC7A70" w:rsidRDefault="00EC7A70" w:rsidP="00D420CD">
            <w:r>
              <w:rPr>
                <w:rFonts w:ascii="Roboto Mono" w:hAnsi="Roboto Mono"/>
                <w:b/>
                <w:color w:val="FFFFFF"/>
                <w:sz w:val="16"/>
              </w:rPr>
              <w:t xml:space="preserve">GET </w:t>
            </w:r>
            <w:proofErr w:type="spellStart"/>
            <w:r>
              <w:rPr>
                <w:rFonts w:ascii="Roboto Mono" w:hAnsi="Roboto Mono"/>
                <w:b/>
                <w:color w:val="FFFFFF"/>
                <w:sz w:val="16"/>
              </w:rPr>
              <w:t>SOFtAP_PWD</w:t>
            </w:r>
            <w:proofErr w:type="spellEnd"/>
          </w:p>
        </w:tc>
        <w:tc>
          <w:tcPr>
            <w:tcW w:w="3600" w:type="dxa"/>
            <w:vMerge/>
          </w:tcPr>
          <w:p w14:paraId="0A9171B5" w14:textId="77777777" w:rsidR="00EC7A70" w:rsidRDefault="00EC7A70" w:rsidP="00D420CD"/>
        </w:tc>
      </w:tr>
      <w:tr w:rsidR="00EC7A70" w14:paraId="018C8B69" w14:textId="77777777" w:rsidTr="00D420CD">
        <w:trPr>
          <w:jc w:val="center"/>
        </w:trPr>
        <w:tc>
          <w:tcPr>
            <w:tcW w:w="5760" w:type="dxa"/>
            <w:tcMar>
              <w:top w:w="80" w:type="dxa"/>
              <w:left w:w="80" w:type="dxa"/>
              <w:bottom w:w="0" w:type="dxa"/>
              <w:right w:w="80" w:type="dxa"/>
            </w:tcMar>
          </w:tcPr>
          <w:p w14:paraId="5C16B945" w14:textId="77777777" w:rsidR="00EC7A70" w:rsidRDefault="00EC7A70" w:rsidP="00D420CD">
            <w:r>
              <w:rPr>
                <w:color w:val="000000"/>
                <w:sz w:val="18"/>
              </w:rPr>
              <w:t>Response Example</w:t>
            </w:r>
          </w:p>
        </w:tc>
        <w:tc>
          <w:tcPr>
            <w:tcW w:w="3600" w:type="dxa"/>
            <w:vMerge/>
          </w:tcPr>
          <w:p w14:paraId="6ECE75DD" w14:textId="77777777" w:rsidR="00EC7A70" w:rsidRDefault="00EC7A70" w:rsidP="00D420CD"/>
        </w:tc>
      </w:tr>
      <w:tr w:rsidR="00EC7A70" w14:paraId="04EF8019" w14:textId="77777777" w:rsidTr="00D420CD">
        <w:trPr>
          <w:jc w:val="center"/>
        </w:trPr>
        <w:tc>
          <w:tcPr>
            <w:tcW w:w="5760" w:type="dxa"/>
            <w:shd w:val="clear" w:color="auto" w:fill="000000"/>
            <w:tcMar>
              <w:top w:w="0" w:type="dxa"/>
              <w:left w:w="80" w:type="dxa"/>
              <w:bottom w:w="80" w:type="dxa"/>
              <w:right w:w="80" w:type="dxa"/>
            </w:tcMar>
          </w:tcPr>
          <w:p w14:paraId="07CCF2D2" w14:textId="77777777" w:rsidR="00EC7A70" w:rsidRDefault="00EC7A70" w:rsidP="00D420CD">
            <w:r>
              <w:rPr>
                <w:rFonts w:ascii="Roboto Mono" w:hAnsi="Roboto Mono"/>
                <w:b/>
                <w:color w:val="FFFFFF"/>
                <w:sz w:val="16"/>
              </w:rPr>
              <w:t>SOFTAP_PWD 88888888</w:t>
            </w:r>
          </w:p>
        </w:tc>
        <w:tc>
          <w:tcPr>
            <w:tcW w:w="3600" w:type="dxa"/>
            <w:vMerge/>
          </w:tcPr>
          <w:p w14:paraId="5C8C1431" w14:textId="77777777" w:rsidR="00EC7A70" w:rsidRDefault="00EC7A70" w:rsidP="00D420CD"/>
        </w:tc>
      </w:tr>
      <w:tr w:rsidR="00EC7A70" w14:paraId="106E2253" w14:textId="77777777" w:rsidTr="00D420CD">
        <w:trPr>
          <w:jc w:val="center"/>
        </w:trPr>
        <w:tc>
          <w:tcPr>
            <w:tcW w:w="9360" w:type="dxa"/>
            <w:gridSpan w:val="2"/>
            <w:shd w:val="clear" w:color="auto" w:fill="E0F6EC"/>
            <w:tcMar>
              <w:top w:w="80" w:type="dxa"/>
              <w:left w:w="80" w:type="dxa"/>
              <w:bottom w:w="80" w:type="dxa"/>
              <w:right w:w="80" w:type="dxa"/>
            </w:tcMar>
          </w:tcPr>
          <w:p w14:paraId="7311E43E" w14:textId="77777777" w:rsidR="00EC7A70" w:rsidRDefault="00EC7A70" w:rsidP="00D420CD">
            <w:r>
              <w:rPr>
                <w:color w:val="000000"/>
                <w:sz w:val="16"/>
              </w:rPr>
              <w:t xml:space="preserve">Additional Notes: </w:t>
            </w:r>
          </w:p>
        </w:tc>
      </w:tr>
    </w:tbl>
    <w:p w14:paraId="6C27911B" w14:textId="77777777" w:rsidR="00EC7A70" w:rsidRDefault="00EC7A70" w:rsidP="00EC7A70"/>
    <w:p w14:paraId="44F6B989" w14:textId="77777777" w:rsidR="00EC7A70" w:rsidRDefault="00EC7A70" w:rsidP="00EC7A70">
      <w:pPr>
        <w:pStyle w:val="Heading2"/>
      </w:pPr>
      <w:bookmarkStart w:id="111" w:name="_Toc218512872"/>
      <w:r>
        <w:rPr>
          <w:rFonts w:ascii="Roboto" w:hAnsi="Roboto"/>
          <w:color w:val="000000"/>
          <w:sz w:val="28"/>
        </w:rPr>
        <w:t>6.16 Configure Soft AP Function</w:t>
      </w:r>
      <w:bookmarkEnd w:id="111"/>
    </w:p>
    <w:p w14:paraId="48389902" w14:textId="77777777" w:rsidR="00EC7A70" w:rsidRDefault="00EC7A70" w:rsidP="00EC7A70">
      <w:r>
        <w:rPr>
          <w:rFonts w:ascii="Roboto" w:hAnsi="Roboto"/>
          <w:sz w:val="18"/>
        </w:rPr>
        <w:br/>
        <w:t>The built-in Soft AP can be turned on or off. This API controls that.</w:t>
      </w:r>
    </w:p>
    <w:tbl>
      <w:tblPr>
        <w:tblStyle w:val="luka"/>
        <w:tblW w:w="0" w:type="auto"/>
        <w:jc w:val="center"/>
        <w:tblLook w:val="04A0" w:firstRow="1" w:lastRow="0" w:firstColumn="1" w:lastColumn="0" w:noHBand="0" w:noVBand="1"/>
      </w:tblPr>
      <w:tblGrid>
        <w:gridCol w:w="5760"/>
        <w:gridCol w:w="3600"/>
      </w:tblGrid>
      <w:tr w:rsidR="00EC7A70" w14:paraId="51101323" w14:textId="77777777" w:rsidTr="00D420CD">
        <w:trPr>
          <w:jc w:val="center"/>
        </w:trPr>
        <w:tc>
          <w:tcPr>
            <w:tcW w:w="5760" w:type="dxa"/>
            <w:tcMar>
              <w:top w:w="80" w:type="dxa"/>
              <w:left w:w="80" w:type="dxa"/>
              <w:bottom w:w="80" w:type="dxa"/>
              <w:right w:w="80" w:type="dxa"/>
            </w:tcMar>
          </w:tcPr>
          <w:p w14:paraId="3E52AC35" w14:textId="77777777" w:rsidR="00EC7A70" w:rsidRDefault="00EC7A70" w:rsidP="00D420CD">
            <w:r>
              <w:rPr>
                <w:color w:val="000000"/>
                <w:sz w:val="18"/>
              </w:rPr>
              <w:t>Command Structure</w:t>
            </w:r>
            <w:r>
              <w:rPr>
                <w:rFonts w:ascii="Roboto Mono" w:hAnsi="Roboto Mono"/>
                <w:b/>
                <w:color w:val="000000"/>
                <w:sz w:val="16"/>
              </w:rPr>
              <w:br/>
              <w:t>SET SOFTAP_EN &lt; ON | OFF &gt;</w:t>
            </w:r>
          </w:p>
        </w:tc>
        <w:tc>
          <w:tcPr>
            <w:tcW w:w="3600" w:type="dxa"/>
            <w:vMerge w:val="restart"/>
            <w:shd w:val="clear" w:color="auto" w:fill="F2F2F2"/>
            <w:tcMar>
              <w:top w:w="80" w:type="dxa"/>
              <w:left w:w="80" w:type="dxa"/>
              <w:bottom w:w="80" w:type="dxa"/>
              <w:right w:w="80" w:type="dxa"/>
            </w:tcMar>
          </w:tcPr>
          <w:p w14:paraId="04A535DD" w14:textId="77777777" w:rsidR="00EC7A70" w:rsidRDefault="00EC7A70" w:rsidP="00D420CD">
            <w:r>
              <w:rPr>
                <w:color w:val="000000"/>
                <w:sz w:val="16"/>
              </w:rPr>
              <w:t>Parameters:</w:t>
            </w:r>
            <w:r>
              <w:rPr>
                <w:color w:val="000000"/>
                <w:sz w:val="16"/>
              </w:rPr>
              <w:br/>
              <w:t>ON = Enable Soft AP</w:t>
            </w:r>
          </w:p>
        </w:tc>
      </w:tr>
      <w:tr w:rsidR="00EC7A70" w14:paraId="255C8293" w14:textId="77777777" w:rsidTr="00D420CD">
        <w:trPr>
          <w:jc w:val="center"/>
        </w:trPr>
        <w:tc>
          <w:tcPr>
            <w:tcW w:w="5760" w:type="dxa"/>
            <w:tcMar>
              <w:top w:w="80" w:type="dxa"/>
              <w:left w:w="80" w:type="dxa"/>
              <w:bottom w:w="80" w:type="dxa"/>
              <w:right w:w="80" w:type="dxa"/>
            </w:tcMar>
          </w:tcPr>
          <w:p w14:paraId="70BAF3DD" w14:textId="77777777" w:rsidR="00EC7A70" w:rsidRDefault="00EC7A70" w:rsidP="00D420CD">
            <w:r>
              <w:rPr>
                <w:color w:val="000000"/>
                <w:sz w:val="18"/>
              </w:rPr>
              <w:t>Response Structure</w:t>
            </w:r>
            <w:r>
              <w:rPr>
                <w:rFonts w:ascii="Roboto Mono" w:hAnsi="Roboto Mono"/>
                <w:b/>
                <w:color w:val="000000"/>
                <w:sz w:val="16"/>
              </w:rPr>
              <w:br/>
              <w:t>SOFTAP_EN &lt; ON | OFF &gt;</w:t>
            </w:r>
          </w:p>
        </w:tc>
        <w:tc>
          <w:tcPr>
            <w:tcW w:w="3600" w:type="dxa"/>
            <w:vMerge/>
          </w:tcPr>
          <w:p w14:paraId="4F2A506F" w14:textId="77777777" w:rsidR="00EC7A70" w:rsidRDefault="00EC7A70" w:rsidP="00D420CD"/>
        </w:tc>
      </w:tr>
      <w:tr w:rsidR="00EC7A70" w14:paraId="36F2AE78" w14:textId="77777777" w:rsidTr="00D420CD">
        <w:trPr>
          <w:jc w:val="center"/>
        </w:trPr>
        <w:tc>
          <w:tcPr>
            <w:tcW w:w="5760" w:type="dxa"/>
            <w:tcMar>
              <w:top w:w="80" w:type="dxa"/>
              <w:left w:w="80" w:type="dxa"/>
              <w:bottom w:w="0" w:type="dxa"/>
              <w:right w:w="80" w:type="dxa"/>
            </w:tcMar>
          </w:tcPr>
          <w:p w14:paraId="690A097B" w14:textId="77777777" w:rsidR="00EC7A70" w:rsidRDefault="00EC7A70" w:rsidP="00D420CD">
            <w:r>
              <w:rPr>
                <w:color w:val="000000"/>
                <w:sz w:val="18"/>
              </w:rPr>
              <w:t>Command Example</w:t>
            </w:r>
          </w:p>
        </w:tc>
        <w:tc>
          <w:tcPr>
            <w:tcW w:w="3600" w:type="dxa"/>
            <w:vMerge/>
          </w:tcPr>
          <w:p w14:paraId="411AA9D9" w14:textId="77777777" w:rsidR="00EC7A70" w:rsidRDefault="00EC7A70" w:rsidP="00D420CD"/>
        </w:tc>
      </w:tr>
      <w:tr w:rsidR="00EC7A70" w14:paraId="4330C494" w14:textId="77777777" w:rsidTr="00D420CD">
        <w:trPr>
          <w:jc w:val="center"/>
        </w:trPr>
        <w:tc>
          <w:tcPr>
            <w:tcW w:w="5760" w:type="dxa"/>
            <w:shd w:val="clear" w:color="auto" w:fill="000000"/>
            <w:tcMar>
              <w:top w:w="0" w:type="dxa"/>
              <w:left w:w="80" w:type="dxa"/>
              <w:bottom w:w="80" w:type="dxa"/>
              <w:right w:w="80" w:type="dxa"/>
            </w:tcMar>
          </w:tcPr>
          <w:p w14:paraId="171BF3C2" w14:textId="77777777" w:rsidR="00EC7A70" w:rsidRDefault="00EC7A70" w:rsidP="00D420CD">
            <w:r>
              <w:rPr>
                <w:rFonts w:ascii="Roboto Mono" w:hAnsi="Roboto Mono"/>
                <w:b/>
                <w:color w:val="FFFFFF"/>
                <w:sz w:val="16"/>
              </w:rPr>
              <w:t>SET SOFTAP_EN OFF</w:t>
            </w:r>
          </w:p>
        </w:tc>
        <w:tc>
          <w:tcPr>
            <w:tcW w:w="3600" w:type="dxa"/>
            <w:vMerge/>
          </w:tcPr>
          <w:p w14:paraId="26631BDD" w14:textId="77777777" w:rsidR="00EC7A70" w:rsidRDefault="00EC7A70" w:rsidP="00D420CD"/>
        </w:tc>
      </w:tr>
      <w:tr w:rsidR="00EC7A70" w14:paraId="70EF7854" w14:textId="77777777" w:rsidTr="00D420CD">
        <w:trPr>
          <w:jc w:val="center"/>
        </w:trPr>
        <w:tc>
          <w:tcPr>
            <w:tcW w:w="5760" w:type="dxa"/>
            <w:tcMar>
              <w:top w:w="80" w:type="dxa"/>
              <w:left w:w="80" w:type="dxa"/>
              <w:bottom w:w="0" w:type="dxa"/>
              <w:right w:w="80" w:type="dxa"/>
            </w:tcMar>
          </w:tcPr>
          <w:p w14:paraId="40F22CB2" w14:textId="77777777" w:rsidR="00EC7A70" w:rsidRDefault="00EC7A70" w:rsidP="00D420CD">
            <w:r>
              <w:rPr>
                <w:color w:val="000000"/>
                <w:sz w:val="18"/>
              </w:rPr>
              <w:t>Response Example</w:t>
            </w:r>
          </w:p>
        </w:tc>
        <w:tc>
          <w:tcPr>
            <w:tcW w:w="3600" w:type="dxa"/>
            <w:vMerge/>
          </w:tcPr>
          <w:p w14:paraId="25A974B8" w14:textId="77777777" w:rsidR="00EC7A70" w:rsidRDefault="00EC7A70" w:rsidP="00D420CD"/>
        </w:tc>
      </w:tr>
      <w:tr w:rsidR="00EC7A70" w14:paraId="7841D4FD" w14:textId="77777777" w:rsidTr="00D420CD">
        <w:trPr>
          <w:jc w:val="center"/>
        </w:trPr>
        <w:tc>
          <w:tcPr>
            <w:tcW w:w="5760" w:type="dxa"/>
            <w:shd w:val="clear" w:color="auto" w:fill="000000"/>
            <w:tcMar>
              <w:top w:w="0" w:type="dxa"/>
              <w:left w:w="80" w:type="dxa"/>
              <w:bottom w:w="80" w:type="dxa"/>
              <w:right w:w="80" w:type="dxa"/>
            </w:tcMar>
          </w:tcPr>
          <w:p w14:paraId="2DE82547" w14:textId="77777777" w:rsidR="00EC7A70" w:rsidRDefault="00EC7A70" w:rsidP="00D420CD">
            <w:r>
              <w:rPr>
                <w:rFonts w:ascii="Roboto Mono" w:hAnsi="Roboto Mono"/>
                <w:b/>
                <w:color w:val="FFFFFF"/>
                <w:sz w:val="16"/>
              </w:rPr>
              <w:t>SOFTAP_EN OFF</w:t>
            </w:r>
          </w:p>
        </w:tc>
        <w:tc>
          <w:tcPr>
            <w:tcW w:w="3600" w:type="dxa"/>
            <w:vMerge/>
          </w:tcPr>
          <w:p w14:paraId="3DEAEAE3" w14:textId="77777777" w:rsidR="00EC7A70" w:rsidRDefault="00EC7A70" w:rsidP="00D420CD"/>
        </w:tc>
      </w:tr>
      <w:tr w:rsidR="00EC7A70" w14:paraId="38D0CAB4" w14:textId="77777777" w:rsidTr="00D420CD">
        <w:trPr>
          <w:jc w:val="center"/>
        </w:trPr>
        <w:tc>
          <w:tcPr>
            <w:tcW w:w="9360" w:type="dxa"/>
            <w:gridSpan w:val="2"/>
            <w:shd w:val="clear" w:color="auto" w:fill="E0F6EC"/>
            <w:tcMar>
              <w:top w:w="80" w:type="dxa"/>
              <w:left w:w="80" w:type="dxa"/>
              <w:bottom w:w="80" w:type="dxa"/>
              <w:right w:w="80" w:type="dxa"/>
            </w:tcMar>
          </w:tcPr>
          <w:p w14:paraId="1094D58A" w14:textId="77777777" w:rsidR="00EC7A70" w:rsidRDefault="00EC7A70" w:rsidP="00D420CD">
            <w:r>
              <w:rPr>
                <w:color w:val="000000"/>
                <w:sz w:val="16"/>
              </w:rPr>
              <w:t>Additional Notes: Default: ON</w:t>
            </w:r>
          </w:p>
        </w:tc>
      </w:tr>
    </w:tbl>
    <w:p w14:paraId="3CFD1E61" w14:textId="77777777" w:rsidR="00EC7A70" w:rsidRDefault="00EC7A70" w:rsidP="00EC7A70"/>
    <w:p w14:paraId="5583318D" w14:textId="77777777" w:rsidR="00EC7A70" w:rsidRDefault="00EC7A70" w:rsidP="00EC7A70">
      <w:pPr>
        <w:pStyle w:val="Heading2"/>
      </w:pPr>
      <w:bookmarkStart w:id="112" w:name="_Toc218512873"/>
      <w:r>
        <w:rPr>
          <w:rFonts w:ascii="Roboto" w:hAnsi="Roboto"/>
          <w:color w:val="000000"/>
          <w:sz w:val="28"/>
        </w:rPr>
        <w:lastRenderedPageBreak/>
        <w:t>6.17 Get Soft AP On/Off Status</w:t>
      </w:r>
      <w:bookmarkEnd w:id="112"/>
    </w:p>
    <w:p w14:paraId="2510BE8C"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2E21DA2A" w14:textId="77777777" w:rsidTr="00D420CD">
        <w:trPr>
          <w:jc w:val="center"/>
        </w:trPr>
        <w:tc>
          <w:tcPr>
            <w:tcW w:w="5760" w:type="dxa"/>
            <w:tcMar>
              <w:top w:w="80" w:type="dxa"/>
              <w:left w:w="80" w:type="dxa"/>
              <w:bottom w:w="80" w:type="dxa"/>
              <w:right w:w="80" w:type="dxa"/>
            </w:tcMar>
          </w:tcPr>
          <w:p w14:paraId="0E6ACFE9" w14:textId="77777777" w:rsidR="00EC7A70" w:rsidRDefault="00EC7A70" w:rsidP="00D420CD">
            <w:r>
              <w:rPr>
                <w:color w:val="000000"/>
                <w:sz w:val="18"/>
              </w:rPr>
              <w:t>Command Structure</w:t>
            </w:r>
            <w:r>
              <w:rPr>
                <w:rFonts w:ascii="Roboto Mono" w:hAnsi="Roboto Mono"/>
                <w:b/>
                <w:color w:val="000000"/>
                <w:sz w:val="16"/>
              </w:rPr>
              <w:br/>
              <w:t>GET SOFTAP_EN</w:t>
            </w:r>
          </w:p>
        </w:tc>
        <w:tc>
          <w:tcPr>
            <w:tcW w:w="3600" w:type="dxa"/>
            <w:vMerge w:val="restart"/>
            <w:shd w:val="clear" w:color="auto" w:fill="F2F2F2"/>
            <w:tcMar>
              <w:top w:w="80" w:type="dxa"/>
              <w:left w:w="80" w:type="dxa"/>
              <w:bottom w:w="80" w:type="dxa"/>
              <w:right w:w="80" w:type="dxa"/>
            </w:tcMar>
          </w:tcPr>
          <w:p w14:paraId="32B6E953" w14:textId="77777777" w:rsidR="00EC7A70" w:rsidRDefault="00EC7A70" w:rsidP="00D420CD">
            <w:r>
              <w:rPr>
                <w:color w:val="000000"/>
                <w:sz w:val="16"/>
              </w:rPr>
              <w:t>Parameters:</w:t>
            </w:r>
            <w:r>
              <w:rPr>
                <w:color w:val="000000"/>
                <w:sz w:val="16"/>
              </w:rPr>
              <w:br/>
            </w:r>
          </w:p>
        </w:tc>
      </w:tr>
      <w:tr w:rsidR="00EC7A70" w14:paraId="0E083E32" w14:textId="77777777" w:rsidTr="00D420CD">
        <w:trPr>
          <w:jc w:val="center"/>
        </w:trPr>
        <w:tc>
          <w:tcPr>
            <w:tcW w:w="5760" w:type="dxa"/>
            <w:tcMar>
              <w:top w:w="80" w:type="dxa"/>
              <w:left w:w="80" w:type="dxa"/>
              <w:bottom w:w="80" w:type="dxa"/>
              <w:right w:w="80" w:type="dxa"/>
            </w:tcMar>
          </w:tcPr>
          <w:p w14:paraId="63BB3BE5" w14:textId="77777777" w:rsidR="00EC7A70" w:rsidRDefault="00EC7A70" w:rsidP="00D420CD">
            <w:r>
              <w:rPr>
                <w:color w:val="000000"/>
                <w:sz w:val="18"/>
              </w:rPr>
              <w:t>Response Structure</w:t>
            </w:r>
            <w:r>
              <w:rPr>
                <w:rFonts w:ascii="Roboto Mono" w:hAnsi="Roboto Mono"/>
                <w:b/>
                <w:color w:val="000000"/>
                <w:sz w:val="16"/>
              </w:rPr>
              <w:br/>
              <w:t>SOFTAP_EN &lt; ON | OFF &gt;</w:t>
            </w:r>
          </w:p>
        </w:tc>
        <w:tc>
          <w:tcPr>
            <w:tcW w:w="3600" w:type="dxa"/>
            <w:vMerge/>
          </w:tcPr>
          <w:p w14:paraId="20F5BAB4" w14:textId="77777777" w:rsidR="00EC7A70" w:rsidRDefault="00EC7A70" w:rsidP="00D420CD"/>
        </w:tc>
      </w:tr>
      <w:tr w:rsidR="00EC7A70" w14:paraId="28BF141D" w14:textId="77777777" w:rsidTr="00D420CD">
        <w:trPr>
          <w:jc w:val="center"/>
        </w:trPr>
        <w:tc>
          <w:tcPr>
            <w:tcW w:w="5760" w:type="dxa"/>
            <w:tcMar>
              <w:top w:w="80" w:type="dxa"/>
              <w:left w:w="80" w:type="dxa"/>
              <w:bottom w:w="0" w:type="dxa"/>
              <w:right w:w="80" w:type="dxa"/>
            </w:tcMar>
          </w:tcPr>
          <w:p w14:paraId="6D46BD7B" w14:textId="77777777" w:rsidR="00EC7A70" w:rsidRDefault="00EC7A70" w:rsidP="00D420CD">
            <w:r>
              <w:rPr>
                <w:color w:val="000000"/>
                <w:sz w:val="18"/>
              </w:rPr>
              <w:t>Command Example</w:t>
            </w:r>
          </w:p>
        </w:tc>
        <w:tc>
          <w:tcPr>
            <w:tcW w:w="3600" w:type="dxa"/>
            <w:vMerge/>
          </w:tcPr>
          <w:p w14:paraId="4DE01629" w14:textId="77777777" w:rsidR="00EC7A70" w:rsidRDefault="00EC7A70" w:rsidP="00D420CD"/>
        </w:tc>
      </w:tr>
      <w:tr w:rsidR="00EC7A70" w14:paraId="7B50CA88" w14:textId="77777777" w:rsidTr="00D420CD">
        <w:trPr>
          <w:jc w:val="center"/>
        </w:trPr>
        <w:tc>
          <w:tcPr>
            <w:tcW w:w="5760" w:type="dxa"/>
            <w:shd w:val="clear" w:color="auto" w:fill="000000"/>
            <w:tcMar>
              <w:top w:w="0" w:type="dxa"/>
              <w:left w:w="80" w:type="dxa"/>
              <w:bottom w:w="80" w:type="dxa"/>
              <w:right w:w="80" w:type="dxa"/>
            </w:tcMar>
          </w:tcPr>
          <w:p w14:paraId="4573619E" w14:textId="77777777" w:rsidR="00EC7A70" w:rsidRDefault="00EC7A70" w:rsidP="00D420CD">
            <w:r>
              <w:rPr>
                <w:rFonts w:ascii="Roboto Mono" w:hAnsi="Roboto Mono"/>
                <w:b/>
                <w:color w:val="FFFFFF"/>
                <w:sz w:val="16"/>
              </w:rPr>
              <w:t>GET SOFTAP_EN</w:t>
            </w:r>
          </w:p>
        </w:tc>
        <w:tc>
          <w:tcPr>
            <w:tcW w:w="3600" w:type="dxa"/>
            <w:vMerge/>
          </w:tcPr>
          <w:p w14:paraId="7674D65E" w14:textId="77777777" w:rsidR="00EC7A70" w:rsidRDefault="00EC7A70" w:rsidP="00D420CD"/>
        </w:tc>
      </w:tr>
      <w:tr w:rsidR="00EC7A70" w14:paraId="72CB86AA" w14:textId="77777777" w:rsidTr="00D420CD">
        <w:trPr>
          <w:jc w:val="center"/>
        </w:trPr>
        <w:tc>
          <w:tcPr>
            <w:tcW w:w="5760" w:type="dxa"/>
            <w:tcMar>
              <w:top w:w="80" w:type="dxa"/>
              <w:left w:w="80" w:type="dxa"/>
              <w:bottom w:w="0" w:type="dxa"/>
              <w:right w:w="80" w:type="dxa"/>
            </w:tcMar>
          </w:tcPr>
          <w:p w14:paraId="6576C34F" w14:textId="77777777" w:rsidR="00EC7A70" w:rsidRDefault="00EC7A70" w:rsidP="00D420CD">
            <w:r>
              <w:rPr>
                <w:color w:val="000000"/>
                <w:sz w:val="18"/>
              </w:rPr>
              <w:t>Response Example</w:t>
            </w:r>
          </w:p>
        </w:tc>
        <w:tc>
          <w:tcPr>
            <w:tcW w:w="3600" w:type="dxa"/>
            <w:vMerge/>
          </w:tcPr>
          <w:p w14:paraId="182F89F0" w14:textId="77777777" w:rsidR="00EC7A70" w:rsidRDefault="00EC7A70" w:rsidP="00D420CD"/>
        </w:tc>
      </w:tr>
      <w:tr w:rsidR="00EC7A70" w14:paraId="7908480A" w14:textId="77777777" w:rsidTr="00D420CD">
        <w:trPr>
          <w:jc w:val="center"/>
        </w:trPr>
        <w:tc>
          <w:tcPr>
            <w:tcW w:w="5760" w:type="dxa"/>
            <w:shd w:val="clear" w:color="auto" w:fill="000000"/>
            <w:tcMar>
              <w:top w:w="0" w:type="dxa"/>
              <w:left w:w="80" w:type="dxa"/>
              <w:bottom w:w="80" w:type="dxa"/>
              <w:right w:w="80" w:type="dxa"/>
            </w:tcMar>
          </w:tcPr>
          <w:p w14:paraId="04FA16BB" w14:textId="77777777" w:rsidR="00EC7A70" w:rsidRDefault="00EC7A70" w:rsidP="00D420CD">
            <w:r>
              <w:rPr>
                <w:rFonts w:ascii="Roboto Mono" w:hAnsi="Roboto Mono"/>
                <w:b/>
                <w:color w:val="FFFFFF"/>
                <w:sz w:val="16"/>
              </w:rPr>
              <w:t>SOFTAP_EN OFF</w:t>
            </w:r>
          </w:p>
        </w:tc>
        <w:tc>
          <w:tcPr>
            <w:tcW w:w="3600" w:type="dxa"/>
            <w:vMerge/>
          </w:tcPr>
          <w:p w14:paraId="0946B7DD" w14:textId="77777777" w:rsidR="00EC7A70" w:rsidRDefault="00EC7A70" w:rsidP="00D420CD"/>
        </w:tc>
      </w:tr>
      <w:tr w:rsidR="00EC7A70" w14:paraId="6F2DB9F1" w14:textId="77777777" w:rsidTr="00D420CD">
        <w:trPr>
          <w:jc w:val="center"/>
        </w:trPr>
        <w:tc>
          <w:tcPr>
            <w:tcW w:w="9360" w:type="dxa"/>
            <w:gridSpan w:val="2"/>
            <w:shd w:val="clear" w:color="auto" w:fill="E0F6EC"/>
            <w:tcMar>
              <w:top w:w="80" w:type="dxa"/>
              <w:left w:w="80" w:type="dxa"/>
              <w:bottom w:w="80" w:type="dxa"/>
              <w:right w:w="80" w:type="dxa"/>
            </w:tcMar>
          </w:tcPr>
          <w:p w14:paraId="4DC08EA9" w14:textId="77777777" w:rsidR="00EC7A70" w:rsidRDefault="00EC7A70" w:rsidP="00D420CD">
            <w:r>
              <w:rPr>
                <w:color w:val="000000"/>
                <w:sz w:val="16"/>
              </w:rPr>
              <w:t xml:space="preserve">Additional Notes: </w:t>
            </w:r>
          </w:p>
        </w:tc>
      </w:tr>
    </w:tbl>
    <w:p w14:paraId="48433681" w14:textId="77777777" w:rsidR="00EC7A70" w:rsidRDefault="00EC7A70" w:rsidP="00EC7A70"/>
    <w:p w14:paraId="558ED8B1" w14:textId="77777777" w:rsidR="00EC7A70" w:rsidRDefault="00EC7A70" w:rsidP="00EC7A70">
      <w:pPr>
        <w:pStyle w:val="Heading2"/>
      </w:pPr>
      <w:bookmarkStart w:id="113" w:name="_Toc218512874"/>
      <w:r>
        <w:rPr>
          <w:rFonts w:ascii="Roboto" w:hAnsi="Roboto"/>
          <w:color w:val="000000"/>
          <w:sz w:val="28"/>
        </w:rPr>
        <w:t xml:space="preserve">6.18 Configure </w:t>
      </w:r>
      <w:proofErr w:type="spellStart"/>
      <w:r>
        <w:rPr>
          <w:rFonts w:ascii="Roboto" w:hAnsi="Roboto"/>
          <w:color w:val="000000"/>
          <w:sz w:val="28"/>
        </w:rPr>
        <w:t>SoftAP</w:t>
      </w:r>
      <w:proofErr w:type="spellEnd"/>
      <w:r>
        <w:rPr>
          <w:rFonts w:ascii="Roboto" w:hAnsi="Roboto"/>
          <w:color w:val="000000"/>
          <w:sz w:val="28"/>
        </w:rPr>
        <w:t xml:space="preserve"> Routing</w:t>
      </w:r>
      <w:bookmarkEnd w:id="113"/>
    </w:p>
    <w:p w14:paraId="641BD25E" w14:textId="77777777" w:rsidR="00EC7A70" w:rsidRDefault="00EC7A70" w:rsidP="00EC7A70">
      <w:r>
        <w:rPr>
          <w:rFonts w:ascii="Roboto" w:hAnsi="Roboto"/>
          <w:sz w:val="18"/>
        </w:rPr>
        <w:br/>
        <w:t xml:space="preserve">The device supports soft routing, which lets devices </w:t>
      </w:r>
      <w:proofErr w:type="gramStart"/>
      <w:r>
        <w:rPr>
          <w:rFonts w:ascii="Roboto" w:hAnsi="Roboto"/>
          <w:sz w:val="18"/>
        </w:rPr>
        <w:t>connected</w:t>
      </w:r>
      <w:proofErr w:type="gramEnd"/>
      <w:r>
        <w:rPr>
          <w:rFonts w:ascii="Roboto" w:hAnsi="Roboto"/>
          <w:sz w:val="18"/>
        </w:rPr>
        <w:t xml:space="preserve"> to the soft AP access network resources on the device's wired LAN port. If that network has internet access, devices on the soft AP can also access the internet.</w:t>
      </w:r>
      <w:r>
        <w:rPr>
          <w:rFonts w:ascii="Roboto" w:hAnsi="Roboto"/>
          <w:sz w:val="18"/>
        </w:rPr>
        <w:br/>
        <w:t>This API is used to control that feature.</w:t>
      </w:r>
    </w:p>
    <w:tbl>
      <w:tblPr>
        <w:tblStyle w:val="luka"/>
        <w:tblW w:w="0" w:type="auto"/>
        <w:jc w:val="center"/>
        <w:tblLook w:val="04A0" w:firstRow="1" w:lastRow="0" w:firstColumn="1" w:lastColumn="0" w:noHBand="0" w:noVBand="1"/>
      </w:tblPr>
      <w:tblGrid>
        <w:gridCol w:w="5760"/>
        <w:gridCol w:w="3600"/>
      </w:tblGrid>
      <w:tr w:rsidR="00EC7A70" w14:paraId="634C74B0" w14:textId="77777777" w:rsidTr="00D420CD">
        <w:trPr>
          <w:jc w:val="center"/>
        </w:trPr>
        <w:tc>
          <w:tcPr>
            <w:tcW w:w="5760" w:type="dxa"/>
            <w:tcMar>
              <w:top w:w="80" w:type="dxa"/>
              <w:left w:w="80" w:type="dxa"/>
              <w:bottom w:w="80" w:type="dxa"/>
              <w:right w:w="80" w:type="dxa"/>
            </w:tcMar>
          </w:tcPr>
          <w:p w14:paraId="1A6258B6" w14:textId="77777777" w:rsidR="00EC7A70" w:rsidRDefault="00EC7A70" w:rsidP="00D420CD">
            <w:r>
              <w:rPr>
                <w:color w:val="000000"/>
                <w:sz w:val="18"/>
              </w:rPr>
              <w:t>Command Structure</w:t>
            </w:r>
            <w:r>
              <w:rPr>
                <w:rFonts w:ascii="Roboto Mono" w:hAnsi="Roboto Mono"/>
                <w:b/>
                <w:color w:val="000000"/>
                <w:sz w:val="16"/>
              </w:rPr>
              <w:br/>
              <w:t>SET SOFTAP_ROUTER &lt; ON | OFF &gt;</w:t>
            </w:r>
          </w:p>
        </w:tc>
        <w:tc>
          <w:tcPr>
            <w:tcW w:w="3600" w:type="dxa"/>
            <w:vMerge w:val="restart"/>
            <w:shd w:val="clear" w:color="auto" w:fill="F2F2F2"/>
            <w:tcMar>
              <w:top w:w="80" w:type="dxa"/>
              <w:left w:w="80" w:type="dxa"/>
              <w:bottom w:w="80" w:type="dxa"/>
              <w:right w:w="80" w:type="dxa"/>
            </w:tcMar>
          </w:tcPr>
          <w:p w14:paraId="49F1FB8F" w14:textId="77777777" w:rsidR="00EC7A70" w:rsidRDefault="00EC7A70" w:rsidP="00D420CD">
            <w:r>
              <w:rPr>
                <w:color w:val="000000"/>
                <w:sz w:val="16"/>
              </w:rPr>
              <w:t>Parameters:</w:t>
            </w:r>
            <w:r>
              <w:rPr>
                <w:color w:val="000000"/>
                <w:sz w:val="16"/>
              </w:rPr>
              <w:br/>
              <w:t>ON = Enable soft routing</w:t>
            </w:r>
          </w:p>
        </w:tc>
      </w:tr>
      <w:tr w:rsidR="00EC7A70" w14:paraId="079E97DF" w14:textId="77777777" w:rsidTr="00D420CD">
        <w:trPr>
          <w:jc w:val="center"/>
        </w:trPr>
        <w:tc>
          <w:tcPr>
            <w:tcW w:w="5760" w:type="dxa"/>
            <w:tcMar>
              <w:top w:w="80" w:type="dxa"/>
              <w:left w:w="80" w:type="dxa"/>
              <w:bottom w:w="80" w:type="dxa"/>
              <w:right w:w="80" w:type="dxa"/>
            </w:tcMar>
          </w:tcPr>
          <w:p w14:paraId="072578AE" w14:textId="77777777" w:rsidR="00EC7A70" w:rsidRDefault="00EC7A70" w:rsidP="00D420CD">
            <w:r>
              <w:rPr>
                <w:color w:val="000000"/>
                <w:sz w:val="18"/>
              </w:rPr>
              <w:t>Response Structure</w:t>
            </w:r>
            <w:r>
              <w:rPr>
                <w:rFonts w:ascii="Roboto Mono" w:hAnsi="Roboto Mono"/>
                <w:b/>
                <w:color w:val="000000"/>
                <w:sz w:val="16"/>
              </w:rPr>
              <w:br/>
              <w:t>SOFTAP_ROUTER &lt; ON | OFF &gt;</w:t>
            </w:r>
          </w:p>
        </w:tc>
        <w:tc>
          <w:tcPr>
            <w:tcW w:w="3600" w:type="dxa"/>
            <w:vMerge/>
          </w:tcPr>
          <w:p w14:paraId="43935E89" w14:textId="77777777" w:rsidR="00EC7A70" w:rsidRDefault="00EC7A70" w:rsidP="00D420CD"/>
        </w:tc>
      </w:tr>
      <w:tr w:rsidR="00EC7A70" w14:paraId="377BBDA6" w14:textId="77777777" w:rsidTr="00D420CD">
        <w:trPr>
          <w:jc w:val="center"/>
        </w:trPr>
        <w:tc>
          <w:tcPr>
            <w:tcW w:w="5760" w:type="dxa"/>
            <w:tcMar>
              <w:top w:w="80" w:type="dxa"/>
              <w:left w:w="80" w:type="dxa"/>
              <w:bottom w:w="0" w:type="dxa"/>
              <w:right w:w="80" w:type="dxa"/>
            </w:tcMar>
          </w:tcPr>
          <w:p w14:paraId="6A350147" w14:textId="77777777" w:rsidR="00EC7A70" w:rsidRDefault="00EC7A70" w:rsidP="00D420CD">
            <w:r>
              <w:rPr>
                <w:color w:val="000000"/>
                <w:sz w:val="18"/>
              </w:rPr>
              <w:t>Command Example</w:t>
            </w:r>
          </w:p>
        </w:tc>
        <w:tc>
          <w:tcPr>
            <w:tcW w:w="3600" w:type="dxa"/>
            <w:vMerge/>
          </w:tcPr>
          <w:p w14:paraId="0E7EF4A3" w14:textId="77777777" w:rsidR="00EC7A70" w:rsidRDefault="00EC7A70" w:rsidP="00D420CD"/>
        </w:tc>
      </w:tr>
      <w:tr w:rsidR="00EC7A70" w14:paraId="511FE7FF" w14:textId="77777777" w:rsidTr="00D420CD">
        <w:trPr>
          <w:jc w:val="center"/>
        </w:trPr>
        <w:tc>
          <w:tcPr>
            <w:tcW w:w="5760" w:type="dxa"/>
            <w:shd w:val="clear" w:color="auto" w:fill="000000"/>
            <w:tcMar>
              <w:top w:w="0" w:type="dxa"/>
              <w:left w:w="80" w:type="dxa"/>
              <w:bottom w:w="80" w:type="dxa"/>
              <w:right w:w="80" w:type="dxa"/>
            </w:tcMar>
          </w:tcPr>
          <w:p w14:paraId="21275822" w14:textId="77777777" w:rsidR="00EC7A70" w:rsidRDefault="00EC7A70" w:rsidP="00D420CD">
            <w:r>
              <w:rPr>
                <w:rFonts w:ascii="Roboto Mono" w:hAnsi="Roboto Mono"/>
                <w:b/>
                <w:color w:val="FFFFFF"/>
                <w:sz w:val="16"/>
              </w:rPr>
              <w:t>SET SOFTAP_ROUTER OFF</w:t>
            </w:r>
          </w:p>
        </w:tc>
        <w:tc>
          <w:tcPr>
            <w:tcW w:w="3600" w:type="dxa"/>
            <w:vMerge/>
          </w:tcPr>
          <w:p w14:paraId="7D6CC71F" w14:textId="77777777" w:rsidR="00EC7A70" w:rsidRDefault="00EC7A70" w:rsidP="00D420CD"/>
        </w:tc>
      </w:tr>
      <w:tr w:rsidR="00EC7A70" w14:paraId="0D9C52CC" w14:textId="77777777" w:rsidTr="00D420CD">
        <w:trPr>
          <w:jc w:val="center"/>
        </w:trPr>
        <w:tc>
          <w:tcPr>
            <w:tcW w:w="5760" w:type="dxa"/>
            <w:tcMar>
              <w:top w:w="80" w:type="dxa"/>
              <w:left w:w="80" w:type="dxa"/>
              <w:bottom w:w="0" w:type="dxa"/>
              <w:right w:w="80" w:type="dxa"/>
            </w:tcMar>
          </w:tcPr>
          <w:p w14:paraId="501405AA" w14:textId="77777777" w:rsidR="00EC7A70" w:rsidRDefault="00EC7A70" w:rsidP="00D420CD">
            <w:r>
              <w:rPr>
                <w:color w:val="000000"/>
                <w:sz w:val="18"/>
              </w:rPr>
              <w:t>Response Example</w:t>
            </w:r>
          </w:p>
        </w:tc>
        <w:tc>
          <w:tcPr>
            <w:tcW w:w="3600" w:type="dxa"/>
            <w:vMerge/>
          </w:tcPr>
          <w:p w14:paraId="2B2A3768" w14:textId="77777777" w:rsidR="00EC7A70" w:rsidRDefault="00EC7A70" w:rsidP="00D420CD"/>
        </w:tc>
      </w:tr>
      <w:tr w:rsidR="00EC7A70" w14:paraId="09C8E83B" w14:textId="77777777" w:rsidTr="00D420CD">
        <w:trPr>
          <w:jc w:val="center"/>
        </w:trPr>
        <w:tc>
          <w:tcPr>
            <w:tcW w:w="5760" w:type="dxa"/>
            <w:shd w:val="clear" w:color="auto" w:fill="000000"/>
            <w:tcMar>
              <w:top w:w="0" w:type="dxa"/>
              <w:left w:w="80" w:type="dxa"/>
              <w:bottom w:w="80" w:type="dxa"/>
              <w:right w:w="80" w:type="dxa"/>
            </w:tcMar>
          </w:tcPr>
          <w:p w14:paraId="4121108F" w14:textId="77777777" w:rsidR="00EC7A70" w:rsidRDefault="00EC7A70" w:rsidP="00D420CD">
            <w:r>
              <w:rPr>
                <w:rFonts w:ascii="Roboto Mono" w:hAnsi="Roboto Mono"/>
                <w:b/>
                <w:color w:val="FFFFFF"/>
                <w:sz w:val="16"/>
              </w:rPr>
              <w:t>SOFTAP_ROUTER OFF</w:t>
            </w:r>
          </w:p>
        </w:tc>
        <w:tc>
          <w:tcPr>
            <w:tcW w:w="3600" w:type="dxa"/>
            <w:vMerge/>
          </w:tcPr>
          <w:p w14:paraId="2C851D7C" w14:textId="77777777" w:rsidR="00EC7A70" w:rsidRDefault="00EC7A70" w:rsidP="00D420CD"/>
        </w:tc>
      </w:tr>
      <w:tr w:rsidR="00EC7A70" w14:paraId="3D8251F5" w14:textId="77777777" w:rsidTr="00D420CD">
        <w:trPr>
          <w:jc w:val="center"/>
        </w:trPr>
        <w:tc>
          <w:tcPr>
            <w:tcW w:w="9360" w:type="dxa"/>
            <w:gridSpan w:val="2"/>
            <w:shd w:val="clear" w:color="auto" w:fill="E0F6EC"/>
            <w:tcMar>
              <w:top w:w="80" w:type="dxa"/>
              <w:left w:w="80" w:type="dxa"/>
              <w:bottom w:w="80" w:type="dxa"/>
              <w:right w:w="80" w:type="dxa"/>
            </w:tcMar>
          </w:tcPr>
          <w:p w14:paraId="7B81CC2A" w14:textId="77777777" w:rsidR="00EC7A70" w:rsidRDefault="00EC7A70" w:rsidP="00D420CD">
            <w:r>
              <w:rPr>
                <w:color w:val="000000"/>
                <w:sz w:val="16"/>
              </w:rPr>
              <w:t>Additional Notes: Default: ON</w:t>
            </w:r>
          </w:p>
        </w:tc>
      </w:tr>
    </w:tbl>
    <w:p w14:paraId="4B8EF0A8" w14:textId="77777777" w:rsidR="00EC7A70" w:rsidRDefault="00EC7A70" w:rsidP="00EC7A70"/>
    <w:p w14:paraId="45B32FE7" w14:textId="77777777" w:rsidR="00EC7A70" w:rsidRDefault="00EC7A70" w:rsidP="00EC7A70">
      <w:pPr>
        <w:pStyle w:val="Heading2"/>
      </w:pPr>
      <w:bookmarkStart w:id="114" w:name="_Toc218512875"/>
      <w:r>
        <w:rPr>
          <w:rFonts w:ascii="Roboto" w:hAnsi="Roboto"/>
          <w:color w:val="000000"/>
          <w:sz w:val="28"/>
        </w:rPr>
        <w:t>6.19 Get Soft Router Function Switch Status</w:t>
      </w:r>
      <w:bookmarkEnd w:id="114"/>
    </w:p>
    <w:p w14:paraId="064186B7"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6DA99670" w14:textId="77777777" w:rsidTr="00D420CD">
        <w:trPr>
          <w:jc w:val="center"/>
        </w:trPr>
        <w:tc>
          <w:tcPr>
            <w:tcW w:w="5760" w:type="dxa"/>
            <w:tcMar>
              <w:top w:w="80" w:type="dxa"/>
              <w:left w:w="80" w:type="dxa"/>
              <w:bottom w:w="80" w:type="dxa"/>
              <w:right w:w="80" w:type="dxa"/>
            </w:tcMar>
          </w:tcPr>
          <w:p w14:paraId="1AD9CD22" w14:textId="77777777" w:rsidR="00EC7A70" w:rsidRDefault="00EC7A70" w:rsidP="00D420CD">
            <w:r>
              <w:rPr>
                <w:color w:val="000000"/>
                <w:sz w:val="18"/>
              </w:rPr>
              <w:t>Command Structure</w:t>
            </w:r>
            <w:r>
              <w:rPr>
                <w:rFonts w:ascii="Roboto Mono" w:hAnsi="Roboto Mono"/>
                <w:b/>
                <w:color w:val="000000"/>
                <w:sz w:val="16"/>
              </w:rPr>
              <w:br/>
              <w:t>GET SOFTAP_ROUTER</w:t>
            </w:r>
          </w:p>
        </w:tc>
        <w:tc>
          <w:tcPr>
            <w:tcW w:w="3600" w:type="dxa"/>
            <w:vMerge w:val="restart"/>
            <w:shd w:val="clear" w:color="auto" w:fill="F2F2F2"/>
            <w:tcMar>
              <w:top w:w="80" w:type="dxa"/>
              <w:left w:w="80" w:type="dxa"/>
              <w:bottom w:w="80" w:type="dxa"/>
              <w:right w:w="80" w:type="dxa"/>
            </w:tcMar>
          </w:tcPr>
          <w:p w14:paraId="309F6319" w14:textId="77777777" w:rsidR="00EC7A70" w:rsidRDefault="00EC7A70" w:rsidP="00D420CD">
            <w:r>
              <w:rPr>
                <w:color w:val="000000"/>
                <w:sz w:val="16"/>
              </w:rPr>
              <w:t>Parameters:</w:t>
            </w:r>
            <w:r>
              <w:rPr>
                <w:color w:val="000000"/>
                <w:sz w:val="16"/>
              </w:rPr>
              <w:br/>
            </w:r>
          </w:p>
        </w:tc>
      </w:tr>
      <w:tr w:rsidR="00EC7A70" w14:paraId="41638CB9" w14:textId="77777777" w:rsidTr="00D420CD">
        <w:trPr>
          <w:jc w:val="center"/>
        </w:trPr>
        <w:tc>
          <w:tcPr>
            <w:tcW w:w="5760" w:type="dxa"/>
            <w:tcMar>
              <w:top w:w="80" w:type="dxa"/>
              <w:left w:w="80" w:type="dxa"/>
              <w:bottom w:w="80" w:type="dxa"/>
              <w:right w:w="80" w:type="dxa"/>
            </w:tcMar>
          </w:tcPr>
          <w:p w14:paraId="1DFD3728" w14:textId="77777777" w:rsidR="00EC7A70" w:rsidRDefault="00EC7A70" w:rsidP="00D420CD">
            <w:r>
              <w:rPr>
                <w:color w:val="000000"/>
                <w:sz w:val="18"/>
              </w:rPr>
              <w:t>Response Structure</w:t>
            </w:r>
            <w:r>
              <w:rPr>
                <w:rFonts w:ascii="Roboto Mono" w:hAnsi="Roboto Mono"/>
                <w:b/>
                <w:color w:val="000000"/>
                <w:sz w:val="16"/>
              </w:rPr>
              <w:br/>
              <w:t>SOFTAP_ROUTER &lt; ON | OFF &gt;</w:t>
            </w:r>
          </w:p>
        </w:tc>
        <w:tc>
          <w:tcPr>
            <w:tcW w:w="3600" w:type="dxa"/>
            <w:vMerge/>
          </w:tcPr>
          <w:p w14:paraId="1639C5BC" w14:textId="77777777" w:rsidR="00EC7A70" w:rsidRDefault="00EC7A70" w:rsidP="00D420CD"/>
        </w:tc>
      </w:tr>
      <w:tr w:rsidR="00EC7A70" w14:paraId="569BFB19" w14:textId="77777777" w:rsidTr="00D420CD">
        <w:trPr>
          <w:jc w:val="center"/>
        </w:trPr>
        <w:tc>
          <w:tcPr>
            <w:tcW w:w="5760" w:type="dxa"/>
            <w:tcMar>
              <w:top w:w="80" w:type="dxa"/>
              <w:left w:w="80" w:type="dxa"/>
              <w:bottom w:w="0" w:type="dxa"/>
              <w:right w:w="80" w:type="dxa"/>
            </w:tcMar>
          </w:tcPr>
          <w:p w14:paraId="231A5D5D" w14:textId="77777777" w:rsidR="00EC7A70" w:rsidRDefault="00EC7A70" w:rsidP="00D420CD">
            <w:r>
              <w:rPr>
                <w:color w:val="000000"/>
                <w:sz w:val="18"/>
              </w:rPr>
              <w:t>Command Example</w:t>
            </w:r>
          </w:p>
        </w:tc>
        <w:tc>
          <w:tcPr>
            <w:tcW w:w="3600" w:type="dxa"/>
            <w:vMerge/>
          </w:tcPr>
          <w:p w14:paraId="457C8F8D" w14:textId="77777777" w:rsidR="00EC7A70" w:rsidRDefault="00EC7A70" w:rsidP="00D420CD"/>
        </w:tc>
      </w:tr>
      <w:tr w:rsidR="00EC7A70" w14:paraId="0E43E533" w14:textId="77777777" w:rsidTr="00D420CD">
        <w:trPr>
          <w:jc w:val="center"/>
        </w:trPr>
        <w:tc>
          <w:tcPr>
            <w:tcW w:w="5760" w:type="dxa"/>
            <w:shd w:val="clear" w:color="auto" w:fill="000000"/>
            <w:tcMar>
              <w:top w:w="0" w:type="dxa"/>
              <w:left w:w="80" w:type="dxa"/>
              <w:bottom w:w="80" w:type="dxa"/>
              <w:right w:w="80" w:type="dxa"/>
            </w:tcMar>
          </w:tcPr>
          <w:p w14:paraId="38FCD6FB" w14:textId="77777777" w:rsidR="00EC7A70" w:rsidRDefault="00EC7A70" w:rsidP="00D420CD">
            <w:r>
              <w:rPr>
                <w:rFonts w:ascii="Roboto Mono" w:hAnsi="Roboto Mono"/>
                <w:b/>
                <w:color w:val="FFFFFF"/>
                <w:sz w:val="16"/>
              </w:rPr>
              <w:t>GET SOFTAP_ROUTER</w:t>
            </w:r>
          </w:p>
        </w:tc>
        <w:tc>
          <w:tcPr>
            <w:tcW w:w="3600" w:type="dxa"/>
            <w:vMerge/>
          </w:tcPr>
          <w:p w14:paraId="56D04069" w14:textId="77777777" w:rsidR="00EC7A70" w:rsidRDefault="00EC7A70" w:rsidP="00D420CD"/>
        </w:tc>
      </w:tr>
      <w:tr w:rsidR="00EC7A70" w14:paraId="68E4E2AE" w14:textId="77777777" w:rsidTr="00D420CD">
        <w:trPr>
          <w:jc w:val="center"/>
        </w:trPr>
        <w:tc>
          <w:tcPr>
            <w:tcW w:w="5760" w:type="dxa"/>
            <w:tcMar>
              <w:top w:w="80" w:type="dxa"/>
              <w:left w:w="80" w:type="dxa"/>
              <w:bottom w:w="0" w:type="dxa"/>
              <w:right w:w="80" w:type="dxa"/>
            </w:tcMar>
          </w:tcPr>
          <w:p w14:paraId="5DBC7BF7" w14:textId="77777777" w:rsidR="00EC7A70" w:rsidRDefault="00EC7A70" w:rsidP="00D420CD">
            <w:r>
              <w:rPr>
                <w:color w:val="000000"/>
                <w:sz w:val="18"/>
              </w:rPr>
              <w:t>Response Example</w:t>
            </w:r>
          </w:p>
        </w:tc>
        <w:tc>
          <w:tcPr>
            <w:tcW w:w="3600" w:type="dxa"/>
            <w:vMerge/>
          </w:tcPr>
          <w:p w14:paraId="22EC938A" w14:textId="77777777" w:rsidR="00EC7A70" w:rsidRDefault="00EC7A70" w:rsidP="00D420CD"/>
        </w:tc>
      </w:tr>
      <w:tr w:rsidR="00EC7A70" w14:paraId="43B00D36" w14:textId="77777777" w:rsidTr="00D420CD">
        <w:trPr>
          <w:jc w:val="center"/>
        </w:trPr>
        <w:tc>
          <w:tcPr>
            <w:tcW w:w="5760" w:type="dxa"/>
            <w:shd w:val="clear" w:color="auto" w:fill="000000"/>
            <w:tcMar>
              <w:top w:w="0" w:type="dxa"/>
              <w:left w:w="80" w:type="dxa"/>
              <w:bottom w:w="80" w:type="dxa"/>
              <w:right w:w="80" w:type="dxa"/>
            </w:tcMar>
          </w:tcPr>
          <w:p w14:paraId="2FD92D57" w14:textId="77777777" w:rsidR="00EC7A70" w:rsidRDefault="00EC7A70" w:rsidP="00D420CD">
            <w:r>
              <w:rPr>
                <w:rFonts w:ascii="Roboto Mono" w:hAnsi="Roboto Mono"/>
                <w:b/>
                <w:color w:val="FFFFFF"/>
                <w:sz w:val="16"/>
              </w:rPr>
              <w:t>SOFTAP_ROUTER OFF</w:t>
            </w:r>
          </w:p>
        </w:tc>
        <w:tc>
          <w:tcPr>
            <w:tcW w:w="3600" w:type="dxa"/>
            <w:vMerge/>
          </w:tcPr>
          <w:p w14:paraId="39AD2D4F" w14:textId="77777777" w:rsidR="00EC7A70" w:rsidRDefault="00EC7A70" w:rsidP="00D420CD"/>
        </w:tc>
      </w:tr>
      <w:tr w:rsidR="00EC7A70" w14:paraId="5D8730DE" w14:textId="77777777" w:rsidTr="00D420CD">
        <w:trPr>
          <w:jc w:val="center"/>
        </w:trPr>
        <w:tc>
          <w:tcPr>
            <w:tcW w:w="9360" w:type="dxa"/>
            <w:gridSpan w:val="2"/>
            <w:shd w:val="clear" w:color="auto" w:fill="E0F6EC"/>
            <w:tcMar>
              <w:top w:w="80" w:type="dxa"/>
              <w:left w:w="80" w:type="dxa"/>
              <w:bottom w:w="80" w:type="dxa"/>
              <w:right w:w="80" w:type="dxa"/>
            </w:tcMar>
          </w:tcPr>
          <w:p w14:paraId="53F79E77" w14:textId="77777777" w:rsidR="00EC7A70" w:rsidRDefault="00EC7A70" w:rsidP="00D420CD">
            <w:r>
              <w:rPr>
                <w:color w:val="000000"/>
                <w:sz w:val="16"/>
              </w:rPr>
              <w:t xml:space="preserve">Additional Notes: </w:t>
            </w:r>
          </w:p>
        </w:tc>
      </w:tr>
    </w:tbl>
    <w:p w14:paraId="266A953C" w14:textId="77777777" w:rsidR="00EC7A70" w:rsidRDefault="00EC7A70" w:rsidP="00EC7A70"/>
    <w:p w14:paraId="61EBD771" w14:textId="77777777" w:rsidR="00EC7A70" w:rsidRDefault="00EC7A70" w:rsidP="00EC7A70">
      <w:pPr>
        <w:pStyle w:val="Heading2"/>
      </w:pPr>
      <w:bookmarkStart w:id="115" w:name="_Toc218512876"/>
      <w:r>
        <w:rPr>
          <w:rFonts w:ascii="Roboto" w:hAnsi="Roboto"/>
          <w:color w:val="000000"/>
          <w:sz w:val="28"/>
        </w:rPr>
        <w:lastRenderedPageBreak/>
        <w:t>6.20 Set BYOD Feature</w:t>
      </w:r>
      <w:bookmarkEnd w:id="115"/>
    </w:p>
    <w:p w14:paraId="2FB4F02E" w14:textId="77777777" w:rsidR="00EC7A70" w:rsidRDefault="00EC7A70" w:rsidP="00EC7A70">
      <w:r>
        <w:rPr>
          <w:rFonts w:ascii="Roboto" w:hAnsi="Roboto"/>
          <w:sz w:val="18"/>
        </w:rPr>
        <w:br/>
        <w:t xml:space="preserve">The Miracast and </w:t>
      </w:r>
      <w:proofErr w:type="spellStart"/>
      <w:r>
        <w:rPr>
          <w:rFonts w:ascii="Roboto" w:hAnsi="Roboto"/>
          <w:sz w:val="18"/>
        </w:rPr>
        <w:t>AirPlay</w:t>
      </w:r>
      <w:proofErr w:type="spellEnd"/>
      <w:r>
        <w:rPr>
          <w:rFonts w:ascii="Roboto" w:hAnsi="Roboto"/>
          <w:sz w:val="18"/>
        </w:rPr>
        <w:t xml:space="preserve"> receiver functions can be enabled or disabled. This API controls those settings.</w:t>
      </w:r>
    </w:p>
    <w:tbl>
      <w:tblPr>
        <w:tblStyle w:val="luka"/>
        <w:tblW w:w="0" w:type="auto"/>
        <w:jc w:val="center"/>
        <w:tblLook w:val="04A0" w:firstRow="1" w:lastRow="0" w:firstColumn="1" w:lastColumn="0" w:noHBand="0" w:noVBand="1"/>
      </w:tblPr>
      <w:tblGrid>
        <w:gridCol w:w="5760"/>
        <w:gridCol w:w="3600"/>
      </w:tblGrid>
      <w:tr w:rsidR="00EC7A70" w14:paraId="388F304F" w14:textId="77777777" w:rsidTr="00D420CD">
        <w:trPr>
          <w:jc w:val="center"/>
        </w:trPr>
        <w:tc>
          <w:tcPr>
            <w:tcW w:w="5760" w:type="dxa"/>
            <w:tcMar>
              <w:top w:w="80" w:type="dxa"/>
              <w:left w:w="80" w:type="dxa"/>
              <w:bottom w:w="80" w:type="dxa"/>
              <w:right w:w="80" w:type="dxa"/>
            </w:tcMar>
          </w:tcPr>
          <w:p w14:paraId="4B6EDE4A" w14:textId="77777777" w:rsidR="00EC7A70" w:rsidRDefault="00EC7A70" w:rsidP="00D420CD">
            <w:r>
              <w:rPr>
                <w:color w:val="000000"/>
                <w:sz w:val="18"/>
              </w:rPr>
              <w:t>Command Structure</w:t>
            </w:r>
            <w:r>
              <w:rPr>
                <w:rFonts w:ascii="Roboto Mono" w:hAnsi="Roboto Mono"/>
                <w:b/>
                <w:color w:val="000000"/>
                <w:sz w:val="16"/>
              </w:rPr>
              <w:br/>
              <w:t>SET BYOD_EN &lt; ON | OFF &gt;</w:t>
            </w:r>
          </w:p>
        </w:tc>
        <w:tc>
          <w:tcPr>
            <w:tcW w:w="3600" w:type="dxa"/>
            <w:vMerge w:val="restart"/>
            <w:shd w:val="clear" w:color="auto" w:fill="F2F2F2"/>
            <w:tcMar>
              <w:top w:w="80" w:type="dxa"/>
              <w:left w:w="80" w:type="dxa"/>
              <w:bottom w:w="80" w:type="dxa"/>
              <w:right w:w="80" w:type="dxa"/>
            </w:tcMar>
          </w:tcPr>
          <w:p w14:paraId="7752A4F5" w14:textId="77777777" w:rsidR="00EC7A70" w:rsidRDefault="00EC7A70" w:rsidP="00D420CD">
            <w:r>
              <w:rPr>
                <w:color w:val="000000"/>
                <w:sz w:val="16"/>
              </w:rPr>
              <w:t>Parameters:</w:t>
            </w:r>
            <w:r>
              <w:rPr>
                <w:color w:val="000000"/>
                <w:sz w:val="16"/>
              </w:rPr>
              <w:br/>
              <w:t>ON = Enable the BYOD receiver function</w:t>
            </w:r>
          </w:p>
        </w:tc>
      </w:tr>
      <w:tr w:rsidR="00EC7A70" w14:paraId="3C65A2D8" w14:textId="77777777" w:rsidTr="00D420CD">
        <w:trPr>
          <w:jc w:val="center"/>
        </w:trPr>
        <w:tc>
          <w:tcPr>
            <w:tcW w:w="5760" w:type="dxa"/>
            <w:tcMar>
              <w:top w:w="80" w:type="dxa"/>
              <w:left w:w="80" w:type="dxa"/>
              <w:bottom w:w="80" w:type="dxa"/>
              <w:right w:w="80" w:type="dxa"/>
            </w:tcMar>
          </w:tcPr>
          <w:p w14:paraId="683D105A" w14:textId="77777777" w:rsidR="00EC7A70" w:rsidRDefault="00EC7A70" w:rsidP="00D420CD">
            <w:r>
              <w:rPr>
                <w:color w:val="000000"/>
                <w:sz w:val="18"/>
              </w:rPr>
              <w:t>Response Structure</w:t>
            </w:r>
            <w:r>
              <w:rPr>
                <w:rFonts w:ascii="Roboto Mono" w:hAnsi="Roboto Mono"/>
                <w:b/>
                <w:color w:val="000000"/>
                <w:sz w:val="16"/>
              </w:rPr>
              <w:br/>
              <w:t>BYOD_EN &lt; ON | OFF &gt;</w:t>
            </w:r>
          </w:p>
        </w:tc>
        <w:tc>
          <w:tcPr>
            <w:tcW w:w="3600" w:type="dxa"/>
            <w:vMerge/>
          </w:tcPr>
          <w:p w14:paraId="09A93BBE" w14:textId="77777777" w:rsidR="00EC7A70" w:rsidRDefault="00EC7A70" w:rsidP="00D420CD"/>
        </w:tc>
      </w:tr>
      <w:tr w:rsidR="00EC7A70" w14:paraId="535BF8F8" w14:textId="77777777" w:rsidTr="00D420CD">
        <w:trPr>
          <w:jc w:val="center"/>
        </w:trPr>
        <w:tc>
          <w:tcPr>
            <w:tcW w:w="5760" w:type="dxa"/>
            <w:tcMar>
              <w:top w:w="80" w:type="dxa"/>
              <w:left w:w="80" w:type="dxa"/>
              <w:bottom w:w="0" w:type="dxa"/>
              <w:right w:w="80" w:type="dxa"/>
            </w:tcMar>
          </w:tcPr>
          <w:p w14:paraId="22250280" w14:textId="77777777" w:rsidR="00EC7A70" w:rsidRDefault="00EC7A70" w:rsidP="00D420CD">
            <w:r>
              <w:rPr>
                <w:color w:val="000000"/>
                <w:sz w:val="18"/>
              </w:rPr>
              <w:t>Command Example</w:t>
            </w:r>
          </w:p>
        </w:tc>
        <w:tc>
          <w:tcPr>
            <w:tcW w:w="3600" w:type="dxa"/>
            <w:vMerge/>
          </w:tcPr>
          <w:p w14:paraId="00DDADAA" w14:textId="77777777" w:rsidR="00EC7A70" w:rsidRDefault="00EC7A70" w:rsidP="00D420CD"/>
        </w:tc>
      </w:tr>
      <w:tr w:rsidR="00EC7A70" w14:paraId="09409319" w14:textId="77777777" w:rsidTr="00D420CD">
        <w:trPr>
          <w:jc w:val="center"/>
        </w:trPr>
        <w:tc>
          <w:tcPr>
            <w:tcW w:w="5760" w:type="dxa"/>
            <w:shd w:val="clear" w:color="auto" w:fill="000000"/>
            <w:tcMar>
              <w:top w:w="0" w:type="dxa"/>
              <w:left w:w="80" w:type="dxa"/>
              <w:bottom w:w="80" w:type="dxa"/>
              <w:right w:w="80" w:type="dxa"/>
            </w:tcMar>
          </w:tcPr>
          <w:p w14:paraId="0A6B345D" w14:textId="77777777" w:rsidR="00EC7A70" w:rsidRDefault="00EC7A70" w:rsidP="00D420CD">
            <w:r>
              <w:rPr>
                <w:rFonts w:ascii="Roboto Mono" w:hAnsi="Roboto Mono"/>
                <w:b/>
                <w:color w:val="FFFFFF"/>
                <w:sz w:val="16"/>
              </w:rPr>
              <w:t>SET BYOD_EN OFF</w:t>
            </w:r>
          </w:p>
        </w:tc>
        <w:tc>
          <w:tcPr>
            <w:tcW w:w="3600" w:type="dxa"/>
            <w:vMerge/>
          </w:tcPr>
          <w:p w14:paraId="4DC492CD" w14:textId="77777777" w:rsidR="00EC7A70" w:rsidRDefault="00EC7A70" w:rsidP="00D420CD"/>
        </w:tc>
      </w:tr>
      <w:tr w:rsidR="00EC7A70" w14:paraId="7ED44038" w14:textId="77777777" w:rsidTr="00D420CD">
        <w:trPr>
          <w:jc w:val="center"/>
        </w:trPr>
        <w:tc>
          <w:tcPr>
            <w:tcW w:w="5760" w:type="dxa"/>
            <w:tcMar>
              <w:top w:w="80" w:type="dxa"/>
              <w:left w:w="80" w:type="dxa"/>
              <w:bottom w:w="0" w:type="dxa"/>
              <w:right w:w="80" w:type="dxa"/>
            </w:tcMar>
          </w:tcPr>
          <w:p w14:paraId="0D57EAA5" w14:textId="77777777" w:rsidR="00EC7A70" w:rsidRDefault="00EC7A70" w:rsidP="00D420CD">
            <w:r>
              <w:rPr>
                <w:color w:val="000000"/>
                <w:sz w:val="18"/>
              </w:rPr>
              <w:t>Response Example</w:t>
            </w:r>
          </w:p>
        </w:tc>
        <w:tc>
          <w:tcPr>
            <w:tcW w:w="3600" w:type="dxa"/>
            <w:vMerge/>
          </w:tcPr>
          <w:p w14:paraId="00D17724" w14:textId="77777777" w:rsidR="00EC7A70" w:rsidRDefault="00EC7A70" w:rsidP="00D420CD"/>
        </w:tc>
      </w:tr>
      <w:tr w:rsidR="00EC7A70" w14:paraId="6675A524" w14:textId="77777777" w:rsidTr="00D420CD">
        <w:trPr>
          <w:jc w:val="center"/>
        </w:trPr>
        <w:tc>
          <w:tcPr>
            <w:tcW w:w="5760" w:type="dxa"/>
            <w:shd w:val="clear" w:color="auto" w:fill="000000"/>
            <w:tcMar>
              <w:top w:w="0" w:type="dxa"/>
              <w:left w:w="80" w:type="dxa"/>
              <w:bottom w:w="80" w:type="dxa"/>
              <w:right w:w="80" w:type="dxa"/>
            </w:tcMar>
          </w:tcPr>
          <w:p w14:paraId="2FB0A1A0" w14:textId="77777777" w:rsidR="00EC7A70" w:rsidRDefault="00EC7A70" w:rsidP="00D420CD">
            <w:r>
              <w:rPr>
                <w:rFonts w:ascii="Roboto Mono" w:hAnsi="Roboto Mono"/>
                <w:b/>
                <w:color w:val="FFFFFF"/>
                <w:sz w:val="16"/>
              </w:rPr>
              <w:t>BYOD_EN OFF</w:t>
            </w:r>
          </w:p>
        </w:tc>
        <w:tc>
          <w:tcPr>
            <w:tcW w:w="3600" w:type="dxa"/>
            <w:vMerge/>
          </w:tcPr>
          <w:p w14:paraId="2635511E" w14:textId="77777777" w:rsidR="00EC7A70" w:rsidRDefault="00EC7A70" w:rsidP="00D420CD"/>
        </w:tc>
      </w:tr>
      <w:tr w:rsidR="00EC7A70" w14:paraId="12A668D5" w14:textId="77777777" w:rsidTr="00D420CD">
        <w:trPr>
          <w:jc w:val="center"/>
        </w:trPr>
        <w:tc>
          <w:tcPr>
            <w:tcW w:w="9360" w:type="dxa"/>
            <w:gridSpan w:val="2"/>
            <w:shd w:val="clear" w:color="auto" w:fill="E0F6EC"/>
            <w:tcMar>
              <w:top w:w="80" w:type="dxa"/>
              <w:left w:w="80" w:type="dxa"/>
              <w:bottom w:w="80" w:type="dxa"/>
              <w:right w:w="80" w:type="dxa"/>
            </w:tcMar>
          </w:tcPr>
          <w:p w14:paraId="4A4D4D97" w14:textId="77777777" w:rsidR="00EC7A70" w:rsidRDefault="00EC7A70" w:rsidP="00D420CD">
            <w:r>
              <w:rPr>
                <w:color w:val="000000"/>
                <w:sz w:val="16"/>
              </w:rPr>
              <w:t>Additional Notes: Default value: ON</w:t>
            </w:r>
          </w:p>
        </w:tc>
      </w:tr>
    </w:tbl>
    <w:p w14:paraId="15107817" w14:textId="77777777" w:rsidR="00EC7A70" w:rsidRDefault="00EC7A70" w:rsidP="00EC7A70"/>
    <w:p w14:paraId="33DBD37D" w14:textId="77777777" w:rsidR="00EC7A70" w:rsidRDefault="00EC7A70" w:rsidP="00EC7A70">
      <w:pPr>
        <w:pStyle w:val="Heading2"/>
      </w:pPr>
      <w:bookmarkStart w:id="116" w:name="_Toc218512877"/>
      <w:r>
        <w:rPr>
          <w:rFonts w:ascii="Roboto" w:hAnsi="Roboto"/>
          <w:color w:val="000000"/>
          <w:sz w:val="28"/>
        </w:rPr>
        <w:t>6.21 Get BYOD Feature</w:t>
      </w:r>
      <w:bookmarkEnd w:id="116"/>
    </w:p>
    <w:p w14:paraId="134D20AE"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78CE1E3B" w14:textId="77777777" w:rsidTr="00D420CD">
        <w:trPr>
          <w:jc w:val="center"/>
        </w:trPr>
        <w:tc>
          <w:tcPr>
            <w:tcW w:w="5760" w:type="dxa"/>
            <w:tcMar>
              <w:top w:w="80" w:type="dxa"/>
              <w:left w:w="80" w:type="dxa"/>
              <w:bottom w:w="80" w:type="dxa"/>
              <w:right w:w="80" w:type="dxa"/>
            </w:tcMar>
          </w:tcPr>
          <w:p w14:paraId="10EB6484" w14:textId="77777777" w:rsidR="00EC7A70" w:rsidRDefault="00EC7A70" w:rsidP="00D420CD">
            <w:r>
              <w:rPr>
                <w:color w:val="000000"/>
                <w:sz w:val="18"/>
              </w:rPr>
              <w:t>Command Structure</w:t>
            </w:r>
            <w:r>
              <w:rPr>
                <w:rFonts w:ascii="Roboto Mono" w:hAnsi="Roboto Mono"/>
                <w:b/>
                <w:color w:val="000000"/>
                <w:sz w:val="16"/>
              </w:rPr>
              <w:br/>
              <w:t>GET BYOD_EN</w:t>
            </w:r>
          </w:p>
        </w:tc>
        <w:tc>
          <w:tcPr>
            <w:tcW w:w="3600" w:type="dxa"/>
            <w:vMerge w:val="restart"/>
            <w:shd w:val="clear" w:color="auto" w:fill="F2F2F2"/>
            <w:tcMar>
              <w:top w:w="80" w:type="dxa"/>
              <w:left w:w="80" w:type="dxa"/>
              <w:bottom w:w="80" w:type="dxa"/>
              <w:right w:w="80" w:type="dxa"/>
            </w:tcMar>
          </w:tcPr>
          <w:p w14:paraId="317BE35C" w14:textId="77777777" w:rsidR="00EC7A70" w:rsidRDefault="00EC7A70" w:rsidP="00D420CD">
            <w:r>
              <w:rPr>
                <w:color w:val="000000"/>
                <w:sz w:val="16"/>
              </w:rPr>
              <w:t>Parameters:</w:t>
            </w:r>
            <w:r>
              <w:rPr>
                <w:color w:val="000000"/>
                <w:sz w:val="16"/>
              </w:rPr>
              <w:br/>
            </w:r>
          </w:p>
        </w:tc>
      </w:tr>
      <w:tr w:rsidR="00EC7A70" w14:paraId="2EC09187" w14:textId="77777777" w:rsidTr="00D420CD">
        <w:trPr>
          <w:jc w:val="center"/>
        </w:trPr>
        <w:tc>
          <w:tcPr>
            <w:tcW w:w="5760" w:type="dxa"/>
            <w:tcMar>
              <w:top w:w="80" w:type="dxa"/>
              <w:left w:w="80" w:type="dxa"/>
              <w:bottom w:w="80" w:type="dxa"/>
              <w:right w:w="80" w:type="dxa"/>
            </w:tcMar>
          </w:tcPr>
          <w:p w14:paraId="166AA729" w14:textId="77777777" w:rsidR="00EC7A70" w:rsidRDefault="00EC7A70" w:rsidP="00D420CD">
            <w:r>
              <w:rPr>
                <w:color w:val="000000"/>
                <w:sz w:val="18"/>
              </w:rPr>
              <w:t>Response Structure</w:t>
            </w:r>
            <w:r>
              <w:rPr>
                <w:rFonts w:ascii="Roboto Mono" w:hAnsi="Roboto Mono"/>
                <w:b/>
                <w:color w:val="000000"/>
                <w:sz w:val="16"/>
              </w:rPr>
              <w:br/>
              <w:t>BYOD_EN &lt; ON | OFF &gt;</w:t>
            </w:r>
          </w:p>
        </w:tc>
        <w:tc>
          <w:tcPr>
            <w:tcW w:w="3600" w:type="dxa"/>
            <w:vMerge/>
          </w:tcPr>
          <w:p w14:paraId="149B8EC3" w14:textId="77777777" w:rsidR="00EC7A70" w:rsidRDefault="00EC7A70" w:rsidP="00D420CD"/>
        </w:tc>
      </w:tr>
      <w:tr w:rsidR="00EC7A70" w14:paraId="7805A857" w14:textId="77777777" w:rsidTr="00D420CD">
        <w:trPr>
          <w:jc w:val="center"/>
        </w:trPr>
        <w:tc>
          <w:tcPr>
            <w:tcW w:w="5760" w:type="dxa"/>
            <w:tcMar>
              <w:top w:w="80" w:type="dxa"/>
              <w:left w:w="80" w:type="dxa"/>
              <w:bottom w:w="0" w:type="dxa"/>
              <w:right w:w="80" w:type="dxa"/>
            </w:tcMar>
          </w:tcPr>
          <w:p w14:paraId="2C9BB4D9" w14:textId="77777777" w:rsidR="00EC7A70" w:rsidRDefault="00EC7A70" w:rsidP="00D420CD">
            <w:r>
              <w:rPr>
                <w:color w:val="000000"/>
                <w:sz w:val="18"/>
              </w:rPr>
              <w:t>Command Example</w:t>
            </w:r>
          </w:p>
        </w:tc>
        <w:tc>
          <w:tcPr>
            <w:tcW w:w="3600" w:type="dxa"/>
            <w:vMerge/>
          </w:tcPr>
          <w:p w14:paraId="6C75A346" w14:textId="77777777" w:rsidR="00EC7A70" w:rsidRDefault="00EC7A70" w:rsidP="00D420CD"/>
        </w:tc>
      </w:tr>
      <w:tr w:rsidR="00EC7A70" w14:paraId="6E543B45" w14:textId="77777777" w:rsidTr="00D420CD">
        <w:trPr>
          <w:jc w:val="center"/>
        </w:trPr>
        <w:tc>
          <w:tcPr>
            <w:tcW w:w="5760" w:type="dxa"/>
            <w:shd w:val="clear" w:color="auto" w:fill="000000"/>
            <w:tcMar>
              <w:top w:w="0" w:type="dxa"/>
              <w:left w:w="80" w:type="dxa"/>
              <w:bottom w:w="80" w:type="dxa"/>
              <w:right w:w="80" w:type="dxa"/>
            </w:tcMar>
          </w:tcPr>
          <w:p w14:paraId="0C1811D0" w14:textId="77777777" w:rsidR="00EC7A70" w:rsidRDefault="00EC7A70" w:rsidP="00D420CD">
            <w:r>
              <w:rPr>
                <w:rFonts w:ascii="Roboto Mono" w:hAnsi="Roboto Mono"/>
                <w:b/>
                <w:color w:val="FFFFFF"/>
                <w:sz w:val="16"/>
              </w:rPr>
              <w:t>GET BYOD_EN</w:t>
            </w:r>
          </w:p>
        </w:tc>
        <w:tc>
          <w:tcPr>
            <w:tcW w:w="3600" w:type="dxa"/>
            <w:vMerge/>
          </w:tcPr>
          <w:p w14:paraId="127003F3" w14:textId="77777777" w:rsidR="00EC7A70" w:rsidRDefault="00EC7A70" w:rsidP="00D420CD"/>
        </w:tc>
      </w:tr>
      <w:tr w:rsidR="00EC7A70" w14:paraId="6D0E2CE1" w14:textId="77777777" w:rsidTr="00D420CD">
        <w:trPr>
          <w:jc w:val="center"/>
        </w:trPr>
        <w:tc>
          <w:tcPr>
            <w:tcW w:w="5760" w:type="dxa"/>
            <w:tcMar>
              <w:top w:w="80" w:type="dxa"/>
              <w:left w:w="80" w:type="dxa"/>
              <w:bottom w:w="0" w:type="dxa"/>
              <w:right w:w="80" w:type="dxa"/>
            </w:tcMar>
          </w:tcPr>
          <w:p w14:paraId="3072B689" w14:textId="77777777" w:rsidR="00EC7A70" w:rsidRDefault="00EC7A70" w:rsidP="00D420CD">
            <w:r>
              <w:rPr>
                <w:color w:val="000000"/>
                <w:sz w:val="18"/>
              </w:rPr>
              <w:t>Response Example</w:t>
            </w:r>
          </w:p>
        </w:tc>
        <w:tc>
          <w:tcPr>
            <w:tcW w:w="3600" w:type="dxa"/>
            <w:vMerge/>
          </w:tcPr>
          <w:p w14:paraId="3BD171F9" w14:textId="77777777" w:rsidR="00EC7A70" w:rsidRDefault="00EC7A70" w:rsidP="00D420CD"/>
        </w:tc>
      </w:tr>
      <w:tr w:rsidR="00EC7A70" w14:paraId="6BDF03C5" w14:textId="77777777" w:rsidTr="00D420CD">
        <w:trPr>
          <w:jc w:val="center"/>
        </w:trPr>
        <w:tc>
          <w:tcPr>
            <w:tcW w:w="5760" w:type="dxa"/>
            <w:shd w:val="clear" w:color="auto" w:fill="000000"/>
            <w:tcMar>
              <w:top w:w="0" w:type="dxa"/>
              <w:left w:w="80" w:type="dxa"/>
              <w:bottom w:w="80" w:type="dxa"/>
              <w:right w:w="80" w:type="dxa"/>
            </w:tcMar>
          </w:tcPr>
          <w:p w14:paraId="53DCA242" w14:textId="77777777" w:rsidR="00EC7A70" w:rsidRDefault="00EC7A70" w:rsidP="00D420CD">
            <w:r>
              <w:rPr>
                <w:rFonts w:ascii="Roboto Mono" w:hAnsi="Roboto Mono"/>
                <w:b/>
                <w:color w:val="FFFFFF"/>
                <w:sz w:val="16"/>
              </w:rPr>
              <w:t>BYOD_EN OFF</w:t>
            </w:r>
          </w:p>
        </w:tc>
        <w:tc>
          <w:tcPr>
            <w:tcW w:w="3600" w:type="dxa"/>
            <w:vMerge/>
          </w:tcPr>
          <w:p w14:paraId="524994D1" w14:textId="77777777" w:rsidR="00EC7A70" w:rsidRDefault="00EC7A70" w:rsidP="00D420CD"/>
        </w:tc>
      </w:tr>
      <w:tr w:rsidR="00EC7A70" w14:paraId="598EF2A5" w14:textId="77777777" w:rsidTr="00D420CD">
        <w:trPr>
          <w:jc w:val="center"/>
        </w:trPr>
        <w:tc>
          <w:tcPr>
            <w:tcW w:w="9360" w:type="dxa"/>
            <w:gridSpan w:val="2"/>
            <w:shd w:val="clear" w:color="auto" w:fill="E0F6EC"/>
            <w:tcMar>
              <w:top w:w="80" w:type="dxa"/>
              <w:left w:w="80" w:type="dxa"/>
              <w:bottom w:w="80" w:type="dxa"/>
              <w:right w:w="80" w:type="dxa"/>
            </w:tcMar>
          </w:tcPr>
          <w:p w14:paraId="65A08158" w14:textId="77777777" w:rsidR="00EC7A70" w:rsidRDefault="00EC7A70" w:rsidP="00D420CD">
            <w:r>
              <w:rPr>
                <w:color w:val="000000"/>
                <w:sz w:val="16"/>
              </w:rPr>
              <w:t xml:space="preserve">Additional Notes: </w:t>
            </w:r>
          </w:p>
        </w:tc>
      </w:tr>
    </w:tbl>
    <w:p w14:paraId="5BFF9070" w14:textId="77777777" w:rsidR="00EC7A70" w:rsidRDefault="00EC7A70" w:rsidP="00EC7A70"/>
    <w:p w14:paraId="7654F31F" w14:textId="77777777" w:rsidR="00EC7A70" w:rsidRDefault="00EC7A70" w:rsidP="00EC7A70">
      <w:pPr>
        <w:pStyle w:val="Heading2"/>
      </w:pPr>
      <w:bookmarkStart w:id="117" w:name="_Toc218512878"/>
      <w:r>
        <w:rPr>
          <w:rFonts w:ascii="Roboto" w:hAnsi="Roboto"/>
          <w:color w:val="000000"/>
          <w:sz w:val="28"/>
        </w:rPr>
        <w:t>6.22 Set BYOD Access Code</w:t>
      </w:r>
      <w:bookmarkEnd w:id="117"/>
    </w:p>
    <w:p w14:paraId="33FFF5AE" w14:textId="77777777" w:rsidR="00EC7A70" w:rsidRDefault="00EC7A70" w:rsidP="00EC7A70">
      <w:r>
        <w:rPr>
          <w:rFonts w:ascii="Roboto" w:hAnsi="Roboto"/>
          <w:sz w:val="18"/>
        </w:rPr>
        <w:br/>
        <w:t xml:space="preserve">When using Miracast or </w:t>
      </w:r>
      <w:proofErr w:type="spellStart"/>
      <w:r>
        <w:rPr>
          <w:rFonts w:ascii="Roboto" w:hAnsi="Roboto"/>
          <w:sz w:val="18"/>
        </w:rPr>
        <w:t>AirPlay</w:t>
      </w:r>
      <w:proofErr w:type="spellEnd"/>
      <w:r>
        <w:rPr>
          <w:rFonts w:ascii="Roboto" w:hAnsi="Roboto"/>
          <w:sz w:val="18"/>
        </w:rPr>
        <w:t xml:space="preserve"> for screen casting, you can require users to enter an access code to prevent interference.</w:t>
      </w:r>
      <w:r>
        <w:rPr>
          <w:rFonts w:ascii="Roboto" w:hAnsi="Roboto"/>
          <w:sz w:val="18"/>
        </w:rPr>
        <w:br/>
        <w:t>This API controls that feature.</w:t>
      </w:r>
    </w:p>
    <w:tbl>
      <w:tblPr>
        <w:tblStyle w:val="luka"/>
        <w:tblW w:w="0" w:type="auto"/>
        <w:jc w:val="center"/>
        <w:tblLook w:val="04A0" w:firstRow="1" w:lastRow="0" w:firstColumn="1" w:lastColumn="0" w:noHBand="0" w:noVBand="1"/>
      </w:tblPr>
      <w:tblGrid>
        <w:gridCol w:w="5760"/>
        <w:gridCol w:w="3600"/>
      </w:tblGrid>
      <w:tr w:rsidR="00EC7A70" w14:paraId="37362ECC" w14:textId="77777777" w:rsidTr="00D420CD">
        <w:trPr>
          <w:jc w:val="center"/>
        </w:trPr>
        <w:tc>
          <w:tcPr>
            <w:tcW w:w="5760" w:type="dxa"/>
            <w:tcMar>
              <w:top w:w="80" w:type="dxa"/>
              <w:left w:w="80" w:type="dxa"/>
              <w:bottom w:w="80" w:type="dxa"/>
              <w:right w:w="80" w:type="dxa"/>
            </w:tcMar>
          </w:tcPr>
          <w:p w14:paraId="7D80F324" w14:textId="77777777" w:rsidR="00EC7A70" w:rsidRDefault="00EC7A70" w:rsidP="00D420CD">
            <w:r>
              <w:rPr>
                <w:color w:val="000000"/>
                <w:sz w:val="18"/>
              </w:rPr>
              <w:t>Command Structure</w:t>
            </w:r>
            <w:r>
              <w:rPr>
                <w:rFonts w:ascii="Roboto Mono" w:hAnsi="Roboto Mono"/>
                <w:b/>
                <w:color w:val="000000"/>
                <w:sz w:val="16"/>
              </w:rPr>
              <w:br/>
              <w:t xml:space="preserve">SET BYOD_ACCESS_CODE &lt; </w:t>
            </w:r>
            <w:proofErr w:type="spellStart"/>
            <w:r>
              <w:rPr>
                <w:rFonts w:ascii="Roboto Mono" w:hAnsi="Roboto Mono"/>
                <w:b/>
                <w:color w:val="000000"/>
                <w:sz w:val="16"/>
              </w:rPr>
              <w:t>AccessCode</w:t>
            </w:r>
            <w:proofErr w:type="spellEnd"/>
            <w:r>
              <w:rPr>
                <w:rFonts w:ascii="Roboto Mono" w:hAnsi="Roboto Mono"/>
                <w:b/>
                <w:color w:val="000000"/>
                <w:sz w:val="16"/>
              </w:rPr>
              <w:t xml:space="preserve"> | AUTO | NONE &gt;</w:t>
            </w:r>
          </w:p>
        </w:tc>
        <w:tc>
          <w:tcPr>
            <w:tcW w:w="3600" w:type="dxa"/>
            <w:vMerge w:val="restart"/>
            <w:shd w:val="clear" w:color="auto" w:fill="F2F2F2"/>
            <w:tcMar>
              <w:top w:w="80" w:type="dxa"/>
              <w:left w:w="80" w:type="dxa"/>
              <w:bottom w:w="80" w:type="dxa"/>
              <w:right w:w="80" w:type="dxa"/>
            </w:tcMar>
          </w:tcPr>
          <w:p w14:paraId="56FCB199" w14:textId="77777777" w:rsidR="00EC7A70" w:rsidRDefault="00EC7A70" w:rsidP="00D420CD">
            <w:r>
              <w:rPr>
                <w:color w:val="000000"/>
                <w:sz w:val="16"/>
              </w:rPr>
              <w:t>Parameters:</w:t>
            </w:r>
            <w:r>
              <w:rPr>
                <w:color w:val="000000"/>
                <w:sz w:val="16"/>
              </w:rPr>
              <w:br/>
            </w:r>
            <w:proofErr w:type="spellStart"/>
            <w:r>
              <w:rPr>
                <w:color w:val="000000"/>
                <w:sz w:val="16"/>
              </w:rPr>
              <w:t>AccessCode</w:t>
            </w:r>
            <w:proofErr w:type="spellEnd"/>
            <w:r>
              <w:rPr>
                <w:color w:val="000000"/>
                <w:sz w:val="16"/>
              </w:rPr>
              <w:t xml:space="preserve"> = Access code; must be 4 digits</w:t>
            </w:r>
            <w:r>
              <w:rPr>
                <w:color w:val="000000"/>
                <w:sz w:val="16"/>
              </w:rPr>
              <w:br/>
              <w:t>AUTO = Automatically generate an access code that changes dynamically</w:t>
            </w:r>
            <w:r>
              <w:rPr>
                <w:color w:val="000000"/>
                <w:sz w:val="16"/>
              </w:rPr>
              <w:br/>
              <w:t>NONE = No access code</w:t>
            </w:r>
          </w:p>
        </w:tc>
      </w:tr>
      <w:tr w:rsidR="00EC7A70" w14:paraId="18224916" w14:textId="77777777" w:rsidTr="00D420CD">
        <w:trPr>
          <w:jc w:val="center"/>
        </w:trPr>
        <w:tc>
          <w:tcPr>
            <w:tcW w:w="5760" w:type="dxa"/>
            <w:tcMar>
              <w:top w:w="80" w:type="dxa"/>
              <w:left w:w="80" w:type="dxa"/>
              <w:bottom w:w="80" w:type="dxa"/>
              <w:right w:w="80" w:type="dxa"/>
            </w:tcMar>
          </w:tcPr>
          <w:p w14:paraId="34AE1762" w14:textId="77777777" w:rsidR="00EC7A70" w:rsidRDefault="00EC7A70" w:rsidP="00D420CD">
            <w:r>
              <w:rPr>
                <w:color w:val="000000"/>
                <w:sz w:val="18"/>
              </w:rPr>
              <w:t>Response Structure</w:t>
            </w:r>
            <w:r>
              <w:rPr>
                <w:rFonts w:ascii="Roboto Mono" w:hAnsi="Roboto Mono"/>
                <w:b/>
                <w:color w:val="000000"/>
                <w:sz w:val="16"/>
              </w:rPr>
              <w:br/>
              <w:t xml:space="preserve">BYOD_ACCESS_CODE &lt; </w:t>
            </w:r>
            <w:proofErr w:type="spellStart"/>
            <w:r>
              <w:rPr>
                <w:rFonts w:ascii="Roboto Mono" w:hAnsi="Roboto Mono"/>
                <w:b/>
                <w:color w:val="000000"/>
                <w:sz w:val="16"/>
              </w:rPr>
              <w:t>AccessCode</w:t>
            </w:r>
            <w:proofErr w:type="spellEnd"/>
            <w:r>
              <w:rPr>
                <w:rFonts w:ascii="Roboto Mono" w:hAnsi="Roboto Mono"/>
                <w:b/>
                <w:color w:val="000000"/>
                <w:sz w:val="16"/>
              </w:rPr>
              <w:t xml:space="preserve"> | AUTO | NONE &gt;</w:t>
            </w:r>
          </w:p>
        </w:tc>
        <w:tc>
          <w:tcPr>
            <w:tcW w:w="3600" w:type="dxa"/>
            <w:vMerge/>
          </w:tcPr>
          <w:p w14:paraId="15C3EB30" w14:textId="77777777" w:rsidR="00EC7A70" w:rsidRDefault="00EC7A70" w:rsidP="00D420CD"/>
        </w:tc>
      </w:tr>
      <w:tr w:rsidR="00EC7A70" w14:paraId="6956FD4F" w14:textId="77777777" w:rsidTr="00D420CD">
        <w:trPr>
          <w:jc w:val="center"/>
        </w:trPr>
        <w:tc>
          <w:tcPr>
            <w:tcW w:w="5760" w:type="dxa"/>
            <w:tcMar>
              <w:top w:w="80" w:type="dxa"/>
              <w:left w:w="80" w:type="dxa"/>
              <w:bottom w:w="0" w:type="dxa"/>
              <w:right w:w="80" w:type="dxa"/>
            </w:tcMar>
          </w:tcPr>
          <w:p w14:paraId="765A90C1" w14:textId="77777777" w:rsidR="00EC7A70" w:rsidRDefault="00EC7A70" w:rsidP="00D420CD">
            <w:r>
              <w:rPr>
                <w:color w:val="000000"/>
                <w:sz w:val="18"/>
              </w:rPr>
              <w:t>Command Example</w:t>
            </w:r>
          </w:p>
        </w:tc>
        <w:tc>
          <w:tcPr>
            <w:tcW w:w="3600" w:type="dxa"/>
            <w:vMerge/>
          </w:tcPr>
          <w:p w14:paraId="0B702C0F" w14:textId="77777777" w:rsidR="00EC7A70" w:rsidRDefault="00EC7A70" w:rsidP="00D420CD"/>
        </w:tc>
      </w:tr>
      <w:tr w:rsidR="00EC7A70" w14:paraId="521C3529" w14:textId="77777777" w:rsidTr="00D420CD">
        <w:trPr>
          <w:jc w:val="center"/>
        </w:trPr>
        <w:tc>
          <w:tcPr>
            <w:tcW w:w="5760" w:type="dxa"/>
            <w:shd w:val="clear" w:color="auto" w:fill="000000"/>
            <w:tcMar>
              <w:top w:w="0" w:type="dxa"/>
              <w:left w:w="80" w:type="dxa"/>
              <w:bottom w:w="80" w:type="dxa"/>
              <w:right w:w="80" w:type="dxa"/>
            </w:tcMar>
          </w:tcPr>
          <w:p w14:paraId="4940B2F0" w14:textId="77777777" w:rsidR="00EC7A70" w:rsidRDefault="00EC7A70" w:rsidP="00D420CD">
            <w:r>
              <w:rPr>
                <w:rFonts w:ascii="Roboto Mono" w:hAnsi="Roboto Mono"/>
                <w:b/>
                <w:color w:val="FFFFFF"/>
                <w:sz w:val="16"/>
              </w:rPr>
              <w:t>SET BYOD_ACCESS_CODE 1234</w:t>
            </w:r>
          </w:p>
        </w:tc>
        <w:tc>
          <w:tcPr>
            <w:tcW w:w="3600" w:type="dxa"/>
            <w:vMerge/>
          </w:tcPr>
          <w:p w14:paraId="521D88F6" w14:textId="77777777" w:rsidR="00EC7A70" w:rsidRDefault="00EC7A70" w:rsidP="00D420CD"/>
        </w:tc>
      </w:tr>
      <w:tr w:rsidR="00EC7A70" w14:paraId="64220B0B" w14:textId="77777777" w:rsidTr="00D420CD">
        <w:trPr>
          <w:jc w:val="center"/>
        </w:trPr>
        <w:tc>
          <w:tcPr>
            <w:tcW w:w="5760" w:type="dxa"/>
            <w:tcMar>
              <w:top w:w="80" w:type="dxa"/>
              <w:left w:w="80" w:type="dxa"/>
              <w:bottom w:w="0" w:type="dxa"/>
              <w:right w:w="80" w:type="dxa"/>
            </w:tcMar>
          </w:tcPr>
          <w:p w14:paraId="1F304009" w14:textId="77777777" w:rsidR="00EC7A70" w:rsidRDefault="00EC7A70" w:rsidP="00D420CD">
            <w:r>
              <w:rPr>
                <w:color w:val="000000"/>
                <w:sz w:val="18"/>
              </w:rPr>
              <w:t>Response Example</w:t>
            </w:r>
          </w:p>
        </w:tc>
        <w:tc>
          <w:tcPr>
            <w:tcW w:w="3600" w:type="dxa"/>
            <w:vMerge/>
          </w:tcPr>
          <w:p w14:paraId="19156074" w14:textId="77777777" w:rsidR="00EC7A70" w:rsidRDefault="00EC7A70" w:rsidP="00D420CD"/>
        </w:tc>
      </w:tr>
      <w:tr w:rsidR="00EC7A70" w14:paraId="5B3611AD" w14:textId="77777777" w:rsidTr="00D420CD">
        <w:trPr>
          <w:jc w:val="center"/>
        </w:trPr>
        <w:tc>
          <w:tcPr>
            <w:tcW w:w="5760" w:type="dxa"/>
            <w:shd w:val="clear" w:color="auto" w:fill="000000"/>
            <w:tcMar>
              <w:top w:w="0" w:type="dxa"/>
              <w:left w:w="80" w:type="dxa"/>
              <w:bottom w:w="80" w:type="dxa"/>
              <w:right w:w="80" w:type="dxa"/>
            </w:tcMar>
          </w:tcPr>
          <w:p w14:paraId="090E9B16" w14:textId="77777777" w:rsidR="00EC7A70" w:rsidRDefault="00EC7A70" w:rsidP="00D420CD">
            <w:r>
              <w:rPr>
                <w:rFonts w:ascii="Roboto Mono" w:hAnsi="Roboto Mono"/>
                <w:b/>
                <w:color w:val="FFFFFF"/>
                <w:sz w:val="16"/>
              </w:rPr>
              <w:t>BYOD_ACCESS_CODE 1234</w:t>
            </w:r>
          </w:p>
        </w:tc>
        <w:tc>
          <w:tcPr>
            <w:tcW w:w="3600" w:type="dxa"/>
            <w:vMerge/>
          </w:tcPr>
          <w:p w14:paraId="106058A9" w14:textId="77777777" w:rsidR="00EC7A70" w:rsidRDefault="00EC7A70" w:rsidP="00D420CD"/>
        </w:tc>
      </w:tr>
      <w:tr w:rsidR="00EC7A70" w14:paraId="72CF1F84" w14:textId="77777777" w:rsidTr="00D420CD">
        <w:trPr>
          <w:jc w:val="center"/>
        </w:trPr>
        <w:tc>
          <w:tcPr>
            <w:tcW w:w="9360" w:type="dxa"/>
            <w:gridSpan w:val="2"/>
            <w:shd w:val="clear" w:color="auto" w:fill="E0F6EC"/>
            <w:tcMar>
              <w:top w:w="80" w:type="dxa"/>
              <w:left w:w="80" w:type="dxa"/>
              <w:bottom w:w="80" w:type="dxa"/>
              <w:right w:w="80" w:type="dxa"/>
            </w:tcMar>
          </w:tcPr>
          <w:p w14:paraId="44510239" w14:textId="77777777" w:rsidR="00EC7A70" w:rsidRDefault="00EC7A70" w:rsidP="00D420CD">
            <w:r>
              <w:rPr>
                <w:color w:val="000000"/>
                <w:sz w:val="16"/>
              </w:rPr>
              <w:t>Additional Notes: Default: NONE</w:t>
            </w:r>
          </w:p>
        </w:tc>
      </w:tr>
    </w:tbl>
    <w:p w14:paraId="04084574" w14:textId="77777777" w:rsidR="00EC7A70" w:rsidRDefault="00EC7A70" w:rsidP="00EC7A70">
      <w:pPr>
        <w:pStyle w:val="Heading2"/>
      </w:pPr>
      <w:bookmarkStart w:id="118" w:name="_Toc218512879"/>
      <w:r>
        <w:rPr>
          <w:rFonts w:ascii="Roboto" w:hAnsi="Roboto"/>
          <w:color w:val="000000"/>
          <w:sz w:val="28"/>
        </w:rPr>
        <w:lastRenderedPageBreak/>
        <w:t>6.23 Get BYOD Access Code</w:t>
      </w:r>
      <w:bookmarkEnd w:id="118"/>
    </w:p>
    <w:p w14:paraId="4C5D26D7"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60495D4B" w14:textId="77777777" w:rsidTr="00D420CD">
        <w:trPr>
          <w:jc w:val="center"/>
        </w:trPr>
        <w:tc>
          <w:tcPr>
            <w:tcW w:w="5760" w:type="dxa"/>
            <w:tcMar>
              <w:top w:w="80" w:type="dxa"/>
              <w:left w:w="80" w:type="dxa"/>
              <w:bottom w:w="80" w:type="dxa"/>
              <w:right w:w="80" w:type="dxa"/>
            </w:tcMar>
          </w:tcPr>
          <w:p w14:paraId="2CA7ECAF" w14:textId="77777777" w:rsidR="00EC7A70" w:rsidRDefault="00EC7A70" w:rsidP="00D420CD">
            <w:r>
              <w:rPr>
                <w:color w:val="000000"/>
                <w:sz w:val="18"/>
              </w:rPr>
              <w:t>Command Structure</w:t>
            </w:r>
            <w:r>
              <w:rPr>
                <w:rFonts w:ascii="Roboto Mono" w:hAnsi="Roboto Mono"/>
                <w:b/>
                <w:color w:val="000000"/>
                <w:sz w:val="16"/>
              </w:rPr>
              <w:br/>
              <w:t>GET BYOD_ACCESS_CODE</w:t>
            </w:r>
          </w:p>
        </w:tc>
        <w:tc>
          <w:tcPr>
            <w:tcW w:w="3600" w:type="dxa"/>
            <w:vMerge w:val="restart"/>
            <w:shd w:val="clear" w:color="auto" w:fill="F2F2F2"/>
            <w:tcMar>
              <w:top w:w="80" w:type="dxa"/>
              <w:left w:w="80" w:type="dxa"/>
              <w:bottom w:w="80" w:type="dxa"/>
              <w:right w:w="80" w:type="dxa"/>
            </w:tcMar>
          </w:tcPr>
          <w:p w14:paraId="412FC29A" w14:textId="77777777" w:rsidR="00EC7A70" w:rsidRDefault="00EC7A70" w:rsidP="00D420CD">
            <w:r>
              <w:rPr>
                <w:color w:val="000000"/>
                <w:sz w:val="16"/>
              </w:rPr>
              <w:t>Parameters:</w:t>
            </w:r>
            <w:r>
              <w:rPr>
                <w:color w:val="000000"/>
                <w:sz w:val="16"/>
              </w:rPr>
              <w:br/>
              <w:t>Optional parameter AUTO indicates the current access code is dynamically generated.</w:t>
            </w:r>
          </w:p>
        </w:tc>
      </w:tr>
      <w:tr w:rsidR="00EC7A70" w14:paraId="39A06E37" w14:textId="77777777" w:rsidTr="00D420CD">
        <w:trPr>
          <w:jc w:val="center"/>
        </w:trPr>
        <w:tc>
          <w:tcPr>
            <w:tcW w:w="5760" w:type="dxa"/>
            <w:tcMar>
              <w:top w:w="80" w:type="dxa"/>
              <w:left w:w="80" w:type="dxa"/>
              <w:bottom w:w="80" w:type="dxa"/>
              <w:right w:w="80" w:type="dxa"/>
            </w:tcMar>
          </w:tcPr>
          <w:p w14:paraId="798CEDCB" w14:textId="77777777" w:rsidR="00EC7A70" w:rsidRDefault="00EC7A70" w:rsidP="00D420CD">
            <w:r>
              <w:rPr>
                <w:color w:val="000000"/>
                <w:sz w:val="18"/>
              </w:rPr>
              <w:t>Response Structure</w:t>
            </w:r>
            <w:r>
              <w:rPr>
                <w:rFonts w:ascii="Roboto Mono" w:hAnsi="Roboto Mono"/>
                <w:b/>
                <w:color w:val="000000"/>
                <w:sz w:val="16"/>
              </w:rPr>
              <w:br/>
              <w:t>BYOD_ACCESS_CODE NONE</w:t>
            </w:r>
            <w:r>
              <w:rPr>
                <w:rFonts w:ascii="Roboto Mono" w:hAnsi="Roboto Mono"/>
                <w:b/>
                <w:color w:val="000000"/>
                <w:sz w:val="16"/>
              </w:rPr>
              <w:br/>
            </w:r>
            <w:r>
              <w:rPr>
                <w:rFonts w:ascii="Roboto Mono" w:hAnsi="Roboto Mono"/>
                <w:b/>
                <w:color w:val="000000"/>
                <w:sz w:val="16"/>
              </w:rPr>
              <w:t>或</w:t>
            </w:r>
            <w:r>
              <w:rPr>
                <w:rFonts w:ascii="Roboto Mono" w:hAnsi="Roboto Mono"/>
                <w:b/>
                <w:color w:val="000000"/>
                <w:sz w:val="16"/>
              </w:rPr>
              <w:br/>
              <w:t xml:space="preserve">BYOD_ACCESS_CODE &lt; </w:t>
            </w:r>
            <w:proofErr w:type="spellStart"/>
            <w:r>
              <w:rPr>
                <w:rFonts w:ascii="Roboto Mono" w:hAnsi="Roboto Mono"/>
                <w:b/>
                <w:color w:val="000000"/>
                <w:sz w:val="16"/>
              </w:rPr>
              <w:t>AccessCode</w:t>
            </w:r>
            <w:proofErr w:type="spellEnd"/>
            <w:r>
              <w:rPr>
                <w:rFonts w:ascii="Roboto Mono" w:hAnsi="Roboto Mono"/>
                <w:b/>
                <w:color w:val="000000"/>
                <w:sz w:val="16"/>
              </w:rPr>
              <w:t xml:space="preserve"> &gt; [ </w:t>
            </w:r>
            <w:proofErr w:type="gramStart"/>
            <w:r>
              <w:rPr>
                <w:rFonts w:ascii="Roboto Mono" w:hAnsi="Roboto Mono"/>
                <w:b/>
                <w:color w:val="000000"/>
                <w:sz w:val="16"/>
              </w:rPr>
              <w:t>AUTO ]</w:t>
            </w:r>
            <w:proofErr w:type="gramEnd"/>
          </w:p>
        </w:tc>
        <w:tc>
          <w:tcPr>
            <w:tcW w:w="3600" w:type="dxa"/>
            <w:vMerge/>
          </w:tcPr>
          <w:p w14:paraId="2E8B8600" w14:textId="77777777" w:rsidR="00EC7A70" w:rsidRDefault="00EC7A70" w:rsidP="00D420CD"/>
        </w:tc>
      </w:tr>
      <w:tr w:rsidR="00EC7A70" w14:paraId="02B1B575" w14:textId="77777777" w:rsidTr="00D420CD">
        <w:trPr>
          <w:jc w:val="center"/>
        </w:trPr>
        <w:tc>
          <w:tcPr>
            <w:tcW w:w="5760" w:type="dxa"/>
            <w:tcMar>
              <w:top w:w="80" w:type="dxa"/>
              <w:left w:w="80" w:type="dxa"/>
              <w:bottom w:w="0" w:type="dxa"/>
              <w:right w:w="80" w:type="dxa"/>
            </w:tcMar>
          </w:tcPr>
          <w:p w14:paraId="5AB10101" w14:textId="77777777" w:rsidR="00EC7A70" w:rsidRDefault="00EC7A70" w:rsidP="00D420CD">
            <w:r>
              <w:rPr>
                <w:color w:val="000000"/>
                <w:sz w:val="18"/>
              </w:rPr>
              <w:t>Command Example</w:t>
            </w:r>
          </w:p>
        </w:tc>
        <w:tc>
          <w:tcPr>
            <w:tcW w:w="3600" w:type="dxa"/>
            <w:vMerge/>
          </w:tcPr>
          <w:p w14:paraId="53807913" w14:textId="77777777" w:rsidR="00EC7A70" w:rsidRDefault="00EC7A70" w:rsidP="00D420CD"/>
        </w:tc>
      </w:tr>
      <w:tr w:rsidR="00EC7A70" w14:paraId="33D95E7F" w14:textId="77777777" w:rsidTr="00D420CD">
        <w:trPr>
          <w:jc w:val="center"/>
        </w:trPr>
        <w:tc>
          <w:tcPr>
            <w:tcW w:w="5760" w:type="dxa"/>
            <w:shd w:val="clear" w:color="auto" w:fill="000000"/>
            <w:tcMar>
              <w:top w:w="0" w:type="dxa"/>
              <w:left w:w="80" w:type="dxa"/>
              <w:bottom w:w="80" w:type="dxa"/>
              <w:right w:w="80" w:type="dxa"/>
            </w:tcMar>
          </w:tcPr>
          <w:p w14:paraId="768AFE07" w14:textId="77777777" w:rsidR="00EC7A70" w:rsidRDefault="00EC7A70" w:rsidP="00D420CD">
            <w:r>
              <w:rPr>
                <w:rFonts w:ascii="Roboto Mono" w:hAnsi="Roboto Mono"/>
                <w:b/>
                <w:color w:val="FFFFFF"/>
                <w:sz w:val="16"/>
              </w:rPr>
              <w:t>GET BYOD_ACCESS_CODE</w:t>
            </w:r>
          </w:p>
        </w:tc>
        <w:tc>
          <w:tcPr>
            <w:tcW w:w="3600" w:type="dxa"/>
            <w:vMerge/>
          </w:tcPr>
          <w:p w14:paraId="4D40390C" w14:textId="77777777" w:rsidR="00EC7A70" w:rsidRDefault="00EC7A70" w:rsidP="00D420CD"/>
        </w:tc>
      </w:tr>
      <w:tr w:rsidR="00EC7A70" w14:paraId="48D2A485" w14:textId="77777777" w:rsidTr="00D420CD">
        <w:trPr>
          <w:jc w:val="center"/>
        </w:trPr>
        <w:tc>
          <w:tcPr>
            <w:tcW w:w="5760" w:type="dxa"/>
            <w:tcMar>
              <w:top w:w="80" w:type="dxa"/>
              <w:left w:w="80" w:type="dxa"/>
              <w:bottom w:w="0" w:type="dxa"/>
              <w:right w:w="80" w:type="dxa"/>
            </w:tcMar>
          </w:tcPr>
          <w:p w14:paraId="350AFF83" w14:textId="77777777" w:rsidR="00EC7A70" w:rsidRDefault="00EC7A70" w:rsidP="00D420CD">
            <w:r>
              <w:rPr>
                <w:color w:val="000000"/>
                <w:sz w:val="18"/>
              </w:rPr>
              <w:t>Response Example</w:t>
            </w:r>
          </w:p>
        </w:tc>
        <w:tc>
          <w:tcPr>
            <w:tcW w:w="3600" w:type="dxa"/>
            <w:vMerge/>
          </w:tcPr>
          <w:p w14:paraId="01F9021C" w14:textId="77777777" w:rsidR="00EC7A70" w:rsidRDefault="00EC7A70" w:rsidP="00D420CD"/>
        </w:tc>
      </w:tr>
      <w:tr w:rsidR="00EC7A70" w14:paraId="06A8DF53" w14:textId="77777777" w:rsidTr="00D420CD">
        <w:trPr>
          <w:jc w:val="center"/>
        </w:trPr>
        <w:tc>
          <w:tcPr>
            <w:tcW w:w="5760" w:type="dxa"/>
            <w:shd w:val="clear" w:color="auto" w:fill="000000"/>
            <w:tcMar>
              <w:top w:w="0" w:type="dxa"/>
              <w:left w:w="80" w:type="dxa"/>
              <w:bottom w:w="80" w:type="dxa"/>
              <w:right w:w="80" w:type="dxa"/>
            </w:tcMar>
          </w:tcPr>
          <w:p w14:paraId="53FE4C92" w14:textId="77777777" w:rsidR="00EC7A70" w:rsidRDefault="00EC7A70" w:rsidP="00D420CD">
            <w:r>
              <w:rPr>
                <w:rFonts w:ascii="Roboto Mono" w:hAnsi="Roboto Mono"/>
                <w:b/>
                <w:color w:val="FFFFFF"/>
                <w:sz w:val="16"/>
              </w:rPr>
              <w:t>BYOD_ACCESS_CODE 1234 AUTO</w:t>
            </w:r>
          </w:p>
        </w:tc>
        <w:tc>
          <w:tcPr>
            <w:tcW w:w="3600" w:type="dxa"/>
            <w:vMerge/>
          </w:tcPr>
          <w:p w14:paraId="5DCC6E1B" w14:textId="77777777" w:rsidR="00EC7A70" w:rsidRDefault="00EC7A70" w:rsidP="00D420CD"/>
        </w:tc>
      </w:tr>
      <w:tr w:rsidR="00EC7A70" w14:paraId="74E6D4D9" w14:textId="77777777" w:rsidTr="00D420CD">
        <w:trPr>
          <w:jc w:val="center"/>
        </w:trPr>
        <w:tc>
          <w:tcPr>
            <w:tcW w:w="9360" w:type="dxa"/>
            <w:gridSpan w:val="2"/>
            <w:shd w:val="clear" w:color="auto" w:fill="E0F6EC"/>
            <w:tcMar>
              <w:top w:w="80" w:type="dxa"/>
              <w:left w:w="80" w:type="dxa"/>
              <w:bottom w:w="80" w:type="dxa"/>
              <w:right w:w="80" w:type="dxa"/>
            </w:tcMar>
          </w:tcPr>
          <w:p w14:paraId="178C1AA4" w14:textId="77777777" w:rsidR="00EC7A70" w:rsidRDefault="00EC7A70" w:rsidP="00D420CD">
            <w:r>
              <w:rPr>
                <w:color w:val="000000"/>
                <w:sz w:val="16"/>
              </w:rPr>
              <w:t xml:space="preserve">Additional Notes: </w:t>
            </w:r>
          </w:p>
        </w:tc>
      </w:tr>
    </w:tbl>
    <w:p w14:paraId="56808FC7" w14:textId="77777777" w:rsidR="00EC7A70" w:rsidRDefault="00EC7A70" w:rsidP="00EC7A70"/>
    <w:p w14:paraId="1D18A461" w14:textId="77777777" w:rsidR="00EC7A70" w:rsidRDefault="00EC7A70" w:rsidP="00EC7A70">
      <w:pPr>
        <w:pStyle w:val="Heading2"/>
      </w:pPr>
      <w:bookmarkStart w:id="119" w:name="_Toc218512880"/>
      <w:r>
        <w:rPr>
          <w:rFonts w:ascii="Roboto" w:hAnsi="Roboto"/>
          <w:color w:val="000000"/>
          <w:sz w:val="28"/>
        </w:rPr>
        <w:t>6.24 Set SSID Broadcast</w:t>
      </w:r>
      <w:bookmarkEnd w:id="119"/>
    </w:p>
    <w:p w14:paraId="5566E3F8" w14:textId="77777777" w:rsidR="00EC7A70" w:rsidRDefault="00EC7A70" w:rsidP="00EC7A70">
      <w:r>
        <w:rPr>
          <w:rFonts w:ascii="Roboto" w:hAnsi="Roboto"/>
          <w:sz w:val="18"/>
        </w:rPr>
        <w:br/>
        <w:t>By default, a soft AP periodically broadcasts packets that include its SSID. Disabling this feature can improve security to some extent. This API is used to control that behavior.</w:t>
      </w:r>
    </w:p>
    <w:tbl>
      <w:tblPr>
        <w:tblStyle w:val="luka"/>
        <w:tblW w:w="0" w:type="auto"/>
        <w:jc w:val="center"/>
        <w:tblLook w:val="04A0" w:firstRow="1" w:lastRow="0" w:firstColumn="1" w:lastColumn="0" w:noHBand="0" w:noVBand="1"/>
      </w:tblPr>
      <w:tblGrid>
        <w:gridCol w:w="5760"/>
        <w:gridCol w:w="3600"/>
      </w:tblGrid>
      <w:tr w:rsidR="00EC7A70" w14:paraId="3EAFCB49" w14:textId="77777777" w:rsidTr="00D420CD">
        <w:trPr>
          <w:jc w:val="center"/>
        </w:trPr>
        <w:tc>
          <w:tcPr>
            <w:tcW w:w="5760" w:type="dxa"/>
            <w:tcMar>
              <w:top w:w="80" w:type="dxa"/>
              <w:left w:w="80" w:type="dxa"/>
              <w:bottom w:w="80" w:type="dxa"/>
              <w:right w:w="80" w:type="dxa"/>
            </w:tcMar>
          </w:tcPr>
          <w:p w14:paraId="67448CEA" w14:textId="77777777" w:rsidR="00EC7A70" w:rsidRDefault="00EC7A70" w:rsidP="00D420CD">
            <w:r>
              <w:rPr>
                <w:color w:val="000000"/>
                <w:sz w:val="18"/>
              </w:rPr>
              <w:t>Command Structure</w:t>
            </w:r>
            <w:r>
              <w:rPr>
                <w:rFonts w:ascii="Roboto Mono" w:hAnsi="Roboto Mono"/>
                <w:b/>
                <w:color w:val="000000"/>
                <w:sz w:val="16"/>
              </w:rPr>
              <w:br/>
              <w:t>SET SSID_BROADCAST_FN &lt; ON | OFF &gt;</w:t>
            </w:r>
          </w:p>
        </w:tc>
        <w:tc>
          <w:tcPr>
            <w:tcW w:w="3600" w:type="dxa"/>
            <w:vMerge w:val="restart"/>
            <w:shd w:val="clear" w:color="auto" w:fill="F2F2F2"/>
            <w:tcMar>
              <w:top w:w="80" w:type="dxa"/>
              <w:left w:w="80" w:type="dxa"/>
              <w:bottom w:w="80" w:type="dxa"/>
              <w:right w:w="80" w:type="dxa"/>
            </w:tcMar>
          </w:tcPr>
          <w:p w14:paraId="4BDED575" w14:textId="77777777" w:rsidR="00EC7A70" w:rsidRDefault="00EC7A70" w:rsidP="00D420CD">
            <w:r>
              <w:rPr>
                <w:color w:val="000000"/>
                <w:sz w:val="16"/>
              </w:rPr>
              <w:t>Parameters:</w:t>
            </w:r>
            <w:r>
              <w:rPr>
                <w:color w:val="000000"/>
                <w:sz w:val="16"/>
              </w:rPr>
              <w:br/>
              <w:t>ON = SSID broadcasting enabled</w:t>
            </w:r>
          </w:p>
        </w:tc>
      </w:tr>
      <w:tr w:rsidR="00EC7A70" w14:paraId="5F5A01E3" w14:textId="77777777" w:rsidTr="00D420CD">
        <w:trPr>
          <w:jc w:val="center"/>
        </w:trPr>
        <w:tc>
          <w:tcPr>
            <w:tcW w:w="5760" w:type="dxa"/>
            <w:tcMar>
              <w:top w:w="80" w:type="dxa"/>
              <w:left w:w="80" w:type="dxa"/>
              <w:bottom w:w="80" w:type="dxa"/>
              <w:right w:w="80" w:type="dxa"/>
            </w:tcMar>
          </w:tcPr>
          <w:p w14:paraId="79168AEE" w14:textId="77777777" w:rsidR="00EC7A70" w:rsidRDefault="00EC7A70" w:rsidP="00D420CD">
            <w:r>
              <w:rPr>
                <w:color w:val="000000"/>
                <w:sz w:val="18"/>
              </w:rPr>
              <w:t>Response Structure</w:t>
            </w:r>
            <w:r>
              <w:rPr>
                <w:rFonts w:ascii="Roboto Mono" w:hAnsi="Roboto Mono"/>
                <w:b/>
                <w:color w:val="000000"/>
                <w:sz w:val="16"/>
              </w:rPr>
              <w:br/>
              <w:t>SSID_BROADCAST_FN &lt; ON | OFF &gt;</w:t>
            </w:r>
          </w:p>
        </w:tc>
        <w:tc>
          <w:tcPr>
            <w:tcW w:w="3600" w:type="dxa"/>
            <w:vMerge/>
          </w:tcPr>
          <w:p w14:paraId="70DCBD60" w14:textId="77777777" w:rsidR="00EC7A70" w:rsidRDefault="00EC7A70" w:rsidP="00D420CD"/>
        </w:tc>
      </w:tr>
      <w:tr w:rsidR="00EC7A70" w14:paraId="1E96E64F" w14:textId="77777777" w:rsidTr="00D420CD">
        <w:trPr>
          <w:jc w:val="center"/>
        </w:trPr>
        <w:tc>
          <w:tcPr>
            <w:tcW w:w="5760" w:type="dxa"/>
            <w:tcMar>
              <w:top w:w="80" w:type="dxa"/>
              <w:left w:w="80" w:type="dxa"/>
              <w:bottom w:w="0" w:type="dxa"/>
              <w:right w:w="80" w:type="dxa"/>
            </w:tcMar>
          </w:tcPr>
          <w:p w14:paraId="1B073E9A" w14:textId="77777777" w:rsidR="00EC7A70" w:rsidRDefault="00EC7A70" w:rsidP="00D420CD">
            <w:r>
              <w:rPr>
                <w:color w:val="000000"/>
                <w:sz w:val="18"/>
              </w:rPr>
              <w:t>Command Example</w:t>
            </w:r>
          </w:p>
        </w:tc>
        <w:tc>
          <w:tcPr>
            <w:tcW w:w="3600" w:type="dxa"/>
            <w:vMerge/>
          </w:tcPr>
          <w:p w14:paraId="7FF96B50" w14:textId="77777777" w:rsidR="00EC7A70" w:rsidRDefault="00EC7A70" w:rsidP="00D420CD"/>
        </w:tc>
      </w:tr>
      <w:tr w:rsidR="00EC7A70" w14:paraId="2F790DFE" w14:textId="77777777" w:rsidTr="00D420CD">
        <w:trPr>
          <w:jc w:val="center"/>
        </w:trPr>
        <w:tc>
          <w:tcPr>
            <w:tcW w:w="5760" w:type="dxa"/>
            <w:shd w:val="clear" w:color="auto" w:fill="000000"/>
            <w:tcMar>
              <w:top w:w="0" w:type="dxa"/>
              <w:left w:w="80" w:type="dxa"/>
              <w:bottom w:w="80" w:type="dxa"/>
              <w:right w:w="80" w:type="dxa"/>
            </w:tcMar>
          </w:tcPr>
          <w:p w14:paraId="1E0E1D1F" w14:textId="77777777" w:rsidR="00EC7A70" w:rsidRDefault="00EC7A70" w:rsidP="00D420CD">
            <w:r>
              <w:rPr>
                <w:rFonts w:ascii="Roboto Mono" w:hAnsi="Roboto Mono"/>
                <w:b/>
                <w:color w:val="FFFFFF"/>
                <w:sz w:val="16"/>
              </w:rPr>
              <w:t>SET SSID_BROADCAST_FN OFF</w:t>
            </w:r>
          </w:p>
        </w:tc>
        <w:tc>
          <w:tcPr>
            <w:tcW w:w="3600" w:type="dxa"/>
            <w:vMerge/>
          </w:tcPr>
          <w:p w14:paraId="1E7FFF7D" w14:textId="77777777" w:rsidR="00EC7A70" w:rsidRDefault="00EC7A70" w:rsidP="00D420CD"/>
        </w:tc>
      </w:tr>
      <w:tr w:rsidR="00EC7A70" w14:paraId="101CA27E" w14:textId="77777777" w:rsidTr="00D420CD">
        <w:trPr>
          <w:jc w:val="center"/>
        </w:trPr>
        <w:tc>
          <w:tcPr>
            <w:tcW w:w="5760" w:type="dxa"/>
            <w:tcMar>
              <w:top w:w="80" w:type="dxa"/>
              <w:left w:w="80" w:type="dxa"/>
              <w:bottom w:w="0" w:type="dxa"/>
              <w:right w:w="80" w:type="dxa"/>
            </w:tcMar>
          </w:tcPr>
          <w:p w14:paraId="521A89DC" w14:textId="77777777" w:rsidR="00EC7A70" w:rsidRDefault="00EC7A70" w:rsidP="00D420CD">
            <w:r>
              <w:rPr>
                <w:color w:val="000000"/>
                <w:sz w:val="18"/>
              </w:rPr>
              <w:t>Response Example</w:t>
            </w:r>
          </w:p>
        </w:tc>
        <w:tc>
          <w:tcPr>
            <w:tcW w:w="3600" w:type="dxa"/>
            <w:vMerge/>
          </w:tcPr>
          <w:p w14:paraId="5F27ACCA" w14:textId="77777777" w:rsidR="00EC7A70" w:rsidRDefault="00EC7A70" w:rsidP="00D420CD"/>
        </w:tc>
      </w:tr>
      <w:tr w:rsidR="00EC7A70" w14:paraId="5BE62F61" w14:textId="77777777" w:rsidTr="00D420CD">
        <w:trPr>
          <w:jc w:val="center"/>
        </w:trPr>
        <w:tc>
          <w:tcPr>
            <w:tcW w:w="5760" w:type="dxa"/>
            <w:shd w:val="clear" w:color="auto" w:fill="000000"/>
            <w:tcMar>
              <w:top w:w="0" w:type="dxa"/>
              <w:left w:w="80" w:type="dxa"/>
              <w:bottom w:w="80" w:type="dxa"/>
              <w:right w:w="80" w:type="dxa"/>
            </w:tcMar>
          </w:tcPr>
          <w:p w14:paraId="35927ED6" w14:textId="77777777" w:rsidR="00EC7A70" w:rsidRDefault="00EC7A70" w:rsidP="00D420CD">
            <w:r>
              <w:rPr>
                <w:rFonts w:ascii="Roboto Mono" w:hAnsi="Roboto Mono"/>
                <w:b/>
                <w:color w:val="FFFFFF"/>
                <w:sz w:val="16"/>
              </w:rPr>
              <w:t>SSID_BROADCAST_FN OFF</w:t>
            </w:r>
          </w:p>
        </w:tc>
        <w:tc>
          <w:tcPr>
            <w:tcW w:w="3600" w:type="dxa"/>
            <w:vMerge/>
          </w:tcPr>
          <w:p w14:paraId="5018A105" w14:textId="77777777" w:rsidR="00EC7A70" w:rsidRDefault="00EC7A70" w:rsidP="00D420CD"/>
        </w:tc>
      </w:tr>
      <w:tr w:rsidR="00EC7A70" w14:paraId="3252DEB3" w14:textId="77777777" w:rsidTr="00D420CD">
        <w:trPr>
          <w:jc w:val="center"/>
        </w:trPr>
        <w:tc>
          <w:tcPr>
            <w:tcW w:w="9360" w:type="dxa"/>
            <w:gridSpan w:val="2"/>
            <w:shd w:val="clear" w:color="auto" w:fill="E0F6EC"/>
            <w:tcMar>
              <w:top w:w="80" w:type="dxa"/>
              <w:left w:w="80" w:type="dxa"/>
              <w:bottom w:w="80" w:type="dxa"/>
              <w:right w:w="80" w:type="dxa"/>
            </w:tcMar>
          </w:tcPr>
          <w:p w14:paraId="28B49207" w14:textId="77777777" w:rsidR="00EC7A70" w:rsidRDefault="00EC7A70" w:rsidP="00D420CD">
            <w:r>
              <w:rPr>
                <w:color w:val="000000"/>
                <w:sz w:val="16"/>
              </w:rPr>
              <w:t>Additional Notes: Default: ON</w:t>
            </w:r>
          </w:p>
        </w:tc>
      </w:tr>
    </w:tbl>
    <w:p w14:paraId="30364FCC" w14:textId="77777777" w:rsidR="00EC7A70" w:rsidRDefault="00EC7A70" w:rsidP="00EC7A70"/>
    <w:p w14:paraId="2EA005A0" w14:textId="77777777" w:rsidR="00EC7A70" w:rsidRDefault="00EC7A70" w:rsidP="00EC7A70">
      <w:pPr>
        <w:pStyle w:val="Heading2"/>
      </w:pPr>
      <w:bookmarkStart w:id="120" w:name="_Toc218512881"/>
      <w:r>
        <w:rPr>
          <w:rFonts w:ascii="Roboto" w:hAnsi="Roboto"/>
          <w:color w:val="000000"/>
          <w:sz w:val="28"/>
        </w:rPr>
        <w:t>6.25 Get SSID Broadcast Switch Status</w:t>
      </w:r>
      <w:bookmarkEnd w:id="120"/>
    </w:p>
    <w:p w14:paraId="4C048DA9" w14:textId="77777777" w:rsidR="00EC7A70" w:rsidRDefault="00EC7A70" w:rsidP="00EC7A70">
      <w:r>
        <w:rPr>
          <w:rFonts w:ascii="Roboto" w:hAnsi="Roboto"/>
          <w:sz w:val="18"/>
        </w:rPr>
        <w:t xml:space="preserve"> </w:t>
      </w:r>
    </w:p>
    <w:tbl>
      <w:tblPr>
        <w:tblStyle w:val="luka"/>
        <w:tblW w:w="0" w:type="auto"/>
        <w:jc w:val="center"/>
        <w:tblLook w:val="04A0" w:firstRow="1" w:lastRow="0" w:firstColumn="1" w:lastColumn="0" w:noHBand="0" w:noVBand="1"/>
      </w:tblPr>
      <w:tblGrid>
        <w:gridCol w:w="5760"/>
        <w:gridCol w:w="3600"/>
      </w:tblGrid>
      <w:tr w:rsidR="00EC7A70" w14:paraId="7D04FD5C" w14:textId="77777777" w:rsidTr="00D420CD">
        <w:trPr>
          <w:jc w:val="center"/>
        </w:trPr>
        <w:tc>
          <w:tcPr>
            <w:tcW w:w="5760" w:type="dxa"/>
            <w:tcMar>
              <w:top w:w="80" w:type="dxa"/>
              <w:left w:w="80" w:type="dxa"/>
              <w:bottom w:w="80" w:type="dxa"/>
              <w:right w:w="80" w:type="dxa"/>
            </w:tcMar>
          </w:tcPr>
          <w:p w14:paraId="65BB719F" w14:textId="77777777" w:rsidR="00EC7A70" w:rsidRDefault="00EC7A70" w:rsidP="00D420CD">
            <w:r>
              <w:rPr>
                <w:color w:val="000000"/>
                <w:sz w:val="18"/>
              </w:rPr>
              <w:t>Command Structure</w:t>
            </w:r>
            <w:r>
              <w:rPr>
                <w:rFonts w:ascii="Roboto Mono" w:hAnsi="Roboto Mono"/>
                <w:b/>
                <w:color w:val="000000"/>
                <w:sz w:val="16"/>
              </w:rPr>
              <w:br/>
              <w:t>GET SSID_BROADCAST_FN</w:t>
            </w:r>
          </w:p>
        </w:tc>
        <w:tc>
          <w:tcPr>
            <w:tcW w:w="3600" w:type="dxa"/>
            <w:vMerge w:val="restart"/>
            <w:shd w:val="clear" w:color="auto" w:fill="F2F2F2"/>
            <w:tcMar>
              <w:top w:w="80" w:type="dxa"/>
              <w:left w:w="80" w:type="dxa"/>
              <w:bottom w:w="80" w:type="dxa"/>
              <w:right w:w="80" w:type="dxa"/>
            </w:tcMar>
          </w:tcPr>
          <w:p w14:paraId="6302C9CF" w14:textId="77777777" w:rsidR="00EC7A70" w:rsidRDefault="00EC7A70" w:rsidP="00D420CD">
            <w:r>
              <w:rPr>
                <w:color w:val="000000"/>
                <w:sz w:val="16"/>
              </w:rPr>
              <w:t>Parameters:</w:t>
            </w:r>
            <w:r>
              <w:rPr>
                <w:color w:val="000000"/>
                <w:sz w:val="16"/>
              </w:rPr>
              <w:br/>
            </w:r>
          </w:p>
        </w:tc>
      </w:tr>
      <w:tr w:rsidR="00EC7A70" w14:paraId="606D6454" w14:textId="77777777" w:rsidTr="00D420CD">
        <w:trPr>
          <w:jc w:val="center"/>
        </w:trPr>
        <w:tc>
          <w:tcPr>
            <w:tcW w:w="5760" w:type="dxa"/>
            <w:tcMar>
              <w:top w:w="80" w:type="dxa"/>
              <w:left w:w="80" w:type="dxa"/>
              <w:bottom w:w="80" w:type="dxa"/>
              <w:right w:w="80" w:type="dxa"/>
            </w:tcMar>
          </w:tcPr>
          <w:p w14:paraId="4378B998" w14:textId="77777777" w:rsidR="00EC7A70" w:rsidRDefault="00EC7A70" w:rsidP="00D420CD">
            <w:r>
              <w:rPr>
                <w:color w:val="000000"/>
                <w:sz w:val="18"/>
              </w:rPr>
              <w:t>Response Structure</w:t>
            </w:r>
            <w:r>
              <w:rPr>
                <w:rFonts w:ascii="Roboto Mono" w:hAnsi="Roboto Mono"/>
                <w:b/>
                <w:color w:val="000000"/>
                <w:sz w:val="16"/>
              </w:rPr>
              <w:br/>
              <w:t>SSID_BROADCAST_FN &lt; ON | OFF &gt;</w:t>
            </w:r>
          </w:p>
        </w:tc>
        <w:tc>
          <w:tcPr>
            <w:tcW w:w="3600" w:type="dxa"/>
            <w:vMerge/>
          </w:tcPr>
          <w:p w14:paraId="0974C9C6" w14:textId="77777777" w:rsidR="00EC7A70" w:rsidRDefault="00EC7A70" w:rsidP="00D420CD"/>
        </w:tc>
      </w:tr>
      <w:tr w:rsidR="00EC7A70" w14:paraId="4D2D216E" w14:textId="77777777" w:rsidTr="00D420CD">
        <w:trPr>
          <w:jc w:val="center"/>
        </w:trPr>
        <w:tc>
          <w:tcPr>
            <w:tcW w:w="5760" w:type="dxa"/>
            <w:tcMar>
              <w:top w:w="80" w:type="dxa"/>
              <w:left w:w="80" w:type="dxa"/>
              <w:bottom w:w="0" w:type="dxa"/>
              <w:right w:w="80" w:type="dxa"/>
            </w:tcMar>
          </w:tcPr>
          <w:p w14:paraId="5FAEDB95" w14:textId="77777777" w:rsidR="00EC7A70" w:rsidRDefault="00EC7A70" w:rsidP="00D420CD">
            <w:r>
              <w:rPr>
                <w:color w:val="000000"/>
                <w:sz w:val="18"/>
              </w:rPr>
              <w:t>Command Example</w:t>
            </w:r>
          </w:p>
        </w:tc>
        <w:tc>
          <w:tcPr>
            <w:tcW w:w="3600" w:type="dxa"/>
            <w:vMerge/>
          </w:tcPr>
          <w:p w14:paraId="522AC0A3" w14:textId="77777777" w:rsidR="00EC7A70" w:rsidRDefault="00EC7A70" w:rsidP="00D420CD"/>
        </w:tc>
      </w:tr>
      <w:tr w:rsidR="00EC7A70" w14:paraId="07099640" w14:textId="77777777" w:rsidTr="00D420CD">
        <w:trPr>
          <w:jc w:val="center"/>
        </w:trPr>
        <w:tc>
          <w:tcPr>
            <w:tcW w:w="5760" w:type="dxa"/>
            <w:shd w:val="clear" w:color="auto" w:fill="000000"/>
            <w:tcMar>
              <w:top w:w="0" w:type="dxa"/>
              <w:left w:w="80" w:type="dxa"/>
              <w:bottom w:w="80" w:type="dxa"/>
              <w:right w:w="80" w:type="dxa"/>
            </w:tcMar>
          </w:tcPr>
          <w:p w14:paraId="5768483C" w14:textId="77777777" w:rsidR="00EC7A70" w:rsidRDefault="00EC7A70" w:rsidP="00D420CD">
            <w:r>
              <w:rPr>
                <w:rFonts w:ascii="Roboto Mono" w:hAnsi="Roboto Mono"/>
                <w:b/>
                <w:color w:val="FFFFFF"/>
                <w:sz w:val="16"/>
              </w:rPr>
              <w:t>GET SSID_BROADCAST_FN</w:t>
            </w:r>
          </w:p>
        </w:tc>
        <w:tc>
          <w:tcPr>
            <w:tcW w:w="3600" w:type="dxa"/>
            <w:vMerge/>
          </w:tcPr>
          <w:p w14:paraId="56A80661" w14:textId="77777777" w:rsidR="00EC7A70" w:rsidRDefault="00EC7A70" w:rsidP="00D420CD"/>
        </w:tc>
      </w:tr>
      <w:tr w:rsidR="00EC7A70" w14:paraId="59C24EFB" w14:textId="77777777" w:rsidTr="00D420CD">
        <w:trPr>
          <w:jc w:val="center"/>
        </w:trPr>
        <w:tc>
          <w:tcPr>
            <w:tcW w:w="5760" w:type="dxa"/>
            <w:tcMar>
              <w:top w:w="80" w:type="dxa"/>
              <w:left w:w="80" w:type="dxa"/>
              <w:bottom w:w="0" w:type="dxa"/>
              <w:right w:w="80" w:type="dxa"/>
            </w:tcMar>
          </w:tcPr>
          <w:p w14:paraId="15D5D504" w14:textId="77777777" w:rsidR="00EC7A70" w:rsidRDefault="00EC7A70" w:rsidP="00D420CD">
            <w:r>
              <w:rPr>
                <w:color w:val="000000"/>
                <w:sz w:val="18"/>
              </w:rPr>
              <w:t>Response Example</w:t>
            </w:r>
          </w:p>
        </w:tc>
        <w:tc>
          <w:tcPr>
            <w:tcW w:w="3600" w:type="dxa"/>
            <w:vMerge/>
          </w:tcPr>
          <w:p w14:paraId="4759C408" w14:textId="77777777" w:rsidR="00EC7A70" w:rsidRDefault="00EC7A70" w:rsidP="00D420CD"/>
        </w:tc>
      </w:tr>
      <w:tr w:rsidR="00EC7A70" w14:paraId="1D9E3DDC" w14:textId="77777777" w:rsidTr="00D420CD">
        <w:trPr>
          <w:jc w:val="center"/>
        </w:trPr>
        <w:tc>
          <w:tcPr>
            <w:tcW w:w="5760" w:type="dxa"/>
            <w:shd w:val="clear" w:color="auto" w:fill="000000"/>
            <w:tcMar>
              <w:top w:w="0" w:type="dxa"/>
              <w:left w:w="80" w:type="dxa"/>
              <w:bottom w:w="80" w:type="dxa"/>
              <w:right w:w="80" w:type="dxa"/>
            </w:tcMar>
          </w:tcPr>
          <w:p w14:paraId="0E5CD87D" w14:textId="77777777" w:rsidR="00EC7A70" w:rsidRDefault="00EC7A70" w:rsidP="00D420CD">
            <w:r>
              <w:rPr>
                <w:rFonts w:ascii="Roboto Mono" w:hAnsi="Roboto Mono"/>
                <w:b/>
                <w:color w:val="FFFFFF"/>
                <w:sz w:val="16"/>
              </w:rPr>
              <w:t>SSID_BROADCAST_FN OFF</w:t>
            </w:r>
          </w:p>
        </w:tc>
        <w:tc>
          <w:tcPr>
            <w:tcW w:w="3600" w:type="dxa"/>
            <w:vMerge/>
          </w:tcPr>
          <w:p w14:paraId="1AE9FD11" w14:textId="77777777" w:rsidR="00EC7A70" w:rsidRDefault="00EC7A70" w:rsidP="00D420CD"/>
        </w:tc>
      </w:tr>
      <w:tr w:rsidR="00EC7A70" w14:paraId="5A75D20D" w14:textId="77777777" w:rsidTr="00D420CD">
        <w:trPr>
          <w:jc w:val="center"/>
        </w:trPr>
        <w:tc>
          <w:tcPr>
            <w:tcW w:w="9360" w:type="dxa"/>
            <w:gridSpan w:val="2"/>
            <w:shd w:val="clear" w:color="auto" w:fill="E0F6EC"/>
            <w:tcMar>
              <w:top w:w="80" w:type="dxa"/>
              <w:left w:w="80" w:type="dxa"/>
              <w:bottom w:w="80" w:type="dxa"/>
              <w:right w:w="80" w:type="dxa"/>
            </w:tcMar>
          </w:tcPr>
          <w:p w14:paraId="5AB7DBBD" w14:textId="77777777" w:rsidR="00EC7A70" w:rsidRDefault="00EC7A70" w:rsidP="00D420CD">
            <w:r>
              <w:rPr>
                <w:color w:val="000000"/>
                <w:sz w:val="16"/>
              </w:rPr>
              <w:t xml:space="preserve">Additional Notes: </w:t>
            </w:r>
          </w:p>
        </w:tc>
      </w:tr>
    </w:tbl>
    <w:p w14:paraId="70313AA7" w14:textId="790606E4" w:rsidR="00813AEA" w:rsidRDefault="00813AEA" w:rsidP="00B627E2">
      <w:pPr>
        <w:rPr>
          <w:rFonts w:ascii="Roboto Light" w:hAnsi="Roboto Light"/>
          <w:sz w:val="20"/>
          <w:szCs w:val="20"/>
        </w:rPr>
      </w:pPr>
    </w:p>
    <w:p w14:paraId="6A0C8412" w14:textId="77777777" w:rsidR="00800BC3" w:rsidRDefault="00800BC3" w:rsidP="00B627E2">
      <w:pPr>
        <w:rPr>
          <w:rFonts w:ascii="Roboto Light" w:hAnsi="Roboto Light"/>
          <w:sz w:val="20"/>
          <w:szCs w:val="20"/>
        </w:rPr>
      </w:pPr>
    </w:p>
    <w:p w14:paraId="273E4A34" w14:textId="77777777" w:rsidR="00813AEA" w:rsidRDefault="00813AEA" w:rsidP="00813AEA">
      <w:pPr>
        <w:spacing w:after="0" w:line="240" w:lineRule="auto"/>
        <w:rPr>
          <w:rFonts w:ascii="Roboto Light" w:hAnsi="Roboto Light"/>
          <w:sz w:val="20"/>
          <w:szCs w:val="20"/>
        </w:rPr>
      </w:pPr>
    </w:p>
    <w:p w14:paraId="0456C7F0" w14:textId="77777777" w:rsidR="00813AEA" w:rsidRDefault="00813AEA" w:rsidP="00813AEA">
      <w:pPr>
        <w:spacing w:after="0" w:line="240" w:lineRule="auto"/>
        <w:rPr>
          <w:rFonts w:ascii="Roboto Light" w:hAnsi="Roboto Light"/>
          <w:sz w:val="20"/>
          <w:szCs w:val="20"/>
        </w:rPr>
      </w:pPr>
    </w:p>
    <w:p w14:paraId="26AA519B" w14:textId="77777777" w:rsidR="00813AEA" w:rsidRDefault="00813AEA" w:rsidP="00813AEA">
      <w:pPr>
        <w:spacing w:after="0" w:line="240" w:lineRule="auto"/>
        <w:rPr>
          <w:rFonts w:ascii="Roboto Light" w:hAnsi="Roboto Light"/>
          <w:sz w:val="20"/>
          <w:szCs w:val="20"/>
        </w:rPr>
      </w:pPr>
    </w:p>
    <w:p w14:paraId="56904FCF" w14:textId="77777777" w:rsidR="00813AEA" w:rsidRDefault="00813AEA" w:rsidP="00813AEA">
      <w:pPr>
        <w:spacing w:after="0" w:line="240" w:lineRule="auto"/>
        <w:rPr>
          <w:rFonts w:ascii="Roboto Light" w:hAnsi="Roboto Light"/>
          <w:sz w:val="20"/>
          <w:szCs w:val="20"/>
        </w:rPr>
      </w:pPr>
    </w:p>
    <w:p w14:paraId="7179C721" w14:textId="77777777" w:rsidR="00813AEA" w:rsidRDefault="00813AEA" w:rsidP="00813AEA">
      <w:pPr>
        <w:spacing w:after="0" w:line="240" w:lineRule="auto"/>
        <w:rPr>
          <w:rFonts w:ascii="Roboto Light" w:hAnsi="Roboto Light"/>
          <w:sz w:val="20"/>
          <w:szCs w:val="20"/>
        </w:rPr>
      </w:pPr>
    </w:p>
    <w:p w14:paraId="0FA6853F" w14:textId="77777777" w:rsidR="00813AEA" w:rsidRDefault="00813AEA" w:rsidP="00813AEA">
      <w:pPr>
        <w:spacing w:after="0" w:line="240" w:lineRule="auto"/>
        <w:rPr>
          <w:rFonts w:ascii="Roboto Light" w:hAnsi="Roboto Light"/>
          <w:sz w:val="20"/>
          <w:szCs w:val="20"/>
        </w:rPr>
      </w:pPr>
    </w:p>
    <w:p w14:paraId="32084FF7" w14:textId="77777777" w:rsidR="00813AEA" w:rsidRDefault="00813AEA" w:rsidP="00813AEA">
      <w:pPr>
        <w:spacing w:after="0" w:line="240" w:lineRule="auto"/>
        <w:rPr>
          <w:rFonts w:ascii="Roboto Light" w:hAnsi="Roboto Light"/>
          <w:sz w:val="20"/>
          <w:szCs w:val="20"/>
        </w:rPr>
      </w:pPr>
    </w:p>
    <w:p w14:paraId="3CC2126A" w14:textId="77777777" w:rsidR="00813AEA" w:rsidRDefault="00813AEA" w:rsidP="00813AEA">
      <w:pPr>
        <w:spacing w:after="0" w:line="240" w:lineRule="auto"/>
        <w:rPr>
          <w:rFonts w:ascii="Roboto Light" w:hAnsi="Roboto Light"/>
          <w:sz w:val="20"/>
          <w:szCs w:val="20"/>
        </w:rPr>
      </w:pPr>
    </w:p>
    <w:p w14:paraId="23A94429" w14:textId="77777777" w:rsidR="00813AEA" w:rsidRDefault="00813AEA" w:rsidP="00813AEA">
      <w:pPr>
        <w:spacing w:after="0" w:line="240" w:lineRule="auto"/>
        <w:rPr>
          <w:rFonts w:ascii="Roboto Light" w:hAnsi="Roboto Light"/>
          <w:sz w:val="20"/>
          <w:szCs w:val="20"/>
        </w:rPr>
      </w:pPr>
    </w:p>
    <w:p w14:paraId="710F5F51" w14:textId="77777777" w:rsidR="00813AEA" w:rsidRDefault="00813AEA" w:rsidP="00813AEA">
      <w:pPr>
        <w:spacing w:after="0" w:line="240" w:lineRule="auto"/>
        <w:rPr>
          <w:rFonts w:ascii="Roboto Light" w:hAnsi="Roboto Light"/>
          <w:sz w:val="20"/>
          <w:szCs w:val="20"/>
        </w:rPr>
      </w:pPr>
    </w:p>
    <w:p w14:paraId="2D798290" w14:textId="77777777" w:rsidR="00813AEA" w:rsidRDefault="00813AEA" w:rsidP="00813AEA">
      <w:pPr>
        <w:spacing w:after="0" w:line="240" w:lineRule="auto"/>
        <w:rPr>
          <w:rFonts w:ascii="Roboto Light" w:hAnsi="Roboto Light"/>
          <w:sz w:val="20"/>
          <w:szCs w:val="20"/>
        </w:rPr>
      </w:pPr>
    </w:p>
    <w:p w14:paraId="7AE4EADA" w14:textId="77777777" w:rsidR="00813AEA" w:rsidRDefault="00813AEA" w:rsidP="00813AEA">
      <w:pPr>
        <w:spacing w:after="0" w:line="240" w:lineRule="auto"/>
        <w:rPr>
          <w:rFonts w:ascii="Roboto Light" w:hAnsi="Roboto Light"/>
          <w:sz w:val="20"/>
          <w:szCs w:val="20"/>
        </w:rPr>
      </w:pPr>
    </w:p>
    <w:p w14:paraId="57A6E763" w14:textId="77777777" w:rsidR="00813AEA" w:rsidRDefault="00813AEA" w:rsidP="00813AEA">
      <w:pPr>
        <w:spacing w:after="0" w:line="240" w:lineRule="auto"/>
        <w:rPr>
          <w:rFonts w:ascii="Roboto Light" w:hAnsi="Roboto Light"/>
          <w:sz w:val="20"/>
          <w:szCs w:val="20"/>
        </w:rPr>
      </w:pPr>
    </w:p>
    <w:p w14:paraId="72F8CBF2" w14:textId="77777777" w:rsidR="00813AEA" w:rsidRDefault="00813AEA" w:rsidP="00813AEA">
      <w:pPr>
        <w:spacing w:after="0" w:line="240" w:lineRule="auto"/>
        <w:rPr>
          <w:rFonts w:ascii="Roboto Light" w:hAnsi="Roboto Light"/>
          <w:sz w:val="20"/>
          <w:szCs w:val="20"/>
        </w:rPr>
      </w:pPr>
    </w:p>
    <w:p w14:paraId="334B52D3" w14:textId="77777777" w:rsidR="00813AEA" w:rsidRDefault="00813AEA" w:rsidP="00813AEA">
      <w:pPr>
        <w:spacing w:after="0" w:line="240" w:lineRule="auto"/>
        <w:rPr>
          <w:rFonts w:ascii="Roboto Light" w:hAnsi="Roboto Light"/>
          <w:sz w:val="20"/>
          <w:szCs w:val="20"/>
        </w:rPr>
      </w:pPr>
    </w:p>
    <w:p w14:paraId="1FF0798C" w14:textId="77777777" w:rsidR="00813AEA" w:rsidRDefault="00813AEA" w:rsidP="00813AEA">
      <w:pPr>
        <w:spacing w:after="0" w:line="240" w:lineRule="auto"/>
        <w:rPr>
          <w:rFonts w:ascii="Roboto Light" w:hAnsi="Roboto Light"/>
          <w:sz w:val="20"/>
          <w:szCs w:val="20"/>
        </w:rPr>
      </w:pPr>
    </w:p>
    <w:p w14:paraId="5DE002C9" w14:textId="77777777" w:rsidR="00813AEA" w:rsidRDefault="00813AEA" w:rsidP="00813AEA">
      <w:pPr>
        <w:spacing w:after="0" w:line="240" w:lineRule="auto"/>
        <w:rPr>
          <w:rFonts w:ascii="Roboto Light" w:hAnsi="Roboto Light"/>
          <w:sz w:val="20"/>
          <w:szCs w:val="20"/>
        </w:rPr>
      </w:pPr>
    </w:p>
    <w:p w14:paraId="73B83CC2" w14:textId="77777777" w:rsidR="00813AEA" w:rsidRDefault="00813AEA" w:rsidP="00813AEA">
      <w:pPr>
        <w:spacing w:after="0" w:line="240" w:lineRule="auto"/>
        <w:rPr>
          <w:rFonts w:ascii="Roboto Light" w:hAnsi="Roboto Light"/>
          <w:sz w:val="20"/>
          <w:szCs w:val="20"/>
        </w:rPr>
      </w:pPr>
    </w:p>
    <w:p w14:paraId="58DE2FAF" w14:textId="77777777" w:rsidR="00813AEA" w:rsidRDefault="00813AEA" w:rsidP="00813AEA">
      <w:pPr>
        <w:spacing w:after="0" w:line="240" w:lineRule="auto"/>
        <w:rPr>
          <w:rFonts w:ascii="Roboto Light" w:hAnsi="Roboto Light"/>
          <w:sz w:val="20"/>
          <w:szCs w:val="20"/>
        </w:rPr>
      </w:pPr>
    </w:p>
    <w:p w14:paraId="6E010A23" w14:textId="7B2515A5" w:rsidR="00813AEA" w:rsidRDefault="00813AEA" w:rsidP="00813AEA">
      <w:pPr>
        <w:spacing w:after="0" w:line="240" w:lineRule="auto"/>
        <w:rPr>
          <w:rFonts w:ascii="Roboto Light" w:hAnsi="Roboto Light"/>
          <w:sz w:val="20"/>
          <w:szCs w:val="20"/>
        </w:rPr>
      </w:pPr>
      <w:r w:rsidRPr="00A02E32">
        <w:rPr>
          <w:rFonts w:ascii="Roboto Light" w:hAnsi="Roboto Light"/>
          <w:sz w:val="20"/>
          <w:szCs w:val="20"/>
        </w:rPr>
        <w:t>Publication Disclaimer:</w:t>
      </w:r>
    </w:p>
    <w:p w14:paraId="38EEC532" w14:textId="77777777" w:rsidR="00813AEA" w:rsidRPr="00A02E32" w:rsidRDefault="00813AEA" w:rsidP="00813AEA">
      <w:pPr>
        <w:spacing w:after="0" w:line="240" w:lineRule="auto"/>
        <w:rPr>
          <w:rFonts w:ascii="Roboto Light" w:hAnsi="Roboto Light"/>
          <w:sz w:val="20"/>
          <w:szCs w:val="20"/>
        </w:rPr>
      </w:pPr>
    </w:p>
    <w:p w14:paraId="3B0FD8F8" w14:textId="77777777" w:rsidR="00813AEA"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 xml:space="preserve">The material contained in this document consists of information that is the sole property of </w:t>
      </w:r>
      <w:proofErr w:type="spellStart"/>
      <w:r w:rsidRPr="00A02E32">
        <w:rPr>
          <w:rFonts w:ascii="Roboto Light" w:hAnsi="Roboto Light"/>
          <w:sz w:val="20"/>
          <w:szCs w:val="20"/>
        </w:rPr>
        <w:t>Wyre</w:t>
      </w:r>
      <w:r>
        <w:rPr>
          <w:rFonts w:ascii="Roboto Light" w:hAnsi="Roboto Light"/>
          <w:sz w:val="20"/>
          <w:szCs w:val="20"/>
        </w:rPr>
        <w:t>S</w:t>
      </w:r>
      <w:r w:rsidRPr="00A02E32">
        <w:rPr>
          <w:rFonts w:ascii="Roboto Light" w:hAnsi="Roboto Light"/>
          <w:sz w:val="20"/>
          <w:szCs w:val="20"/>
        </w:rPr>
        <w:t>torm</w:t>
      </w:r>
      <w:proofErr w:type="spellEnd"/>
      <w:r w:rsidRPr="00A02E32">
        <w:rPr>
          <w:rFonts w:ascii="Roboto Light" w:hAnsi="Roboto Light"/>
          <w:sz w:val="20"/>
          <w:szCs w:val="20"/>
        </w:rPr>
        <w:t xml:space="preserve">. This document is intended to provide information to allow interfacing to the relevant </w:t>
      </w:r>
      <w:proofErr w:type="spellStart"/>
      <w:r w:rsidRPr="00A02E32">
        <w:rPr>
          <w:rFonts w:ascii="Roboto Light" w:hAnsi="Roboto Light"/>
          <w:sz w:val="20"/>
          <w:szCs w:val="20"/>
        </w:rPr>
        <w:t>Wyre</w:t>
      </w:r>
      <w:r>
        <w:rPr>
          <w:rFonts w:ascii="Roboto Light" w:hAnsi="Roboto Light"/>
          <w:sz w:val="20"/>
          <w:szCs w:val="20"/>
        </w:rPr>
        <w:t>S</w:t>
      </w:r>
      <w:r w:rsidRPr="00A02E32">
        <w:rPr>
          <w:rFonts w:ascii="Roboto Light" w:hAnsi="Roboto Light"/>
          <w:sz w:val="20"/>
          <w:szCs w:val="20"/>
        </w:rPr>
        <w:t>torm</w:t>
      </w:r>
      <w:proofErr w:type="spellEnd"/>
      <w:r w:rsidRPr="00A02E32">
        <w:rPr>
          <w:rFonts w:ascii="Roboto Light" w:hAnsi="Roboto Light"/>
          <w:sz w:val="20"/>
          <w:szCs w:val="20"/>
        </w:rPr>
        <w:t xml:space="preserve"> equipment by third party products</w:t>
      </w:r>
    </w:p>
    <w:p w14:paraId="6A0378B5" w14:textId="77777777" w:rsidR="00813AEA" w:rsidRPr="00A02E32" w:rsidRDefault="00813AEA" w:rsidP="00813AEA">
      <w:pPr>
        <w:spacing w:after="0" w:line="240" w:lineRule="auto"/>
        <w:ind w:left="180"/>
        <w:rPr>
          <w:rFonts w:ascii="Roboto Light" w:hAnsi="Roboto Light"/>
          <w:sz w:val="20"/>
          <w:szCs w:val="20"/>
        </w:rPr>
      </w:pPr>
    </w:p>
    <w:p w14:paraId="223AB70F" w14:textId="77777777" w:rsidR="00813AEA"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WYRESTORM IS NOT RESPONSIBLE FOR MALFUNCTIONS AND/OR THE IN-OPERABILITY WHICH MAY BE CAUSED BY THE APPLICATION OF THIS INFORMATION, WHETER EXPECTED OR NOT.</w:t>
      </w:r>
    </w:p>
    <w:p w14:paraId="418D853A" w14:textId="77777777" w:rsidR="00813AEA" w:rsidRPr="00A02E32" w:rsidRDefault="00813AEA" w:rsidP="00813AEA">
      <w:pPr>
        <w:spacing w:after="0" w:line="240" w:lineRule="auto"/>
        <w:ind w:left="180"/>
        <w:rPr>
          <w:rFonts w:ascii="Roboto Light" w:hAnsi="Roboto Light"/>
          <w:sz w:val="20"/>
          <w:szCs w:val="20"/>
        </w:rPr>
      </w:pPr>
    </w:p>
    <w:p w14:paraId="6D3CE68C" w14:textId="77777777" w:rsidR="00813AEA" w:rsidRDefault="00813AEA" w:rsidP="00813AEA">
      <w:pPr>
        <w:spacing w:after="0" w:line="240" w:lineRule="auto"/>
        <w:ind w:left="180"/>
        <w:rPr>
          <w:rFonts w:ascii="Roboto Light" w:hAnsi="Roboto Light"/>
          <w:sz w:val="20"/>
          <w:szCs w:val="20"/>
        </w:rPr>
      </w:pPr>
      <w:proofErr w:type="spellStart"/>
      <w:r w:rsidRPr="00A02E32">
        <w:rPr>
          <w:rFonts w:ascii="Roboto Light" w:hAnsi="Roboto Light"/>
          <w:sz w:val="20"/>
          <w:szCs w:val="20"/>
        </w:rPr>
        <w:t>Wyre</w:t>
      </w:r>
      <w:r>
        <w:rPr>
          <w:rFonts w:ascii="Roboto Light" w:hAnsi="Roboto Light"/>
          <w:sz w:val="20"/>
          <w:szCs w:val="20"/>
        </w:rPr>
        <w:t>S</w:t>
      </w:r>
      <w:r w:rsidRPr="00A02E32">
        <w:rPr>
          <w:rFonts w:ascii="Roboto Light" w:hAnsi="Roboto Light"/>
          <w:sz w:val="20"/>
          <w:szCs w:val="20"/>
        </w:rPr>
        <w:t>torm</w:t>
      </w:r>
      <w:proofErr w:type="spellEnd"/>
      <w:r w:rsidRPr="00A02E32">
        <w:rPr>
          <w:rFonts w:ascii="Roboto Light" w:hAnsi="Roboto Light"/>
          <w:sz w:val="20"/>
          <w:szCs w:val="20"/>
        </w:rPr>
        <w:t xml:space="preserve"> reserves the right to change software, control codes and specifications without notice.</w:t>
      </w:r>
    </w:p>
    <w:p w14:paraId="546578F4" w14:textId="77777777" w:rsidR="00813AEA" w:rsidRPr="00A02E32" w:rsidRDefault="00813AEA" w:rsidP="00813AEA">
      <w:pPr>
        <w:spacing w:after="0" w:line="240" w:lineRule="auto"/>
        <w:ind w:left="180"/>
        <w:rPr>
          <w:rFonts w:ascii="Roboto Light" w:hAnsi="Roboto Light"/>
          <w:sz w:val="20"/>
          <w:szCs w:val="20"/>
        </w:rPr>
      </w:pPr>
    </w:p>
    <w:p w14:paraId="53DDF84A" w14:textId="77777777" w:rsidR="00813AEA" w:rsidRDefault="00813AEA" w:rsidP="00813AEA">
      <w:pPr>
        <w:spacing w:after="0" w:line="240" w:lineRule="auto"/>
        <w:ind w:left="180"/>
        <w:rPr>
          <w:rFonts w:ascii="Roboto Light" w:hAnsi="Roboto Light"/>
          <w:sz w:val="20"/>
          <w:szCs w:val="20"/>
        </w:rPr>
      </w:pPr>
      <w:proofErr w:type="spellStart"/>
      <w:r w:rsidRPr="00A02E32">
        <w:rPr>
          <w:rFonts w:ascii="Roboto Light" w:hAnsi="Roboto Light"/>
          <w:sz w:val="20"/>
          <w:szCs w:val="20"/>
        </w:rPr>
        <w:t>Wyre</w:t>
      </w:r>
      <w:r>
        <w:rPr>
          <w:rFonts w:ascii="Roboto Light" w:hAnsi="Roboto Light"/>
          <w:sz w:val="20"/>
          <w:szCs w:val="20"/>
        </w:rPr>
        <w:t>S</w:t>
      </w:r>
      <w:r w:rsidRPr="00A02E32">
        <w:rPr>
          <w:rFonts w:ascii="Roboto Light" w:hAnsi="Roboto Light"/>
          <w:sz w:val="20"/>
          <w:szCs w:val="20"/>
        </w:rPr>
        <w:t>torm</w:t>
      </w:r>
      <w:proofErr w:type="spellEnd"/>
      <w:r w:rsidRPr="00A02E32">
        <w:rPr>
          <w:rFonts w:ascii="Roboto Light" w:hAnsi="Roboto Light"/>
          <w:sz w:val="20"/>
          <w:szCs w:val="20"/>
        </w:rPr>
        <w:t xml:space="preserve"> will not be liable for any use of this information or any changes it may make to these products. The use of this information constitutes an agreement by the user to these limitations and exclusions. </w:t>
      </w:r>
    </w:p>
    <w:p w14:paraId="058B0BF3" w14:textId="77777777" w:rsidR="00813AEA" w:rsidRDefault="00813AEA" w:rsidP="00813AEA">
      <w:pPr>
        <w:spacing w:after="0" w:line="240" w:lineRule="auto"/>
        <w:ind w:left="180"/>
        <w:rPr>
          <w:rFonts w:ascii="Roboto Light" w:hAnsi="Roboto Light"/>
          <w:sz w:val="20"/>
          <w:szCs w:val="20"/>
        </w:rPr>
      </w:pPr>
    </w:p>
    <w:p w14:paraId="42560D51" w14:textId="77777777" w:rsidR="00813AEA" w:rsidRDefault="00813AEA" w:rsidP="00813AEA">
      <w:pPr>
        <w:spacing w:after="0" w:line="240" w:lineRule="auto"/>
        <w:ind w:left="180"/>
        <w:rPr>
          <w:rFonts w:ascii="Roboto Light" w:hAnsi="Roboto Light"/>
          <w:sz w:val="20"/>
          <w:szCs w:val="20"/>
        </w:rPr>
      </w:pPr>
      <w:r w:rsidRPr="007F385D">
        <w:rPr>
          <w:noProof/>
        </w:rPr>
        <w:drawing>
          <wp:anchor distT="0" distB="0" distL="114300" distR="114300" simplePos="0" relativeHeight="251657216" behindDoc="0" locked="0" layoutInCell="1" allowOverlap="1" wp14:anchorId="031845B8" wp14:editId="519374BF">
            <wp:simplePos x="0" y="0"/>
            <wp:positionH relativeFrom="column">
              <wp:posOffset>49530</wp:posOffset>
            </wp:positionH>
            <wp:positionV relativeFrom="paragraph">
              <wp:posOffset>104775</wp:posOffset>
            </wp:positionV>
            <wp:extent cx="2333625" cy="536334"/>
            <wp:effectExtent l="0" t="0" r="0" b="0"/>
            <wp:wrapNone/>
            <wp:docPr id="7" name="Picture 7"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text on a white background&#10;&#10;AI-generated content may be incorrect."/>
                    <pic:cNvPicPr/>
                  </pic:nvPicPr>
                  <pic:blipFill>
                    <a:blip r:embed="rId14"/>
                    <a:stretch>
                      <a:fillRect/>
                    </a:stretch>
                  </pic:blipFill>
                  <pic:spPr>
                    <a:xfrm>
                      <a:off x="0" y="0"/>
                      <a:ext cx="2333625" cy="536334"/>
                    </a:xfrm>
                    <a:prstGeom prst="rect">
                      <a:avLst/>
                    </a:prstGeom>
                  </pic:spPr>
                </pic:pic>
              </a:graphicData>
            </a:graphic>
            <wp14:sizeRelH relativeFrom="margin">
              <wp14:pctWidth>0</wp14:pctWidth>
            </wp14:sizeRelH>
            <wp14:sizeRelV relativeFrom="margin">
              <wp14:pctHeight>0</wp14:pctHeight>
            </wp14:sizeRelV>
          </wp:anchor>
        </w:drawing>
      </w:r>
    </w:p>
    <w:p w14:paraId="7A49C46C" w14:textId="77777777" w:rsidR="00813AEA" w:rsidRDefault="00813AEA" w:rsidP="00813AEA">
      <w:pPr>
        <w:spacing w:after="0" w:line="240" w:lineRule="auto"/>
        <w:ind w:left="180"/>
        <w:rPr>
          <w:rFonts w:ascii="Roboto Light" w:hAnsi="Roboto Light"/>
          <w:sz w:val="20"/>
          <w:szCs w:val="20"/>
        </w:rPr>
      </w:pPr>
    </w:p>
    <w:p w14:paraId="7B0167EE" w14:textId="77777777" w:rsidR="00813AEA" w:rsidRDefault="00813AEA" w:rsidP="00813AEA">
      <w:pPr>
        <w:spacing w:after="0" w:line="240" w:lineRule="auto"/>
        <w:ind w:left="180"/>
        <w:rPr>
          <w:rFonts w:ascii="Roboto Light" w:hAnsi="Roboto Light"/>
          <w:sz w:val="20"/>
          <w:szCs w:val="20"/>
        </w:rPr>
      </w:pPr>
    </w:p>
    <w:p w14:paraId="7FFD09AC" w14:textId="77777777" w:rsidR="00813AEA" w:rsidRDefault="00813AEA" w:rsidP="00813AEA">
      <w:pPr>
        <w:spacing w:after="0" w:line="240" w:lineRule="auto"/>
        <w:ind w:left="180"/>
        <w:rPr>
          <w:rFonts w:ascii="Roboto Light" w:hAnsi="Roboto Light"/>
          <w:sz w:val="20"/>
          <w:szCs w:val="20"/>
        </w:rPr>
      </w:pPr>
    </w:p>
    <w:p w14:paraId="29690133" w14:textId="77777777" w:rsidR="00813AEA" w:rsidRDefault="00813AEA" w:rsidP="00813AEA">
      <w:pPr>
        <w:spacing w:after="0" w:line="240" w:lineRule="auto"/>
        <w:ind w:left="180"/>
        <w:rPr>
          <w:rFonts w:ascii="Roboto Light" w:hAnsi="Roboto Light"/>
          <w:sz w:val="20"/>
          <w:szCs w:val="20"/>
        </w:rPr>
      </w:pPr>
    </w:p>
    <w:p w14:paraId="3C5FC2CA" w14:textId="77777777" w:rsidR="00813AEA" w:rsidRPr="00A02E32" w:rsidRDefault="00813AEA" w:rsidP="00813AEA">
      <w:pPr>
        <w:spacing w:after="0" w:line="240" w:lineRule="auto"/>
        <w:ind w:left="180"/>
        <w:rPr>
          <w:rFonts w:ascii="Roboto Light" w:hAnsi="Roboto Light"/>
          <w:sz w:val="20"/>
          <w:szCs w:val="20"/>
        </w:rPr>
      </w:pPr>
    </w:p>
    <w:p w14:paraId="40C0A13D" w14:textId="77777777" w:rsidR="00813AEA" w:rsidRPr="00A02E32" w:rsidRDefault="00813AEA" w:rsidP="00813AEA">
      <w:pPr>
        <w:spacing w:after="0" w:line="240" w:lineRule="auto"/>
        <w:ind w:left="180"/>
        <w:rPr>
          <w:rFonts w:ascii="Roboto Light" w:hAnsi="Roboto Light"/>
          <w:sz w:val="20"/>
          <w:szCs w:val="20"/>
        </w:rPr>
      </w:pPr>
      <w:proofErr w:type="spellStart"/>
      <w:r w:rsidRPr="00A02E32">
        <w:rPr>
          <w:rFonts w:ascii="Roboto Light" w:hAnsi="Roboto Light"/>
          <w:sz w:val="20"/>
          <w:szCs w:val="20"/>
        </w:rPr>
        <w:t>Wyre</w:t>
      </w:r>
      <w:r>
        <w:rPr>
          <w:rFonts w:ascii="Roboto Light" w:hAnsi="Roboto Light"/>
          <w:sz w:val="20"/>
          <w:szCs w:val="20"/>
        </w:rPr>
        <w:t>S</w:t>
      </w:r>
      <w:r w:rsidRPr="00A02E32">
        <w:rPr>
          <w:rFonts w:ascii="Roboto Light" w:hAnsi="Roboto Light"/>
          <w:sz w:val="20"/>
          <w:szCs w:val="20"/>
        </w:rPr>
        <w:t>torm</w:t>
      </w:r>
      <w:proofErr w:type="spellEnd"/>
      <w:r w:rsidRPr="00A02E32">
        <w:rPr>
          <w:rFonts w:ascii="Roboto Light" w:hAnsi="Roboto Light"/>
          <w:sz w:val="20"/>
          <w:szCs w:val="20"/>
        </w:rPr>
        <w:t xml:space="preserve"> Offices </w:t>
      </w:r>
    </w:p>
    <w:p w14:paraId="38F6838B" w14:textId="77777777" w:rsidR="00813AEA" w:rsidRPr="00A02E32"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North America: 27 Wood Road, Round Lake NY</w:t>
      </w:r>
    </w:p>
    <w:p w14:paraId="642131ED" w14:textId="77777777" w:rsidR="00813AEA"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12151 Tel: +1 518-289-1293</w:t>
      </w:r>
    </w:p>
    <w:p w14:paraId="68854768" w14:textId="77777777" w:rsidR="00813AEA" w:rsidRPr="00A02E32" w:rsidRDefault="00813AEA" w:rsidP="00813AEA">
      <w:pPr>
        <w:spacing w:after="0" w:line="240" w:lineRule="auto"/>
        <w:ind w:left="180"/>
        <w:rPr>
          <w:rFonts w:ascii="Roboto Light" w:hAnsi="Roboto Light"/>
          <w:sz w:val="20"/>
          <w:szCs w:val="20"/>
        </w:rPr>
      </w:pPr>
    </w:p>
    <w:p w14:paraId="5C1159B7" w14:textId="77777777" w:rsidR="00813AEA" w:rsidRPr="00A02E32"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EMEA: Unit 22, Ergo Business Park, Swindon, Wiltshire, SN3</w:t>
      </w:r>
    </w:p>
    <w:p w14:paraId="20ABA1C4" w14:textId="77777777" w:rsidR="00813AEA" w:rsidRDefault="00813AEA" w:rsidP="00813AEA">
      <w:pPr>
        <w:spacing w:after="0" w:line="240" w:lineRule="auto"/>
        <w:ind w:left="180"/>
        <w:rPr>
          <w:rFonts w:ascii="Roboto Light" w:hAnsi="Roboto Light"/>
          <w:sz w:val="20"/>
          <w:szCs w:val="20"/>
        </w:rPr>
      </w:pPr>
      <w:r w:rsidRPr="00A02E32">
        <w:rPr>
          <w:rFonts w:ascii="Roboto Light" w:hAnsi="Roboto Light"/>
          <w:sz w:val="20"/>
          <w:szCs w:val="20"/>
        </w:rPr>
        <w:t>3JW, UK Tel: +44 (0) 1793230343</w:t>
      </w:r>
    </w:p>
    <w:p w14:paraId="73699F56" w14:textId="77777777" w:rsidR="00813AEA" w:rsidRPr="00A02E32" w:rsidRDefault="00813AEA" w:rsidP="00813AEA">
      <w:pPr>
        <w:spacing w:after="0" w:line="240" w:lineRule="auto"/>
        <w:ind w:left="180"/>
        <w:rPr>
          <w:rFonts w:ascii="Roboto Light" w:hAnsi="Roboto Light"/>
          <w:sz w:val="20"/>
          <w:szCs w:val="20"/>
        </w:rPr>
      </w:pPr>
    </w:p>
    <w:p w14:paraId="36129CDB" w14:textId="54538355" w:rsidR="00813AEA" w:rsidRPr="00A02E32" w:rsidRDefault="00813AEA" w:rsidP="00813AEA">
      <w:pPr>
        <w:spacing w:after="0" w:line="240" w:lineRule="auto"/>
        <w:ind w:left="180"/>
        <w:rPr>
          <w:rFonts w:ascii="Roboto Light" w:hAnsi="Roboto Light"/>
          <w:sz w:val="20"/>
          <w:szCs w:val="20"/>
        </w:rPr>
      </w:pPr>
      <w:proofErr w:type="spellStart"/>
      <w:r w:rsidRPr="00A02E32">
        <w:rPr>
          <w:rFonts w:ascii="Roboto Light" w:hAnsi="Roboto Light"/>
          <w:sz w:val="20"/>
          <w:szCs w:val="20"/>
        </w:rPr>
        <w:t>WyreStorm</w:t>
      </w:r>
      <w:proofErr w:type="spellEnd"/>
      <w:r w:rsidRPr="00A02E32">
        <w:rPr>
          <w:rFonts w:ascii="Roboto Light" w:hAnsi="Roboto Light"/>
          <w:sz w:val="20"/>
          <w:szCs w:val="20"/>
        </w:rPr>
        <w:t xml:space="preserve"> Technologies reserves the right to change physical appearance or technical specification of this product at any time. Visit wyrestorm.com for the latest product information</w:t>
      </w:r>
      <w:r w:rsidR="00B627E2">
        <w:rPr>
          <w:rFonts w:ascii="Roboto Light" w:hAnsi="Roboto Light"/>
          <w:sz w:val="20"/>
          <w:szCs w:val="20"/>
        </w:rPr>
        <w:t>.</w:t>
      </w:r>
    </w:p>
    <w:sectPr w:rsidR="00813AEA" w:rsidRPr="00A02E32" w:rsidSect="0003461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D6EE0" w14:textId="77777777" w:rsidR="00621299" w:rsidRDefault="00621299" w:rsidP="00800BC3">
      <w:pPr>
        <w:spacing w:after="0" w:line="240" w:lineRule="auto"/>
      </w:pPr>
      <w:r>
        <w:separator/>
      </w:r>
    </w:p>
  </w:endnote>
  <w:endnote w:type="continuationSeparator" w:id="0">
    <w:p w14:paraId="414B2133" w14:textId="77777777" w:rsidR="00621299" w:rsidRDefault="00621299" w:rsidP="0080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Roboto Mono">
    <w:charset w:val="00"/>
    <w:family w:val="modern"/>
    <w:pitch w:val="fixed"/>
    <w:sig w:usb0="E00002FF" w:usb1="1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059356"/>
      <w:docPartObj>
        <w:docPartGallery w:val="Page Numbers (Bottom of Page)"/>
        <w:docPartUnique/>
      </w:docPartObj>
    </w:sdtPr>
    <w:sdtEndPr>
      <w:rPr>
        <w:noProof/>
      </w:rPr>
    </w:sdtEndPr>
    <w:sdtContent>
      <w:p w14:paraId="70067557" w14:textId="1F000404" w:rsidR="00800BC3" w:rsidRDefault="00800B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41004A" w14:textId="77777777" w:rsidR="00800BC3" w:rsidRDefault="0080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C45BC" w14:textId="77777777" w:rsidR="00621299" w:rsidRDefault="00621299" w:rsidP="00800BC3">
      <w:pPr>
        <w:spacing w:after="0" w:line="240" w:lineRule="auto"/>
      </w:pPr>
      <w:r>
        <w:separator/>
      </w:r>
    </w:p>
  </w:footnote>
  <w:footnote w:type="continuationSeparator" w:id="0">
    <w:p w14:paraId="651B23C5" w14:textId="77777777" w:rsidR="00621299" w:rsidRDefault="00621299" w:rsidP="00800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6308328">
    <w:abstractNumId w:val="8"/>
  </w:num>
  <w:num w:numId="2" w16cid:durableId="1145004744">
    <w:abstractNumId w:val="6"/>
  </w:num>
  <w:num w:numId="3" w16cid:durableId="356008271">
    <w:abstractNumId w:val="5"/>
  </w:num>
  <w:num w:numId="4" w16cid:durableId="482702701">
    <w:abstractNumId w:val="4"/>
  </w:num>
  <w:num w:numId="5" w16cid:durableId="909119786">
    <w:abstractNumId w:val="7"/>
  </w:num>
  <w:num w:numId="6" w16cid:durableId="1433933623">
    <w:abstractNumId w:val="3"/>
  </w:num>
  <w:num w:numId="7" w16cid:durableId="302737550">
    <w:abstractNumId w:val="2"/>
  </w:num>
  <w:num w:numId="8" w16cid:durableId="1954748439">
    <w:abstractNumId w:val="1"/>
  </w:num>
  <w:num w:numId="9" w16cid:durableId="339966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65CEB"/>
    <w:rsid w:val="002444BB"/>
    <w:rsid w:val="0029639D"/>
    <w:rsid w:val="002C5F7A"/>
    <w:rsid w:val="00326F90"/>
    <w:rsid w:val="00392CF5"/>
    <w:rsid w:val="00524576"/>
    <w:rsid w:val="005601CE"/>
    <w:rsid w:val="00621299"/>
    <w:rsid w:val="00671D46"/>
    <w:rsid w:val="007B795B"/>
    <w:rsid w:val="007C4842"/>
    <w:rsid w:val="00800BC3"/>
    <w:rsid w:val="00813AEA"/>
    <w:rsid w:val="00836874"/>
    <w:rsid w:val="00AA1D8D"/>
    <w:rsid w:val="00B12805"/>
    <w:rsid w:val="00B47730"/>
    <w:rsid w:val="00B627E2"/>
    <w:rsid w:val="00CB0664"/>
    <w:rsid w:val="00E07487"/>
    <w:rsid w:val="00EC7A70"/>
    <w:rsid w:val="00FC693F"/>
    <w:rsid w:val="00FF1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86DA62"/>
  <w14:defaultImageDpi w14:val="300"/>
  <w15:docId w15:val="{82552E71-8040-4A26-AA75-9B7A1762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2">
    <w:name w:val="toc 2"/>
    <w:basedOn w:val="Normal"/>
    <w:next w:val="Normal"/>
    <w:autoRedefine/>
    <w:uiPriority w:val="39"/>
    <w:unhideWhenUsed/>
    <w:rsid w:val="002C5F7A"/>
    <w:pPr>
      <w:spacing w:after="100"/>
      <w:ind w:left="220"/>
    </w:pPr>
  </w:style>
  <w:style w:type="paragraph" w:styleId="TOC1">
    <w:name w:val="toc 1"/>
    <w:basedOn w:val="Normal"/>
    <w:next w:val="Normal"/>
    <w:autoRedefine/>
    <w:uiPriority w:val="39"/>
    <w:unhideWhenUsed/>
    <w:rsid w:val="002C5F7A"/>
    <w:pPr>
      <w:spacing w:after="100" w:line="278" w:lineRule="auto"/>
    </w:pPr>
    <w:rPr>
      <w:kern w:val="2"/>
      <w:sz w:val="24"/>
      <w:szCs w:val="24"/>
      <w14:ligatures w14:val="standardContextual"/>
    </w:rPr>
  </w:style>
  <w:style w:type="paragraph" w:styleId="TOC3">
    <w:name w:val="toc 3"/>
    <w:basedOn w:val="Normal"/>
    <w:next w:val="Normal"/>
    <w:autoRedefine/>
    <w:uiPriority w:val="39"/>
    <w:unhideWhenUsed/>
    <w:rsid w:val="002C5F7A"/>
    <w:pPr>
      <w:spacing w:after="100" w:line="278" w:lineRule="auto"/>
      <w:ind w:left="480"/>
    </w:pPr>
    <w:rPr>
      <w:kern w:val="2"/>
      <w:sz w:val="24"/>
      <w:szCs w:val="24"/>
      <w14:ligatures w14:val="standardContextual"/>
    </w:rPr>
  </w:style>
  <w:style w:type="paragraph" w:styleId="TOC4">
    <w:name w:val="toc 4"/>
    <w:basedOn w:val="Normal"/>
    <w:next w:val="Normal"/>
    <w:autoRedefine/>
    <w:uiPriority w:val="39"/>
    <w:unhideWhenUsed/>
    <w:rsid w:val="002C5F7A"/>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2C5F7A"/>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2C5F7A"/>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2C5F7A"/>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2C5F7A"/>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2C5F7A"/>
    <w:pPr>
      <w:spacing w:after="100" w:line="278" w:lineRule="auto"/>
      <w:ind w:left="1920"/>
    </w:pPr>
    <w:rPr>
      <w:kern w:val="2"/>
      <w:sz w:val="24"/>
      <w:szCs w:val="24"/>
      <w14:ligatures w14:val="standardContextual"/>
    </w:rPr>
  </w:style>
  <w:style w:type="character" w:styleId="Hyperlink">
    <w:name w:val="Hyperlink"/>
    <w:basedOn w:val="DefaultParagraphFont"/>
    <w:uiPriority w:val="99"/>
    <w:unhideWhenUsed/>
    <w:rsid w:val="002C5F7A"/>
    <w:rPr>
      <w:color w:val="0000FF" w:themeColor="hyperlink"/>
      <w:u w:val="single"/>
    </w:rPr>
  </w:style>
  <w:style w:type="character" w:styleId="UnresolvedMention">
    <w:name w:val="Unresolved Mention"/>
    <w:basedOn w:val="DefaultParagraphFont"/>
    <w:uiPriority w:val="99"/>
    <w:semiHidden/>
    <w:unhideWhenUsed/>
    <w:rsid w:val="002C5F7A"/>
    <w:rPr>
      <w:color w:val="605E5C"/>
      <w:shd w:val="clear" w:color="auto" w:fill="E1DFDD"/>
    </w:rPr>
  </w:style>
  <w:style w:type="table" w:customStyle="1" w:styleId="luka">
    <w:name w:val="luka"/>
    <w:basedOn w:val="TableGrid"/>
    <w:uiPriority w:val="99"/>
    <w:rsid w:val="00EC7A70"/>
    <w:rPr>
      <w:rFonts w:ascii="Roboto" w:eastAsiaTheme="minorHAnsi" w:hAnsi="Roboto"/>
      <w:kern w:val="2"/>
      <w:sz w:val="24"/>
      <w:szCs w:val="24"/>
      <w14:ligatures w14:val="standardContextual"/>
    </w:rPr>
    <w:tblPr>
      <w:tblBorders>
        <w:top w:val="single" w:sz="4" w:space="0" w:color="948A54" w:themeColor="background2" w:themeShade="80"/>
        <w:left w:val="none" w:sz="0" w:space="0" w:color="auto"/>
        <w:bottom w:val="single" w:sz="4" w:space="0" w:color="948A54" w:themeColor="background2" w:themeShade="80"/>
        <w:right w:val="none" w:sz="0" w:space="0" w:color="auto"/>
        <w:insideH w:val="single" w:sz="4" w:space="0" w:color="948A54" w:themeColor="background2" w:themeShade="80"/>
        <w:insideV w:val="single" w:sz="4" w:space="0" w:color="948A54" w:themeColor="background2" w:themeShade="80"/>
      </w:tblBorders>
    </w:tblPr>
    <w:tcPr>
      <w:shd w:val="clear" w:color="auto" w:fill="auto"/>
    </w:tcPr>
  </w:style>
  <w:style w:type="paragraph" w:styleId="HTMLPreformatted">
    <w:name w:val="HTML Preformatted"/>
    <w:basedOn w:val="Normal"/>
    <w:link w:val="HTMLPreformattedChar"/>
    <w:uiPriority w:val="99"/>
    <w:semiHidden/>
    <w:unhideWhenUsed/>
    <w:rsid w:val="00EC7A7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C7A7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CC43A7947125442B3A765A23F72449A" ma:contentTypeVersion="23" ma:contentTypeDescription="Create a new document." ma:contentTypeScope="" ma:versionID="e42b23a749784afce8d7a177c4d345a0">
  <xsd:schema xmlns:xsd="http://www.w3.org/2001/XMLSchema" xmlns:xs="http://www.w3.org/2001/XMLSchema" xmlns:p="http://schemas.microsoft.com/office/2006/metadata/properties" xmlns:ns2="14a13851-4479-4a12-8907-3570325805ed" xmlns:ns3="fa7e1be7-6c27-4381-949e-b43a2eb5089a" targetNamespace="http://schemas.microsoft.com/office/2006/metadata/properties" ma:root="true" ma:fieldsID="8805d3ffdcb558977817da5812130f33" ns2:_="" ns3:_="">
    <xsd:import namespace="14a13851-4479-4a12-8907-3570325805ed"/>
    <xsd:import namespace="fa7e1be7-6c27-4381-949e-b43a2eb508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3:Shareable_x0020_Link" minOccurs="0"/>
                <xsd:element ref="ns3:Published"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13851-4479-4a12-8907-357032580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a840791-955a-45d0-8f77-cb775012b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7e1be7-6c27-4381-949e-b43a2eb5089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eable_x0020_Link" ma:index="18" nillable="true" ma:displayName="Shareable Link" ma:description="Anonymous link to share content outside of WyreStorm" ma:format="Hyperlink" ma:internalName="Shareable_x0020_Link">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9" nillable="true" ma:displayName="Published" ma:default="0" ma:indexed="true" ma:internalName="Published">
      <xsd:simpleType>
        <xsd:restriction base="dms:Boolean"/>
      </xsd:simpleType>
    </xsd:element>
    <xsd:element name="TaxCatchAll" ma:index="26" nillable="true" ma:displayName="Taxonomy Catch All Column" ma:hidden="true" ma:list="{fe5708c9-3083-478d-b2b5-d29c6e746420}" ma:internalName="TaxCatchAll" ma:showField="CatchAllData" ma:web="fa7e1be7-6c27-4381-949e-b43a2eb50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14a13851-4479-4a12-8907-3570325805ed" xsi:nil="true"/>
    <lcf76f155ced4ddcb4097134ff3c332f xmlns="14a13851-4479-4a12-8907-3570325805ed">
      <Terms xmlns="http://schemas.microsoft.com/office/infopath/2007/PartnerControls"/>
    </lcf76f155ced4ddcb4097134ff3c332f>
    <Published xmlns="fa7e1be7-6c27-4381-949e-b43a2eb5089a">false</Published>
    <TaxCatchAll xmlns="fa7e1be7-6c27-4381-949e-b43a2eb5089a" xsi:nil="true"/>
    <Shareable_x0020_Link xmlns="fa7e1be7-6c27-4381-949e-b43a2eb5089a">
      <Url xsi:nil="true"/>
      <Description xsi:nil="true"/>
    </Shareable_x0020_Link>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2F174C92-0225-472D-BA85-4B414AFF1937}"/>
</file>

<file path=customXml/itemProps3.xml><?xml version="1.0" encoding="utf-8"?>
<ds:datastoreItem xmlns:ds="http://schemas.openxmlformats.org/officeDocument/2006/customXml" ds:itemID="{9B001057-C081-4D54-BFFA-2926D44ECBEA}"/>
</file>

<file path=customXml/itemProps4.xml><?xml version="1.0" encoding="utf-8"?>
<ds:datastoreItem xmlns:ds="http://schemas.openxmlformats.org/officeDocument/2006/customXml" ds:itemID="{88AF7611-4E41-4F5A-AA63-EC0203281CAE}"/>
</file>

<file path=docProps/app.xml><?xml version="1.0" encoding="utf-8"?>
<Properties xmlns="http://schemas.openxmlformats.org/officeDocument/2006/extended-properties" xmlns:vt="http://schemas.openxmlformats.org/officeDocument/2006/docPropsVTypes">
  <Template>Normal.dotm</Template>
  <TotalTime>85</TotalTime>
  <Pages>52</Pages>
  <Words>9493</Words>
  <Characters>49083</Characters>
  <Application>Microsoft Office Word</Application>
  <DocSecurity>0</DocSecurity>
  <Lines>3272</Lines>
  <Paragraphs>1673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Zvonimir Prokic</cp:lastModifiedBy>
  <cp:revision>7</cp:revision>
  <cp:lastPrinted>2025-11-24T18:44:00Z</cp:lastPrinted>
  <dcterms:created xsi:type="dcterms:W3CDTF">2013-12-23T23:15:00Z</dcterms:created>
  <dcterms:modified xsi:type="dcterms:W3CDTF">2026-01-05T12:39:00Z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0x0101008CC43A7947125442B3A765A23F72449A</vt:lpwstr>
  </property>
</Properties>
</file>